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ODETUNDE TIMOTHY OLADIMEJI</w:t>
      </w:r>
    </w:p>
    <w:p>
      <w:r>
        <w:t>53, Joseph Adegboye Street, Egan, Igando, Lagos State, Nigeria | +234 816 355 2405 | +234 701 028 8290 | dimejitimothy14@gmail.com</w:t>
      </w:r>
    </w:p>
    <w:p/>
    <w:p>
      <w:pPr>
        <w:pStyle w:val="Heading1"/>
      </w:pPr>
      <w:r>
        <w:t>Professional Summary</w:t>
      </w:r>
    </w:p>
    <w:p>
      <w:r>
        <w:t>Dynamic and customer-focused professional with experience in customer service, digital communication, and content creation. Skilled in handling client inquiries, providing solutions, and creating engaging written and visual content for online platforms. Adept at using digital tools to support brand storytelling and improve customer satisfaction. A proactive team player with strong communication, creativity, and organizational skills.</w:t>
      </w:r>
    </w:p>
    <w:p>
      <w:pPr>
        <w:pStyle w:val="Heading1"/>
      </w:pPr>
      <w:r>
        <w:t>Core Skills</w:t>
      </w:r>
    </w:p>
    <w:p>
      <w:pPr>
        <w:pStyle w:val="ListBullet"/>
      </w:pPr>
      <w:r>
        <w:t>• Customer Service &amp; Client Support</w:t>
      </w:r>
    </w:p>
    <w:p>
      <w:pPr>
        <w:pStyle w:val="ListBullet"/>
      </w:pPr>
      <w:r>
        <w:t>• Copywriting &amp; Content Creation</w:t>
      </w:r>
    </w:p>
    <w:p>
      <w:pPr>
        <w:pStyle w:val="ListBullet"/>
      </w:pPr>
      <w:r>
        <w:t>• Video Editing (CapCut, Adobe Premiere, Canva)</w:t>
      </w:r>
    </w:p>
    <w:p>
      <w:pPr>
        <w:pStyle w:val="ListBullet"/>
      </w:pPr>
      <w:r>
        <w:t>• Social Media Communication</w:t>
      </w:r>
    </w:p>
    <w:p>
      <w:pPr>
        <w:pStyle w:val="ListBullet"/>
      </w:pPr>
      <w:r>
        <w:t>• Complaint Resolution &amp; Problem Solving</w:t>
      </w:r>
    </w:p>
    <w:p>
      <w:pPr>
        <w:pStyle w:val="ListBullet"/>
      </w:pPr>
      <w:r>
        <w:t>• Multitasking &amp; Time Management</w:t>
      </w:r>
    </w:p>
    <w:p>
      <w:pPr>
        <w:pStyle w:val="ListBullet"/>
      </w:pPr>
      <w:r>
        <w:t>• Microsoft Office &amp; Google Workspace</w:t>
      </w:r>
    </w:p>
    <w:p>
      <w:pPr>
        <w:pStyle w:val="Heading1"/>
      </w:pPr>
      <w:r>
        <w:t>Work Experience</w:t>
      </w:r>
    </w:p>
    <w:p>
      <w:r>
        <w:rPr>
          <w:b/>
        </w:rPr>
        <w:t>Customer Service Representative</w:t>
      </w:r>
      <w:r>
        <w:t xml:space="preserve"> — Freelance / Contract Roles</w:t>
      </w:r>
      <w:r>
        <w:br/>
        <w:t>2023 – Present</w:t>
      </w:r>
    </w:p>
    <w:p>
      <w:pPr>
        <w:pStyle w:val="ListBullet"/>
      </w:pPr>
      <w:r>
        <w:t>• Managed customer inquiries through phone, email, and chat, ensuring prompt and professional responses.</w:t>
      </w:r>
    </w:p>
    <w:p>
      <w:pPr>
        <w:pStyle w:val="ListBullet"/>
      </w:pPr>
      <w:r>
        <w:t>• Handled complaints and provided effective solutions to maintain customer satisfaction.</w:t>
      </w:r>
    </w:p>
    <w:p>
      <w:pPr>
        <w:pStyle w:val="ListBullet"/>
      </w:pPr>
      <w:r>
        <w:t>• Documented feedback to improve service delivery and product communication.</w:t>
      </w:r>
    </w:p>
    <w:p>
      <w:r>
        <w:rPr>
          <w:b/>
        </w:rPr>
        <w:t>Freelance Copywriter &amp; Content Creator</w:t>
      </w:r>
      <w:r>
        <w:br/>
        <w:t>2022 – Present</w:t>
      </w:r>
    </w:p>
    <w:p>
      <w:pPr>
        <w:pStyle w:val="ListBullet"/>
      </w:pPr>
      <w:r>
        <w:t>• Created engaging blog posts, social media captions, and product descriptions for clients across various industries.</w:t>
      </w:r>
    </w:p>
    <w:p>
      <w:pPr>
        <w:pStyle w:val="ListBullet"/>
      </w:pPr>
      <w:r>
        <w:t>• Collaborated with marketing teams to align content with branding and audience engagement goals.</w:t>
      </w:r>
    </w:p>
    <w:p>
      <w:pPr>
        <w:pStyle w:val="ListBullet"/>
      </w:pPr>
      <w:r>
        <w:t>• Applied SEO best practices to improve online visibility.</w:t>
      </w:r>
    </w:p>
    <w:p>
      <w:r>
        <w:rPr>
          <w:b/>
        </w:rPr>
        <w:t>Video Editor &amp; Digital Media Assistant</w:t>
      </w:r>
      <w:r>
        <w:br/>
        <w:t>2021 – Present</w:t>
      </w:r>
    </w:p>
    <w:p>
      <w:pPr>
        <w:pStyle w:val="ListBullet"/>
      </w:pPr>
      <w:r>
        <w:t>• Edited short-form videos for social media and promotional campaigns using tools such as CapCut and Adobe Premiere.</w:t>
      </w:r>
    </w:p>
    <w:p>
      <w:pPr>
        <w:pStyle w:val="ListBullet"/>
      </w:pPr>
      <w:r>
        <w:t>• Assisted with creative direction, subtitles, transitions, and sound editing to enhance viewer engagement.</w:t>
      </w:r>
    </w:p>
    <w:p>
      <w:pPr>
        <w:pStyle w:val="ListBullet"/>
      </w:pPr>
      <w:r>
        <w:t>• Managed and organized digital assets for efficient project workflow.</w:t>
      </w:r>
    </w:p>
    <w:p>
      <w:r>
        <w:rPr>
          <w:b/>
        </w:rPr>
        <w:t>Previous Roles</w:t>
      </w:r>
      <w:r>
        <w:br/>
        <w:t>2016 – 2022</w:t>
      </w:r>
    </w:p>
    <w:p>
      <w:pPr>
        <w:pStyle w:val="ListBullet"/>
      </w:pPr>
      <w:r>
        <w:t>• Teaching and field supervision roles with WHO, JSI/M-RITE, UNICEF, and private schools, developing strong communication, leadership, and organizational abilities.</w:t>
      </w:r>
    </w:p>
    <w:p>
      <w:pPr>
        <w:pStyle w:val="Heading1"/>
      </w:pPr>
      <w:r>
        <w:t>Education</w:t>
      </w:r>
    </w:p>
    <w:p>
      <w:r>
        <w:rPr>
          <w:b/>
        </w:rPr>
        <w:t>Yaba College of Technology, Lagos, Nigeria</w:t>
      </w:r>
      <w:r>
        <w:br/>
        <w:t>National Diploma in Electrical/Electronic Engineering</w:t>
        <w:br/>
        <w:t>2019 – 2022</w:t>
      </w:r>
    </w:p>
    <w:p>
      <w:r>
        <w:rPr>
          <w:b/>
        </w:rPr>
        <w:t>Egan Senior Grammar School, Lagos, Nigeria</w:t>
      </w:r>
      <w:r>
        <w:br/>
        <w:t>Senior Secondary School Certificate (SSCE)</w:t>
        <w:br/>
        <w:t>2013 – 2015</w:t>
      </w:r>
    </w:p>
    <w:p>
      <w:pPr>
        <w:pStyle w:val="Heading1"/>
      </w:pPr>
      <w:r>
        <w:t>Additional Information</w:t>
      </w:r>
    </w:p>
    <w:p>
      <w:r>
        <w:t>Interests: Creative writing, video production, digital marketing, and music.</w:t>
      </w:r>
    </w:p>
    <w:p>
      <w:r>
        <w:t>Referee: Available upon request.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