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" w:line="240" w:lineRule="auto"/>
        <w:jc w:val="center"/>
      </w:pPr>
      <w:r>
        <w:rPr>
          <w:b/>
          <w:sz w:val="32"/>
        </w:rPr>
        <w:t>ABUDU KEHINDE JOHN</w:t>
      </w:r>
    </w:p>
    <w:p>
      <w:pPr>
        <w:spacing w:after="30" w:line="240" w:lineRule="auto"/>
        <w:jc w:val="center"/>
      </w:pPr>
      <w:r>
        <w:rPr>
          <w:sz w:val="18"/>
        </w:rPr>
        <w:t>Lagos State, Nigeria | +234 912 891 3523 | kennny1555@gmail.com</w:t>
      </w:r>
    </w:p>
    <w:p>
      <w:pPr>
        <w:spacing w:before="100" w:after="30" w:line="240" w:lineRule="auto"/>
      </w:pPr>
      <w:r>
        <w:rPr>
          <w:b/>
          <w:sz w:val="21"/>
        </w:rPr>
        <w:t>PROFESSIONAL SUMMARY</w:t>
      </w:r>
    </w:p>
    <w:p>
      <w:pPr>
        <w:spacing w:after="30" w:line="240" w:lineRule="auto"/>
      </w:pPr>
      <w:r>
        <w:t>Public Relations and Advertising graduate with 3 years of professional experience in customer-facing hospitality and security environments in Northern Cyprus. Experienced in customer service, professional communication, accurate reporting and record keeping, problem solving, teamwork, and following established procedures. Detail-conscious, calm under pressure, and willing to learn. Seeking to bring these transferable skills to a Bank Teller role while supporting customers and day-to-day branch operations.</w:t>
      </w:r>
    </w:p>
    <w:p>
      <w:pPr>
        <w:spacing w:before="100" w:after="30" w:line="240" w:lineRule="auto"/>
      </w:pPr>
      <w:r>
        <w:rPr>
          <w:b/>
          <w:sz w:val="21"/>
        </w:rPr>
        <w:t>CORE COMPETENCIES</w:t>
      </w:r>
    </w:p>
    <w:p>
      <w:pPr>
        <w:spacing w:after="30" w:line="240" w:lineRule="auto"/>
      </w:pPr>
      <w:r>
        <w:t>Customer Service &amp; Client Relations • Professional Communication • Record Keeping &amp; Reporting • Attention to Detail • Complaint Handling &amp; Problem Solving • Data Entry &amp; Documentation • Procedural Adherence • Integrity &amp; Confidentiality • Team Collaboration • Operational Support • Working Under Pressure • Adaptability &amp; Willingness to Learn</w:t>
      </w:r>
    </w:p>
    <w:p>
      <w:pPr>
        <w:spacing w:before="100" w:after="30" w:line="240" w:lineRule="auto"/>
      </w:pPr>
      <w:r>
        <w:rPr>
          <w:b/>
          <w:sz w:val="21"/>
        </w:rPr>
        <w:t>PROFESSIONAL EXPERIENCE</w:t>
      </w:r>
    </w:p>
    <w:p>
      <w:pPr>
        <w:spacing w:after="30" w:line="240" w:lineRule="auto"/>
      </w:pPr>
      <w:r>
        <w:rPr>
          <w:b/>
        </w:rPr>
        <w:t>SENIOR SECURITY OFFICER | NOAH ARK HOTEL &amp; SUITES, Bafra, Northern Cyprus</w:t>
      </w:r>
    </w:p>
    <w:p>
      <w:pPr>
        <w:spacing w:after="30" w:line="240" w:lineRule="auto"/>
      </w:pPr>
      <w:r>
        <w:t>April 2022 – February 2024</w:t>
      </w:r>
    </w:p>
    <w:p>
      <w:pPr>
        <w:pStyle w:val="ListBullet"/>
        <w:spacing w:after="30" w:line="240" w:lineRule="auto"/>
      </w:pPr>
      <w:r>
        <w:t>Supported daily operations across a 500-room luxury resort, maintaining a safe, welcoming, and professional environment for guests and employees.</w:t>
      </w:r>
    </w:p>
    <w:p>
      <w:pPr>
        <w:pStyle w:val="ListBullet"/>
        <w:spacing w:after="30" w:line="240" w:lineRule="auto"/>
      </w:pPr>
      <w:r>
        <w:t>Handled guest-facing situations with professionalism, discretion, empathy, and clear communication.</w:t>
      </w:r>
    </w:p>
    <w:p>
      <w:pPr>
        <w:pStyle w:val="ListBullet"/>
        <w:spacing w:after="30" w:line="240" w:lineRule="auto"/>
      </w:pPr>
      <w:r>
        <w:t>Worked closely with hotel management, housekeeping, and maintenance teams, contributing to a 35% reduction in security-related incidents.</w:t>
      </w:r>
    </w:p>
    <w:p>
      <w:pPr>
        <w:pStyle w:val="ListBullet"/>
        <w:spacing w:after="30" w:line="240" w:lineRule="auto"/>
      </w:pPr>
      <w:r>
        <w:t>Prepared and maintained incident reports and followed established procedures accurately.</w:t>
      </w:r>
    </w:p>
    <w:p>
      <w:pPr>
        <w:pStyle w:val="ListBullet"/>
        <w:spacing w:after="30" w:line="240" w:lineRule="auto"/>
      </w:pPr>
      <w:r>
        <w:t>Coordinated CCTV surveillance and perimeter monitoring with a six-member team to maintain continuous operational coverage.</w:t>
      </w:r>
    </w:p>
    <w:p>
      <w:pPr>
        <w:spacing w:after="30" w:line="240" w:lineRule="auto"/>
      </w:pPr>
      <w:r>
        <w:rPr>
          <w:b/>
        </w:rPr>
        <w:t>SECURITY OFFICER | SALAMIS BAY CONTI RESORT HOTEL &amp; CASINO, Famagusta, Northern Cyprus</w:t>
      </w:r>
    </w:p>
    <w:p>
      <w:pPr>
        <w:spacing w:after="30" w:line="240" w:lineRule="auto"/>
      </w:pPr>
      <w:r>
        <w:t>February 2021 – January 2022</w:t>
      </w:r>
    </w:p>
    <w:p>
      <w:pPr>
        <w:pStyle w:val="ListBullet"/>
        <w:spacing w:after="30" w:line="240" w:lineRule="auto"/>
      </w:pPr>
      <w:r>
        <w:t>Supported customer-facing safety operations across the resort, including guest areas and beachfront facilities serving over 1,000 daily visitors.</w:t>
      </w:r>
    </w:p>
    <w:p>
      <w:pPr>
        <w:pStyle w:val="ListBullet"/>
        <w:spacing w:after="30" w:line="240" w:lineRule="auto"/>
      </w:pPr>
      <w:r>
        <w:t>Communicated with guests and staff professionally while responding to concerns and maintaining service and safety standards.</w:t>
      </w:r>
    </w:p>
    <w:p>
      <w:pPr>
        <w:pStyle w:val="ListBullet"/>
        <w:spacing w:after="30" w:line="240" w:lineRule="auto"/>
      </w:pPr>
      <w:r>
        <w:t>Worked collaboratively with colleagues to conduct patrols, safety inspections, and after-hours monitoring.</w:t>
      </w:r>
    </w:p>
    <w:p>
      <w:pPr>
        <w:pStyle w:val="ListBullet"/>
        <w:spacing w:after="30" w:line="240" w:lineRule="auto"/>
      </w:pPr>
      <w:r>
        <w:t>Assisted emergency teams during fire and medical alerts, demonstrating composure, empathy, teamwork, and adherence to procedures.</w:t>
      </w:r>
    </w:p>
    <w:p>
      <w:pPr>
        <w:spacing w:before="100" w:after="30" w:line="240" w:lineRule="auto"/>
      </w:pPr>
      <w:r>
        <w:rPr>
          <w:b/>
          <w:sz w:val="21"/>
        </w:rPr>
        <w:t>EDUCATION</w:t>
      </w:r>
    </w:p>
    <w:p>
      <w:pPr>
        <w:spacing w:after="30" w:line="240" w:lineRule="auto"/>
      </w:pPr>
      <w:r>
        <w:rPr>
          <w:b/>
        </w:rPr>
        <w:t>B.A. PUBLIC RELATIONS AND ADVERTISING | Eastern Mediterranean University, Famagusta, North Cyprus</w:t>
      </w:r>
    </w:p>
    <w:p>
      <w:pPr>
        <w:spacing w:after="30" w:line="240" w:lineRule="auto"/>
      </w:pPr>
      <w:r>
        <w:t>September 2020 – July 2024</w:t>
      </w:r>
    </w:p>
    <w:p>
      <w:pPr>
        <w:spacing w:after="30" w:line="240" w:lineRule="auto"/>
      </w:pPr>
      <w:r>
        <w:t>Relevant coursework: Marketing Communication; Organizational Communication; Social Media Management; Integrated Marketing Communication; Research Methods; Strategic Communication; Campaign Design; Media Planning; Presentation Skills.</w:t>
      </w:r>
    </w:p>
    <w:p>
      <w:pPr>
        <w:spacing w:before="100" w:after="30" w:line="240" w:lineRule="auto"/>
      </w:pPr>
      <w:r>
        <w:rPr>
          <w:b/>
          <w:sz w:val="21"/>
        </w:rPr>
        <w:t>SELECTED ACADEMIC / INDUSTRY PROJECTS</w:t>
      </w:r>
    </w:p>
    <w:p>
      <w:pPr>
        <w:spacing w:after="30" w:line="240" w:lineRule="auto"/>
      </w:pPr>
      <w:r>
        <w:rPr>
          <w:b/>
        </w:rPr>
        <w:t>Product Development Project – Peyman (Plantain Chips &amp; Snacks)</w:t>
      </w:r>
    </w:p>
    <w:p>
      <w:pPr>
        <w:pStyle w:val="ListBullet"/>
        <w:spacing w:after="30" w:line="240" w:lineRule="auto"/>
      </w:pPr>
      <w:r>
        <w:t>Worked within a five-student team to develop product improvement ideas and marketing strategies.</w:t>
      </w:r>
    </w:p>
    <w:p>
      <w:pPr>
        <w:pStyle w:val="ListBullet"/>
        <w:spacing w:after="30" w:line="240" w:lineRule="auto"/>
      </w:pPr>
      <w:r>
        <w:t>Used market research and consumer insights to support recommendations for product enhancement and brand positioning.</w:t>
      </w:r>
    </w:p>
    <w:p>
      <w:pPr>
        <w:pStyle w:val="ListBullet"/>
        <w:spacing w:after="30" w:line="240" w:lineRule="auto"/>
      </w:pPr>
      <w:r>
        <w:t>Presented a project report and pitch, receiving commendations for actionable strategies and innovative approaches.</w:t>
      </w:r>
    </w:p>
    <w:p>
      <w:pPr>
        <w:spacing w:after="30" w:line="240" w:lineRule="auto"/>
      </w:pPr>
      <w:r>
        <w:rPr>
          <w:b/>
        </w:rPr>
        <w:t>Mobile Financial Empowerment Application – Service Innovation Initiative</w:t>
      </w:r>
    </w:p>
    <w:p>
      <w:pPr>
        <w:pStyle w:val="ListBullet"/>
        <w:spacing w:after="30" w:line="240" w:lineRule="auto"/>
      </w:pPr>
      <w:r>
        <w:t>Contributed to the conceptualization of a mobile application focused on student savings, investment plans, and student loans.</w:t>
      </w:r>
    </w:p>
    <w:p>
      <w:pPr>
        <w:pStyle w:val="ListBullet"/>
        <w:spacing w:after="30" w:line="240" w:lineRule="auto"/>
      </w:pPr>
      <w:r>
        <w:t>Developed user-focused ideas intended to make MoneyGram transactions and financial transfers more convenient.</w:t>
      </w:r>
    </w:p>
    <w:p>
      <w:pPr>
        <w:spacing w:before="100" w:after="30" w:line="240" w:lineRule="auto"/>
      </w:pPr>
      <w:r>
        <w:rPr>
          <w:b/>
          <w:sz w:val="21"/>
        </w:rPr>
        <w:t>ADDITIONAL STRENGTHS</w:t>
      </w:r>
    </w:p>
    <w:p>
      <w:pPr>
        <w:spacing w:after="30" w:line="240" w:lineRule="auto"/>
      </w:pPr>
      <w:r>
        <w:t>Professional communication • Customer-focused mindset • Team-oriented • Adaptable • Detail-conscious • Calm under pressure • Strong interpersonal skills • Willingness to learn and meet performance expectations</w:t>
      </w:r>
    </w:p>
    <w:p>
      <w:pPr>
        <w:spacing w:before="100" w:after="30" w:line="240" w:lineRule="auto"/>
      </w:pPr>
      <w:r>
        <w:rPr>
          <w:b/>
          <w:sz w:val="21"/>
        </w:rPr>
        <w:t>REFERENCE</w:t>
      </w:r>
    </w:p>
    <w:p>
      <w:pPr>
        <w:spacing w:after="30" w:line="240" w:lineRule="auto"/>
      </w:pPr>
      <w:r>
        <w:t>Available upon request.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