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2"/>
        </w:rPr>
        <w:t>OGUNDELE SEYI ELIZABETH</w:t>
      </w:r>
    </w:p>
    <w:p>
      <w:pPr>
        <w:spacing w:after="20"/>
        <w:jc w:val="center"/>
      </w:pPr>
      <w:r>
        <w:rPr>
          <w:b/>
          <w:color w:val="6E4B2D"/>
          <w:sz w:val="18"/>
        </w:rPr>
        <w:t>WAITRESS  |  RECEPTIONIST  |  CUSTOMER SERVICE</w:t>
      </w:r>
    </w:p>
    <w:p>
      <w:pPr>
        <w:spacing w:after="100"/>
        <w:jc w:val="center"/>
      </w:pPr>
      <w:r>
        <w:rPr>
          <w:sz w:val="16"/>
        </w:rPr>
        <w:t>Lagos, Nigeria   •   09019598874   •   ajokeseyfunmi85@gmail.com</w:t>
      </w:r>
    </w:p>
    <w:p>
      <w:pPr>
        <w:spacing w:before="80" w:after="40"/>
        <w:pBdr>
          <w:bottom w:val="single" w:sz="5" w:space="2" w:color="B7A28A"/>
        </w:pBdr>
      </w:pPr>
      <w:r>
        <w:rPr>
          <w:b/>
          <w:color w:val="6E4B2D"/>
          <w:sz w:val="19"/>
        </w:rPr>
        <w:t>PROFESSIONAL PROFILE</w:t>
      </w:r>
    </w:p>
    <w:p>
      <w:r>
        <w:t>Dedicated and hardworking hospitality and customer service professional with practical experience in waitressing, food preparation, kitchen assistance, sales, and customer service. Friendly, well-mannered, and able to communicate effectively with customers and colleagues. Experienced in busy environments while maintaining good service, teamwork, and attention to customers’ needs. Seeking a position as a Waitress or Receptionist where I can contribute my experience and continue to develop professionally.</w:t>
      </w:r>
    </w:p>
    <w:p>
      <w:pPr>
        <w:spacing w:before="80" w:after="40"/>
        <w:pBdr>
          <w:bottom w:val="single" w:sz="5" w:space="2" w:color="B7A28A"/>
        </w:pBdr>
      </w:pPr>
      <w:r>
        <w:rPr>
          <w:b/>
          <w:color w:val="6E4B2D"/>
          <w:sz w:val="19"/>
        </w:rPr>
        <w:t>WORK EXPERIENCE</w:t>
      </w:r>
    </w:p>
    <w:p>
      <w:pPr>
        <w:spacing w:after="0"/>
      </w:pPr>
      <w:r>
        <w:rPr>
          <w:b/>
          <w:sz w:val="18"/>
        </w:rPr>
        <w:t>Waitress — New Iceland Beach Resort</w:t>
      </w:r>
    </w:p>
    <w:p>
      <w:pPr>
        <w:spacing w:after="0"/>
      </w:pPr>
      <w:r>
        <w:rPr>
          <w:i/>
          <w:color w:val="5A5A5A"/>
          <w:sz w:val="15"/>
        </w:rPr>
        <w:t>Lagos | Present</w:t>
      </w:r>
    </w:p>
    <w:p>
      <w:pPr>
        <w:spacing w:after="0"/>
        <w:ind w:left="202" w:hanging="144"/>
      </w:pPr>
      <w:r>
        <w:t>• Welcome and attend to guests in a friendly and professional manner.</w:t>
      </w:r>
    </w:p>
    <w:p>
      <w:pPr>
        <w:spacing w:after="0"/>
        <w:ind w:left="202" w:hanging="144"/>
      </w:pPr>
      <w:r>
        <w:t>• Take customer orders accurately and provide prompt service.</w:t>
      </w:r>
    </w:p>
    <w:p>
      <w:pPr>
        <w:spacing w:after="0"/>
        <w:ind w:left="202" w:hanging="144"/>
      </w:pPr>
      <w:r>
        <w:t>• Respond to customers’ requests and enquiries professionally.</w:t>
      </w:r>
    </w:p>
    <w:p>
      <w:pPr>
        <w:spacing w:after="0"/>
        <w:ind w:left="202" w:hanging="144"/>
      </w:pPr>
      <w:r>
        <w:t>• Maintain a clean and welcoming environment.</w:t>
      </w:r>
    </w:p>
    <w:p>
      <w:pPr>
        <w:spacing w:after="0"/>
        <w:ind w:left="202" w:hanging="144"/>
      </w:pPr>
      <w:r>
        <w:t>• Work closely with team members to ensure smooth service.</w:t>
      </w:r>
    </w:p>
    <w:p>
      <w:pPr>
        <w:spacing w:after="0"/>
      </w:pPr>
      <w:r>
        <w:rPr>
          <w:b/>
          <w:sz w:val="18"/>
        </w:rPr>
        <w:t>Sales Attendant</w:t>
      </w:r>
    </w:p>
    <w:p>
      <w:pPr>
        <w:spacing w:after="0"/>
      </w:pPr>
      <w:r>
        <w:rPr>
          <w:i/>
          <w:color w:val="5A5A5A"/>
          <w:sz w:val="15"/>
        </w:rPr>
        <w:t>August 2024 – December 2025</w:t>
      </w:r>
    </w:p>
    <w:p>
      <w:pPr>
        <w:spacing w:after="0"/>
        <w:ind w:left="202" w:hanging="144"/>
      </w:pPr>
      <w:r>
        <w:t>• Assisted customers with product selection and enquiries.</w:t>
      </w:r>
    </w:p>
    <w:p>
      <w:pPr>
        <w:spacing w:after="0"/>
        <w:ind w:left="202" w:hanging="144"/>
      </w:pPr>
      <w:r>
        <w:t>• Provided friendly and professional customer service.</w:t>
      </w:r>
    </w:p>
    <w:p>
      <w:pPr>
        <w:spacing w:after="0"/>
        <w:ind w:left="202" w:hanging="144"/>
      </w:pPr>
      <w:r>
        <w:t>• Promoted products and supported sales activities.</w:t>
      </w:r>
    </w:p>
    <w:p>
      <w:pPr>
        <w:spacing w:after="0"/>
        <w:ind w:left="202" w:hanging="144"/>
      </w:pPr>
      <w:r>
        <w:t>• Maintained good relationships with customers.</w:t>
      </w:r>
    </w:p>
    <w:p>
      <w:pPr>
        <w:spacing w:after="0"/>
        <w:ind w:left="202" w:hanging="144"/>
      </w:pPr>
      <w:r>
        <w:t>• Worked effectively with colleagues to achieve daily tasks.</w:t>
      </w:r>
    </w:p>
    <w:p>
      <w:pPr>
        <w:spacing w:after="0"/>
      </w:pPr>
      <w:r>
        <w:rPr>
          <w:b/>
          <w:sz w:val="18"/>
        </w:rPr>
        <w:t>Kitchen Assistant — Fadob Mall</w:t>
      </w:r>
    </w:p>
    <w:p>
      <w:pPr>
        <w:spacing w:after="0"/>
      </w:pPr>
      <w:r>
        <w:rPr>
          <w:i/>
          <w:color w:val="5A5A5A"/>
          <w:sz w:val="15"/>
        </w:rPr>
        <w:t>December 2023 – July 2024</w:t>
      </w:r>
    </w:p>
    <w:p>
      <w:pPr>
        <w:spacing w:after="0"/>
        <w:ind w:left="202" w:hanging="144"/>
      </w:pPr>
      <w:r>
        <w:t>• Assisted with food preparation and kitchen duties.</w:t>
      </w:r>
    </w:p>
    <w:p>
      <w:pPr>
        <w:spacing w:after="0"/>
        <w:ind w:left="202" w:hanging="144"/>
      </w:pPr>
      <w:r>
        <w:t>• Maintained cleanliness and organization of the kitchen.</w:t>
      </w:r>
    </w:p>
    <w:p>
      <w:pPr>
        <w:spacing w:after="0"/>
        <w:ind w:left="202" w:hanging="144"/>
      </w:pPr>
      <w:r>
        <w:t>• Supported kitchen staff during busy periods.</w:t>
      </w:r>
    </w:p>
    <w:p>
      <w:pPr>
        <w:spacing w:after="0"/>
        <w:ind w:left="202" w:hanging="144"/>
      </w:pPr>
      <w:r>
        <w:t>• Followed hygiene and food-safety practices.</w:t>
      </w:r>
    </w:p>
    <w:p>
      <w:pPr>
        <w:spacing w:after="0"/>
        <w:ind w:left="202" w:hanging="144"/>
      </w:pPr>
      <w:r>
        <w:t>• Worked effectively as part of a team.</w:t>
      </w:r>
    </w:p>
    <w:p>
      <w:pPr>
        <w:spacing w:after="0"/>
      </w:pPr>
      <w:r>
        <w:rPr>
          <w:b/>
          <w:sz w:val="18"/>
        </w:rPr>
        <w:t>Cook — Caritas Inn, Lagos</w:t>
      </w:r>
    </w:p>
    <w:p>
      <w:pPr>
        <w:spacing w:after="0"/>
      </w:pPr>
      <w:r>
        <w:rPr>
          <w:i/>
          <w:color w:val="5A5A5A"/>
          <w:sz w:val="15"/>
        </w:rPr>
        <w:t>March 2023 – September 2023</w:t>
      </w:r>
    </w:p>
    <w:p>
      <w:pPr>
        <w:spacing w:after="0"/>
        <w:ind w:left="202" w:hanging="144"/>
      </w:pPr>
      <w:r>
        <w:t>• Prepared meals according to required standards.</w:t>
      </w:r>
    </w:p>
    <w:p>
      <w:pPr>
        <w:spacing w:after="0"/>
        <w:ind w:left="202" w:hanging="144"/>
      </w:pPr>
      <w:r>
        <w:t>• Assisted with kitchen organization and food preparation.</w:t>
      </w:r>
    </w:p>
    <w:p>
      <w:pPr>
        <w:spacing w:after="0"/>
        <w:ind w:left="202" w:hanging="144"/>
      </w:pPr>
      <w:r>
        <w:t>• Maintained cleanliness and proper hygiene in the kitchen.</w:t>
      </w:r>
    </w:p>
    <w:p>
      <w:pPr>
        <w:spacing w:after="0"/>
        <w:ind w:left="202" w:hanging="144"/>
      </w:pPr>
      <w:r>
        <w:t>• Managed tasks efficiently during busy periods.</w:t>
      </w:r>
    </w:p>
    <w:p>
      <w:pPr>
        <w:spacing w:after="0"/>
        <w:ind w:left="202" w:hanging="144"/>
      </w:pPr>
      <w:r>
        <w:t>• Worked cooperatively with other kitchen and hospitality staff.</w:t>
      </w:r>
    </w:p>
    <w:p>
      <w:pPr>
        <w:spacing w:before="80" w:after="40"/>
        <w:pBdr>
          <w:bottom w:val="single" w:sz="5" w:space="2" w:color="B7A28A"/>
        </w:pBdr>
      </w:pPr>
      <w:r>
        <w:rPr>
          <w:b/>
          <w:color w:val="6E4B2D"/>
          <w:sz w:val="19"/>
        </w:rPr>
        <w:t>KEY SKILLS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Customer Service</w:t>
            </w:r>
          </w:p>
        </w:tc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Communication</w:t>
            </w:r>
          </w:p>
        </w:tc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Sales &amp; Customer Relations</w:t>
            </w:r>
          </w:p>
        </w:tc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Teamwork</w:t>
            </w:r>
          </w:p>
        </w:tc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Food Preparation</w:t>
            </w:r>
          </w:p>
        </w:tc>
      </w:tr>
      <w:tr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Guest Relations</w:t>
            </w:r>
          </w:p>
        </w:tc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Time Management</w:t>
            </w:r>
          </w:p>
        </w:tc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Ability to Work Under Pressure</w:t>
            </w:r>
          </w:p>
        </w:tc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Attention to Detail</w:t>
            </w:r>
          </w:p>
        </w:tc>
        <w:tc>
          <w:tcPr>
            <w:tcW w:type="dxa" w:w="2091"/>
            <w:vAlign w:val="center"/>
          </w:tcPr>
          <w:p>
            <w:pPr>
              <w:spacing w:after="0"/>
            </w:pPr>
            <w:r>
              <w:rPr>
                <w:sz w:val="14"/>
              </w:rPr>
              <w:t>• Good Interpersonal Skills</w:t>
            </w:r>
          </w:p>
        </w:tc>
      </w:tr>
    </w:tbl>
    <w:p>
      <w:pPr>
        <w:spacing w:before="80" w:after="40"/>
        <w:pBdr>
          <w:bottom w:val="single" w:sz="5" w:space="2" w:color="B7A28A"/>
        </w:pBdr>
      </w:pPr>
      <w:r>
        <w:rPr>
          <w:b/>
          <w:color w:val="6E4B2D"/>
          <w:sz w:val="19"/>
        </w:rPr>
        <w:t>EDUCATION</w:t>
      </w:r>
    </w:p>
    <w:p>
      <w:pPr>
        <w:spacing w:after="0"/>
      </w:pPr>
      <w:r>
        <w:rPr>
          <w:b/>
        </w:rPr>
        <w:t>Senior Secondary School Certificate (SSCE)</w:t>
      </w:r>
    </w:p>
    <w:p>
      <w:pPr>
        <w:spacing w:after="20"/>
      </w:pPr>
      <w:r>
        <w:rPr>
          <w:i/>
        </w:rPr>
        <w:t>Danmartins College</w:t>
      </w:r>
    </w:p>
    <w:p>
      <w:pPr>
        <w:spacing w:before="80" w:after="40"/>
        <w:pBdr>
          <w:bottom w:val="single" w:sz="5" w:space="2" w:color="B7A28A"/>
        </w:pBdr>
      </w:pPr>
      <w:r>
        <w:rPr>
          <w:b/>
          <w:color w:val="6E4B2D"/>
          <w:sz w:val="19"/>
        </w:rPr>
        <w:t>LANGUAGE</w:t>
      </w:r>
    </w:p>
    <w:p>
      <w:r>
        <w:t>English — Fluent</w:t>
      </w:r>
    </w:p>
    <w:p>
      <w:pPr>
        <w:spacing w:before="80" w:after="40"/>
        <w:pBdr>
          <w:bottom w:val="single" w:sz="5" w:space="2" w:color="B7A28A"/>
        </w:pBdr>
      </w:pPr>
      <w:r>
        <w:rPr>
          <w:b/>
          <w:color w:val="6E4B2D"/>
          <w:sz w:val="19"/>
        </w:rPr>
        <w:t>REFERENCES</w:t>
      </w:r>
    </w:p>
    <w:p>
      <w:r>
        <w:t>Available upon request.</w:t>
      </w:r>
    </w:p>
    <w:sectPr w:rsidR="00FC693F" w:rsidRPr="0006063C" w:rsidSect="00034616">
      <w:footerReference w:type="default" r:id="rId9"/>
      <w:pgSz w:w="12240" w:h="15840"/>
      <w:pgMar w:top="648" w:right="893" w:bottom="576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3"/>
      </w:rPr>
      <w:t>OGUNDELE SEYI ELIZABETH  •  PROFESSIONAL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