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B65B" w14:textId="77777777" w:rsidR="007754C4" w:rsidRDefault="00000000" w:rsidP="008F7BF2">
      <w:pPr>
        <w:jc w:val="center"/>
        <w:rPr>
          <w:rFonts w:hint="eastAsia"/>
        </w:rPr>
      </w:pPr>
      <w:r>
        <w:rPr>
          <w:b/>
          <w:sz w:val="40"/>
        </w:rPr>
        <w:t>AYODEJI ABISOLA OLANSHILE</w:t>
      </w:r>
    </w:p>
    <w:p w14:paraId="39B6C515" w14:textId="32F6070D" w:rsidR="007754C4" w:rsidRDefault="00000000" w:rsidP="008F7BF2">
      <w:pPr>
        <w:jc w:val="center"/>
        <w:rPr>
          <w:rFonts w:hint="eastAsia"/>
        </w:rPr>
      </w:pPr>
      <w:r>
        <w:rPr>
          <w:b/>
          <w:sz w:val="21"/>
        </w:rPr>
        <w:t>Administrative &amp; Virtual Support | Business Operations</w:t>
      </w:r>
    </w:p>
    <w:p w14:paraId="33B39291" w14:textId="4CB56598" w:rsidR="007754C4" w:rsidRDefault="00000000" w:rsidP="008F7BF2">
      <w:pPr>
        <w:jc w:val="center"/>
        <w:rPr>
          <w:rFonts w:hint="eastAsia"/>
        </w:rPr>
      </w:pPr>
      <w:r>
        <w:rPr>
          <w:sz w:val="18"/>
        </w:rPr>
        <w:t xml:space="preserve">Lagos State, Nigeria </w:t>
      </w:r>
      <w:r w:rsidR="001C6415">
        <w:rPr>
          <w:sz w:val="18"/>
        </w:rPr>
        <w:t>|</w:t>
      </w:r>
      <w:r>
        <w:rPr>
          <w:sz w:val="18"/>
        </w:rPr>
        <w:t xml:space="preserve"> 07049145240 </w:t>
      </w:r>
      <w:r w:rsidR="001C6415">
        <w:rPr>
          <w:sz w:val="18"/>
        </w:rPr>
        <w:t>|</w:t>
      </w:r>
      <w:r>
        <w:rPr>
          <w:sz w:val="18"/>
        </w:rPr>
        <w:t xml:space="preserve"> justbisola04@gmail.com</w:t>
      </w:r>
    </w:p>
    <w:p w14:paraId="0B0A99A6" w14:textId="7E38827A" w:rsidR="007754C4" w:rsidRDefault="00000000" w:rsidP="008F7BF2">
      <w:pPr>
        <w:pStyle w:val="Heading1"/>
        <w:pBdr>
          <w:bottom w:val="single" w:sz="6" w:space="1" w:color="808080"/>
        </w:pBdr>
        <w:jc w:val="both"/>
      </w:pPr>
      <w:r>
        <w:t>SUMMARY</w:t>
      </w:r>
    </w:p>
    <w:p w14:paraId="721A1412" w14:textId="1BD89A3D" w:rsidR="003A579A" w:rsidRDefault="003A579A" w:rsidP="008F7BF2">
      <w:pPr>
        <w:pStyle w:val="Heading1"/>
        <w:pBdr>
          <w:bottom w:val="single" w:sz="6" w:space="1" w:color="808080"/>
        </w:pBdr>
        <w:jc w:val="both"/>
        <w:rPr>
          <w:rFonts w:ascii="Aptos" w:eastAsiaTheme="minorEastAsia" w:hAnsi="Aptos" w:cstheme="minorBidi"/>
          <w:b w:val="0"/>
          <w:bCs w:val="0"/>
          <w:color w:val="auto"/>
          <w:sz w:val="19"/>
          <w:szCs w:val="22"/>
        </w:rPr>
      </w:pPr>
      <w:r w:rsidRPr="003A579A">
        <w:rPr>
          <w:rFonts w:ascii="Aptos" w:eastAsiaTheme="minorEastAsia" w:hAnsi="Aptos" w:cstheme="minorBidi"/>
          <w:b w:val="0"/>
          <w:bCs w:val="0"/>
          <w:color w:val="auto"/>
          <w:sz w:val="19"/>
          <w:szCs w:val="22"/>
        </w:rPr>
        <w:t xml:space="preserve">Detail-oriented Finance </w:t>
      </w:r>
      <w:r>
        <w:rPr>
          <w:rFonts w:ascii="Aptos" w:eastAsiaTheme="minorEastAsia" w:hAnsi="Aptos" w:cstheme="minorBidi"/>
          <w:b w:val="0"/>
          <w:bCs w:val="0"/>
          <w:color w:val="auto"/>
          <w:sz w:val="19"/>
          <w:szCs w:val="22"/>
        </w:rPr>
        <w:t>g</w:t>
      </w:r>
      <w:r w:rsidRPr="003A579A">
        <w:rPr>
          <w:rFonts w:ascii="Aptos" w:eastAsiaTheme="minorEastAsia" w:hAnsi="Aptos" w:cstheme="minorBidi"/>
          <w:b w:val="0"/>
          <w:bCs w:val="0"/>
          <w:color w:val="auto"/>
          <w:sz w:val="19"/>
          <w:szCs w:val="22"/>
        </w:rPr>
        <w:t>raduate with practical experience in administrative support, business operations, and financial record-keeping. Brings hands-on experience managing digital enterprise operations, bookkeeping, customer communication, and transaction tracking. Adept at working remotely and independently with strong organization, confidentiality, and technical proficiency. Seeking administrative, virtual support, and finance operations roles.</w:t>
      </w:r>
    </w:p>
    <w:p w14:paraId="30CD939F" w14:textId="3AC6A7A4" w:rsidR="007754C4" w:rsidRDefault="00000000" w:rsidP="008F7BF2">
      <w:pPr>
        <w:pStyle w:val="Heading1"/>
        <w:pBdr>
          <w:bottom w:val="single" w:sz="6" w:space="1" w:color="808080"/>
        </w:pBdr>
        <w:jc w:val="both"/>
      </w:pPr>
      <w:r>
        <w:t>EDUCATION</w:t>
      </w:r>
    </w:p>
    <w:p w14:paraId="59A516FF" w14:textId="5C428966" w:rsidR="007754C4" w:rsidRDefault="008F7BF2" w:rsidP="008F7BF2">
      <w:pPr>
        <w:jc w:val="both"/>
        <w:rPr>
          <w:rFonts w:hint="eastAsia"/>
        </w:rPr>
      </w:pPr>
      <w:r>
        <w:rPr>
          <w:b/>
        </w:rPr>
        <w:t>University of Ilorin</w:t>
      </w:r>
      <w:r w:rsidR="009A729D">
        <w:t xml:space="preserve"> </w:t>
      </w:r>
      <w:r>
        <w:t xml:space="preserve">| </w:t>
      </w:r>
      <w:r w:rsidR="00000000">
        <w:t xml:space="preserve">B.Sc. Finance </w:t>
      </w:r>
      <w:r>
        <w:t>(</w:t>
      </w:r>
      <w:r w:rsidR="009A729D" w:rsidRPr="009A729D">
        <w:t>2023 – 2026</w:t>
      </w:r>
      <w:r>
        <w:t>)</w:t>
      </w:r>
    </w:p>
    <w:p w14:paraId="2D70257B" w14:textId="0404BA04" w:rsidR="007754C4" w:rsidRDefault="009A729D" w:rsidP="008F7BF2">
      <w:pPr>
        <w:pStyle w:val="Heading1"/>
        <w:pBdr>
          <w:bottom w:val="single" w:sz="6" w:space="1" w:color="808080"/>
        </w:pBdr>
        <w:jc w:val="both"/>
      </w:pPr>
      <w:r>
        <w:t>WORK</w:t>
      </w:r>
      <w:r w:rsidR="00000000">
        <w:t xml:space="preserve"> EXPERIENCE</w:t>
      </w:r>
    </w:p>
    <w:p w14:paraId="3AACEB1A" w14:textId="0E687A7B" w:rsidR="001C6415" w:rsidRPr="001C6415" w:rsidRDefault="001C6415" w:rsidP="001C6415">
      <w:pPr>
        <w:jc w:val="both"/>
        <w:rPr>
          <w:b/>
        </w:rPr>
      </w:pPr>
      <w:r w:rsidRPr="001C6415">
        <w:rPr>
          <w:b/>
        </w:rPr>
        <w:t xml:space="preserve">Digital Business Owner | </w:t>
      </w:r>
      <w:r w:rsidRPr="001C6415">
        <w:rPr>
          <w:bCs/>
        </w:rPr>
        <w:t>Lagos, Nigeria (Remote)</w:t>
      </w:r>
      <w:r w:rsidRPr="001C6415">
        <w:rPr>
          <w:b/>
        </w:rPr>
        <w:t xml:space="preserve">  </w:t>
      </w:r>
    </w:p>
    <w:p w14:paraId="16C41692" w14:textId="0B8B25F3" w:rsidR="001C6415" w:rsidRPr="001C6415" w:rsidRDefault="001C6415" w:rsidP="001C6415">
      <w:pPr>
        <w:jc w:val="both"/>
        <w:rPr>
          <w:bCs/>
        </w:rPr>
      </w:pPr>
      <w:r w:rsidRPr="001C6415">
        <w:rPr>
          <w:bCs/>
        </w:rPr>
        <w:t>2021 – Present</w:t>
      </w:r>
    </w:p>
    <w:p w14:paraId="7BA29582" w14:textId="2E69F68F" w:rsidR="001C6415" w:rsidRPr="001C6415" w:rsidRDefault="001C6415" w:rsidP="001C6415">
      <w:pPr>
        <w:pStyle w:val="ListParagraph"/>
        <w:numPr>
          <w:ilvl w:val="0"/>
          <w:numId w:val="14"/>
        </w:numPr>
        <w:jc w:val="both"/>
        <w:rPr>
          <w:bCs/>
        </w:rPr>
      </w:pPr>
      <w:r w:rsidRPr="001C6415">
        <w:rPr>
          <w:bCs/>
        </w:rPr>
        <w:t>Directed end-to-end business operations, including sales tracking, inventory oversight, and customer relationship management.</w:t>
      </w:r>
    </w:p>
    <w:p w14:paraId="274E9E74" w14:textId="414F9B32" w:rsidR="001C6415" w:rsidRPr="001C6415" w:rsidRDefault="001C6415" w:rsidP="001C6415">
      <w:pPr>
        <w:pStyle w:val="ListParagraph"/>
        <w:numPr>
          <w:ilvl w:val="0"/>
          <w:numId w:val="14"/>
        </w:numPr>
        <w:jc w:val="both"/>
        <w:rPr>
          <w:bCs/>
        </w:rPr>
      </w:pPr>
      <w:r w:rsidRPr="001C6415">
        <w:rPr>
          <w:bCs/>
        </w:rPr>
        <w:t>Maintained accurate ledger records of revenue, expenses, and profit margins to monitor business financial health.</w:t>
      </w:r>
    </w:p>
    <w:p w14:paraId="512F8301" w14:textId="27C9EA8A" w:rsidR="001C6415" w:rsidRPr="001C6415" w:rsidRDefault="001C6415" w:rsidP="001C6415">
      <w:pPr>
        <w:pStyle w:val="ListParagraph"/>
        <w:numPr>
          <w:ilvl w:val="0"/>
          <w:numId w:val="14"/>
        </w:numPr>
        <w:jc w:val="both"/>
        <w:rPr>
          <w:bCs/>
        </w:rPr>
      </w:pPr>
      <w:r w:rsidRPr="001C6415">
        <w:rPr>
          <w:bCs/>
        </w:rPr>
        <w:t>Leveraged social media platforms and digital tools to drive customer acquisition and manage online sales funnels.</w:t>
      </w:r>
    </w:p>
    <w:p w14:paraId="7FF589FA" w14:textId="26C19DDF" w:rsidR="008F7BF2" w:rsidRDefault="008F7BF2" w:rsidP="001C6415">
      <w:pPr>
        <w:jc w:val="both"/>
        <w:rPr>
          <w:b/>
        </w:rPr>
      </w:pPr>
      <w:r>
        <w:rPr>
          <w:b/>
        </w:rPr>
        <w:t>Freelance Admin</w:t>
      </w:r>
      <w:r>
        <w:rPr>
          <w:b/>
        </w:rPr>
        <w:t>istrative &amp; Virtual</w:t>
      </w:r>
      <w:r>
        <w:rPr>
          <w:b/>
        </w:rPr>
        <w:t xml:space="preserve"> Support | </w:t>
      </w:r>
      <w:r w:rsidRPr="008F7BF2">
        <w:rPr>
          <w:bCs/>
        </w:rPr>
        <w:t>Remote/Lagos, Nigeria</w:t>
      </w:r>
    </w:p>
    <w:p w14:paraId="09BB3F66" w14:textId="77777777" w:rsidR="008F7BF2" w:rsidRDefault="008F7BF2" w:rsidP="008F7BF2">
      <w:pPr>
        <w:jc w:val="both"/>
        <w:rPr>
          <w:rFonts w:hint="eastAsia"/>
        </w:rPr>
      </w:pPr>
      <w:r>
        <w:t>2024 – Present</w:t>
      </w:r>
    </w:p>
    <w:p w14:paraId="6F7BDE07" w14:textId="77777777" w:rsidR="008F7BF2" w:rsidRPr="008F7BF2" w:rsidRDefault="008F7BF2" w:rsidP="008F7BF2">
      <w:pPr>
        <w:pStyle w:val="ListParagraph"/>
        <w:numPr>
          <w:ilvl w:val="0"/>
          <w:numId w:val="12"/>
        </w:numPr>
        <w:jc w:val="both"/>
        <w:rPr>
          <w:bCs/>
        </w:rPr>
      </w:pPr>
      <w:r w:rsidRPr="008F7BF2">
        <w:rPr>
          <w:bCs/>
        </w:rPr>
        <w:t>Provide comprehensive virtual administrative support, managing client communications, digital scheduling, file organization, and task execution within strict deadlines.</w:t>
      </w:r>
    </w:p>
    <w:p w14:paraId="7E01B8A9" w14:textId="77777777" w:rsidR="008F7BF2" w:rsidRPr="008F7BF2" w:rsidRDefault="008F7BF2" w:rsidP="008F7BF2">
      <w:pPr>
        <w:pStyle w:val="ListParagraph"/>
        <w:numPr>
          <w:ilvl w:val="0"/>
          <w:numId w:val="12"/>
        </w:numPr>
        <w:jc w:val="both"/>
        <w:rPr>
          <w:bCs/>
        </w:rPr>
      </w:pPr>
      <w:r w:rsidRPr="008F7BF2">
        <w:rPr>
          <w:bCs/>
        </w:rPr>
        <w:t>Perform foundational bookkeeping, transaction recording, basic budgeting, and expense tracking to support small business financial health.</w:t>
      </w:r>
    </w:p>
    <w:p w14:paraId="231630FE" w14:textId="77777777" w:rsidR="008F7BF2" w:rsidRPr="008F7BF2" w:rsidRDefault="008F7BF2" w:rsidP="008F7BF2">
      <w:pPr>
        <w:pStyle w:val="ListParagraph"/>
        <w:numPr>
          <w:ilvl w:val="0"/>
          <w:numId w:val="12"/>
        </w:numPr>
        <w:jc w:val="both"/>
        <w:rPr>
          <w:rFonts w:hint="eastAsia"/>
          <w:bCs/>
        </w:rPr>
      </w:pPr>
      <w:r w:rsidRPr="008F7BF2">
        <w:rPr>
          <w:bCs/>
        </w:rPr>
        <w:t>Manage online customer engagement, order coordination, and social media promotions to drive business visibility and sales.</w:t>
      </w:r>
    </w:p>
    <w:p w14:paraId="47B17941" w14:textId="1E8F0B05" w:rsidR="00752A39" w:rsidRDefault="008F7BF2" w:rsidP="008F7BF2">
      <w:pPr>
        <w:jc w:val="both"/>
      </w:pPr>
      <w:r w:rsidRPr="009A729D">
        <w:rPr>
          <w:b/>
          <w:bCs/>
        </w:rPr>
        <w:t xml:space="preserve">Finance &amp; Administrative </w:t>
      </w:r>
      <w:r w:rsidRPr="00752A39">
        <w:rPr>
          <w:b/>
          <w:bCs/>
        </w:rPr>
        <w:t>Intern</w:t>
      </w:r>
      <w:r>
        <w:t xml:space="preserve"> </w:t>
      </w:r>
      <w:r w:rsidR="00752A39">
        <w:rPr>
          <w:b/>
        </w:rPr>
        <w:t xml:space="preserve">| </w:t>
      </w:r>
      <w:r w:rsidR="00752A39">
        <w:t>L</w:t>
      </w:r>
      <w:r>
        <w:t>agos, Nigeria (Hybrid)</w:t>
      </w:r>
    </w:p>
    <w:p w14:paraId="1EEEA5B1" w14:textId="635798A8" w:rsidR="008F7BF2" w:rsidRDefault="008F7BF2" w:rsidP="008F7BF2">
      <w:pPr>
        <w:jc w:val="both"/>
      </w:pPr>
      <w:r w:rsidRPr="00752A39">
        <w:rPr>
          <w:b/>
        </w:rPr>
        <w:t>GENERAL HO</w:t>
      </w:r>
      <w:r w:rsidR="00132C07">
        <w:rPr>
          <w:b/>
        </w:rPr>
        <w:t>S</w:t>
      </w:r>
      <w:r w:rsidRPr="00752A39">
        <w:rPr>
          <w:b/>
        </w:rPr>
        <w:t>PITAL IKORODU</w:t>
      </w:r>
      <w:r>
        <w:rPr>
          <w:b/>
        </w:rPr>
        <w:t xml:space="preserve"> </w:t>
      </w:r>
      <w:r w:rsidR="00752A39" w:rsidRPr="008F7BF2">
        <w:rPr>
          <w:b/>
          <w:bCs/>
        </w:rPr>
        <w:t>|</w:t>
      </w:r>
      <w:r w:rsidR="00752A39">
        <w:t xml:space="preserve"> </w:t>
      </w:r>
      <w:r w:rsidR="00752A39">
        <w:t>August 2024</w:t>
      </w:r>
    </w:p>
    <w:p w14:paraId="6E1D5680" w14:textId="77777777" w:rsidR="008F7BF2" w:rsidRPr="008F7BF2" w:rsidRDefault="008F7BF2" w:rsidP="008F7BF2">
      <w:pPr>
        <w:numPr>
          <w:ilvl w:val="0"/>
          <w:numId w:val="11"/>
        </w:numPr>
        <w:jc w:val="both"/>
      </w:pPr>
      <w:r w:rsidRPr="008F7BF2">
        <w:t>Managed front-line communications with patients, efficiently resolving inquiries regarding billing, purchases, and hospital services.</w:t>
      </w:r>
    </w:p>
    <w:p w14:paraId="768C6E33" w14:textId="77777777" w:rsidR="008F7BF2" w:rsidRPr="008F7BF2" w:rsidRDefault="008F7BF2" w:rsidP="008F7BF2">
      <w:pPr>
        <w:numPr>
          <w:ilvl w:val="0"/>
          <w:numId w:val="11"/>
        </w:numPr>
        <w:jc w:val="both"/>
      </w:pPr>
      <w:r w:rsidRPr="008F7BF2">
        <w:t>Maintained, sorted, and organized physical and digital records of patient billing and purchasing documentation.</w:t>
      </w:r>
    </w:p>
    <w:p w14:paraId="046C848E" w14:textId="77777777" w:rsidR="008F7BF2" w:rsidRPr="008F7BF2" w:rsidRDefault="008F7BF2" w:rsidP="008F7BF2">
      <w:pPr>
        <w:numPr>
          <w:ilvl w:val="0"/>
          <w:numId w:val="11"/>
        </w:numPr>
        <w:jc w:val="both"/>
      </w:pPr>
      <w:r w:rsidRPr="008F7BF2">
        <w:t>Handled sensitive financial data and department records with strict adherence to accuracy, data integrity, and confidentiality standards.</w:t>
      </w:r>
    </w:p>
    <w:p w14:paraId="5225EFF6" w14:textId="77777777" w:rsidR="008F7BF2" w:rsidRPr="008F7BF2" w:rsidRDefault="008F7BF2" w:rsidP="008F7BF2">
      <w:pPr>
        <w:numPr>
          <w:ilvl w:val="0"/>
          <w:numId w:val="11"/>
        </w:numPr>
        <w:jc w:val="both"/>
      </w:pPr>
      <w:r w:rsidRPr="008F7BF2">
        <w:t>Provided seamless day-to-day administrative support to optimize hospital operational workflows.</w:t>
      </w:r>
    </w:p>
    <w:p w14:paraId="32EE3579" w14:textId="0E73DEC0" w:rsidR="007754C4" w:rsidRDefault="00000000" w:rsidP="008F7BF2">
      <w:pPr>
        <w:pStyle w:val="Heading1"/>
        <w:pBdr>
          <w:bottom w:val="single" w:sz="6" w:space="1" w:color="808080"/>
        </w:pBdr>
        <w:jc w:val="both"/>
      </w:pPr>
      <w:r>
        <w:t xml:space="preserve">CORE </w:t>
      </w:r>
      <w:r w:rsidR="008F7BF2">
        <w:t>COMPETENCIES</w:t>
      </w:r>
    </w:p>
    <w:p w14:paraId="18FCAC2A" w14:textId="77777777" w:rsidR="008F7BF2" w:rsidRPr="008F7BF2" w:rsidRDefault="008F7BF2" w:rsidP="008F7BF2">
      <w:pPr>
        <w:pStyle w:val="ListParagraph"/>
        <w:numPr>
          <w:ilvl w:val="0"/>
          <w:numId w:val="13"/>
        </w:numPr>
        <w:jc w:val="both"/>
        <w:rPr>
          <w:b/>
        </w:rPr>
      </w:pPr>
      <w:r w:rsidRPr="008F7BF2">
        <w:rPr>
          <w:b/>
        </w:rPr>
        <w:t xml:space="preserve">Administrative &amp; Virtual Support: </w:t>
      </w:r>
      <w:r w:rsidRPr="008F7BF2">
        <w:t>Email &amp; Calendar Management, File Organization, Client Communication, Data Entry, Remote Coordination.</w:t>
      </w:r>
      <w:r w:rsidRPr="008F7BF2">
        <w:rPr>
          <w:b/>
        </w:rPr>
        <w:t xml:space="preserve"> </w:t>
      </w:r>
    </w:p>
    <w:p w14:paraId="77862A36" w14:textId="011645AB" w:rsidR="007754C4" w:rsidRDefault="00000000" w:rsidP="008F7BF2">
      <w:pPr>
        <w:pStyle w:val="ListParagraph"/>
        <w:numPr>
          <w:ilvl w:val="0"/>
          <w:numId w:val="13"/>
        </w:numPr>
        <w:jc w:val="both"/>
        <w:rPr>
          <w:rFonts w:hint="eastAsia"/>
        </w:rPr>
      </w:pPr>
      <w:r w:rsidRPr="008F7BF2">
        <w:rPr>
          <w:b/>
        </w:rPr>
        <w:t xml:space="preserve">Finance &amp; Accounting: </w:t>
      </w:r>
      <w:r w:rsidR="008F7BF2" w:rsidRPr="008F7BF2">
        <w:t>Bookkeeping, Transaction Recording, Expense Tracking, Basic Budgeting, Financial Record-Keeping</w:t>
      </w:r>
      <w:r w:rsidR="008F7BF2">
        <w:t>.</w:t>
      </w:r>
    </w:p>
    <w:p w14:paraId="4D1A5050" w14:textId="63265D77" w:rsidR="007754C4" w:rsidRDefault="008F7BF2" w:rsidP="008F7BF2">
      <w:pPr>
        <w:pStyle w:val="ListParagraph"/>
        <w:numPr>
          <w:ilvl w:val="0"/>
          <w:numId w:val="13"/>
        </w:numPr>
        <w:jc w:val="both"/>
        <w:rPr>
          <w:rFonts w:hint="eastAsia"/>
        </w:rPr>
      </w:pPr>
      <w:r w:rsidRPr="008F7BF2">
        <w:rPr>
          <w:b/>
        </w:rPr>
        <w:t>Tools &amp; Software</w:t>
      </w:r>
      <w:r w:rsidR="00000000" w:rsidRPr="008F7BF2">
        <w:rPr>
          <w:b/>
        </w:rPr>
        <w:t xml:space="preserve">: </w:t>
      </w:r>
      <w:r w:rsidRPr="008F7BF2">
        <w:t>Microsoft Office Suite (Word, Excel, PowerPoint), Google Workspace, Social Media Management.</w:t>
      </w:r>
    </w:p>
    <w:sectPr w:rsidR="007754C4" w:rsidSect="00034616">
      <w:footerReference w:type="default" r:id="rId8"/>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A74D9" w14:textId="77777777" w:rsidR="006D1EE8" w:rsidRDefault="006D1EE8">
      <w:pPr>
        <w:spacing w:after="0" w:line="240" w:lineRule="auto"/>
        <w:rPr>
          <w:rFonts w:hint="eastAsia"/>
        </w:rPr>
      </w:pPr>
      <w:r>
        <w:separator/>
      </w:r>
    </w:p>
  </w:endnote>
  <w:endnote w:type="continuationSeparator" w:id="0">
    <w:p w14:paraId="02B6A046" w14:textId="77777777" w:rsidR="006D1EE8" w:rsidRDefault="006D1EE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D6526" w14:textId="47B5BCC1" w:rsidR="007754C4" w:rsidRDefault="00000000">
    <w:pPr>
      <w:pStyle w:val="Footer"/>
      <w:jc w:val="center"/>
      <w:rPr>
        <w:rFonts w:hint="eastAsia"/>
      </w:rPr>
    </w:pPr>
    <w:r>
      <w:rPr>
        <w:sz w:val="16"/>
      </w:rPr>
      <w:t>Ayodeji Abisola Olanshile • 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D1C54" w14:textId="77777777" w:rsidR="006D1EE8" w:rsidRDefault="006D1EE8">
      <w:pPr>
        <w:spacing w:after="0" w:line="240" w:lineRule="auto"/>
        <w:rPr>
          <w:rFonts w:hint="eastAsia"/>
        </w:rPr>
      </w:pPr>
      <w:r>
        <w:separator/>
      </w:r>
    </w:p>
  </w:footnote>
  <w:footnote w:type="continuationSeparator" w:id="0">
    <w:p w14:paraId="67131450" w14:textId="77777777" w:rsidR="006D1EE8" w:rsidRDefault="006D1EE8">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E6234A"/>
    <w:multiLevelType w:val="hybridMultilevel"/>
    <w:tmpl w:val="08609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CD22D7"/>
    <w:multiLevelType w:val="hybridMultilevel"/>
    <w:tmpl w:val="B36A9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66364A"/>
    <w:multiLevelType w:val="multilevel"/>
    <w:tmpl w:val="D54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E40107"/>
    <w:multiLevelType w:val="hybridMultilevel"/>
    <w:tmpl w:val="46A0C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396C5C"/>
    <w:multiLevelType w:val="hybridMultilevel"/>
    <w:tmpl w:val="ACB2D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2871210">
    <w:abstractNumId w:val="8"/>
  </w:num>
  <w:num w:numId="2" w16cid:durableId="1592010889">
    <w:abstractNumId w:val="6"/>
  </w:num>
  <w:num w:numId="3" w16cid:durableId="1856727239">
    <w:abstractNumId w:val="5"/>
  </w:num>
  <w:num w:numId="4" w16cid:durableId="1548057296">
    <w:abstractNumId w:val="4"/>
  </w:num>
  <w:num w:numId="5" w16cid:durableId="1209222977">
    <w:abstractNumId w:val="7"/>
  </w:num>
  <w:num w:numId="6" w16cid:durableId="851647647">
    <w:abstractNumId w:val="3"/>
  </w:num>
  <w:num w:numId="7" w16cid:durableId="958338354">
    <w:abstractNumId w:val="2"/>
  </w:num>
  <w:num w:numId="8" w16cid:durableId="1892422353">
    <w:abstractNumId w:val="1"/>
  </w:num>
  <w:num w:numId="9" w16cid:durableId="1689604806">
    <w:abstractNumId w:val="0"/>
  </w:num>
  <w:num w:numId="10" w16cid:durableId="1742362595">
    <w:abstractNumId w:val="13"/>
  </w:num>
  <w:num w:numId="11" w16cid:durableId="1723946614">
    <w:abstractNumId w:val="11"/>
  </w:num>
  <w:num w:numId="12" w16cid:durableId="1848322554">
    <w:abstractNumId w:val="10"/>
  </w:num>
  <w:num w:numId="13" w16cid:durableId="1850558511">
    <w:abstractNumId w:val="12"/>
  </w:num>
  <w:num w:numId="14" w16cid:durableId="3982143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5ACB"/>
    <w:rsid w:val="00132C07"/>
    <w:rsid w:val="0015074B"/>
    <w:rsid w:val="001C6415"/>
    <w:rsid w:val="0029639D"/>
    <w:rsid w:val="00326F90"/>
    <w:rsid w:val="003A579A"/>
    <w:rsid w:val="00441BF9"/>
    <w:rsid w:val="006D1EE8"/>
    <w:rsid w:val="00752A39"/>
    <w:rsid w:val="007754C4"/>
    <w:rsid w:val="008F7BF2"/>
    <w:rsid w:val="009A729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7F4F95"/>
  <w14:defaultImageDpi w14:val="300"/>
  <w15:docId w15:val="{CC50169B-274E-4BB7-8086-1965750E7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F7BF2"/>
    <w:rPr>
      <w:rFonts w:ascii="Times New Roman" w:hAnsi="Times New Roman" w:cs="Times New Roman"/>
      <w:sz w:val="24"/>
      <w:szCs w:val="24"/>
    </w:rPr>
  </w:style>
  <w:style w:type="character" w:styleId="Hyperlink">
    <w:name w:val="Hyperlink"/>
    <w:basedOn w:val="DefaultParagraphFont"/>
    <w:uiPriority w:val="99"/>
    <w:unhideWhenUsed/>
    <w:rsid w:val="001C6415"/>
    <w:rPr>
      <w:color w:val="0000FF" w:themeColor="hyperlink"/>
      <w:u w:val="single"/>
    </w:rPr>
  </w:style>
  <w:style w:type="character" w:styleId="UnresolvedMention">
    <w:name w:val="Unresolved Mention"/>
    <w:basedOn w:val="DefaultParagraphFont"/>
    <w:uiPriority w:val="99"/>
    <w:semiHidden/>
    <w:unhideWhenUsed/>
    <w:rsid w:val="001C64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NewAdmin</cp:lastModifiedBy>
  <cp:revision>3</cp:revision>
  <dcterms:created xsi:type="dcterms:W3CDTF">2026-09-16T19:48:00Z</dcterms:created>
  <dcterms:modified xsi:type="dcterms:W3CDTF">2026-09-16T19:53:00Z</dcterms:modified>
  <cp:category/>
</cp:coreProperties>
</file>