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ptos Display" w:hAnsi="Aptos Display"/>
          <w:b/>
          <w:color w:val="23374B"/>
          <w:sz w:val="44"/>
        </w:rPr>
        <w:t>ADEJUMOKE ADEWUMI</w:t>
      </w:r>
    </w:p>
    <w:p>
      <w:pPr>
        <w:spacing w:after="40"/>
        <w:jc w:val="center"/>
      </w:pPr>
      <w:r>
        <w:rPr>
          <w:b/>
          <w:color w:val="235069"/>
          <w:sz w:val="17"/>
        </w:rPr>
        <w:t>PROJECT COORDINATION | OPERATIONS SUPPORT | LOGISTICS &amp; TEAM COORDINATION</w:t>
      </w:r>
    </w:p>
    <w:p>
      <w:pPr>
        <w:spacing w:after="100"/>
        <w:jc w:val="center"/>
      </w:pPr>
      <w:r>
        <w:t>Ojodu Berger, Lagos  •  adewumiajarat2003@gmail.com  •  +234 902 548 6928</w:t>
      </w:r>
    </w:p>
    <w:p>
      <w:pPr>
        <w:pStyle w:val="Heading1"/>
      </w:pPr>
      <w:r>
        <w:t>PROFESSIONAL SUMMARY</w:t>
      </w:r>
    </w:p>
    <w:p>
      <w:r>
        <w:t>Organised operations and project-support professional with practical experience coordinating logistics, handling customer communication, supporting order fulfilment, working across production tasks, and helping day-to-day activities run smoothly. Brings a hands-on approach to planning, prioritisation, problem-solving, and coordinating several workstreams at once. Seeking project coordination, operations coordination, administrative operations, or service delivery roles with responsibility for people, processes, and execution.</w:t>
      </w:r>
    </w:p>
    <w:p>
      <w:pPr>
        <w:pStyle w:val="Heading1"/>
      </w:pPr>
      <w:r>
        <w:t>CORE COMPETENCIES</w:t>
      </w:r>
    </w:p>
    <w:p>
      <w:r>
        <w:t>Project and task coordination • Logistics support • Workflow organisation • Team coordination • Customer and stakeholder communication • Order fulfilment • Supplier/product sourcing support • Records and follow-up (where applicable) • Service delivery • Scheduling and prioritisation • Problem-solving • Food service operations</w:t>
      </w:r>
    </w:p>
    <w:p>
      <w:pPr>
        <w:pStyle w:val="Heading1"/>
      </w:pPr>
      <w:r>
        <w:t>PROFESSIONAL EXPERIENCE</w:t>
      </w:r>
    </w:p>
    <w:p>
      <w:pPr>
        <w:spacing w:before="40" w:after="0"/>
      </w:pPr>
      <w:r>
        <w:rPr>
          <w:b/>
          <w:sz w:val="19"/>
        </w:rPr>
        <w:t>Production, Events &amp; Operations Lead</w:t>
      </w:r>
      <w:r>
        <w:rPr>
          <w:b/>
        </w:rPr>
        <w:t xml:space="preserve">  |  Caramel Production, Lagos</w:t>
      </w:r>
    </w:p>
    <w:p>
      <w:pPr>
        <w:spacing w:after="20"/>
      </w:pPr>
      <w:r>
        <w:t>2022–Present</w:t>
      </w:r>
    </w:p>
    <w:p>
      <w:pPr>
        <w:pStyle w:val="ListBullet"/>
        <w:spacing w:after="10"/>
        <w:ind w:left="245" w:hanging="144"/>
      </w:pPr>
      <w:r>
        <w:t>Coordinated multiple production workstreams, including logistics, ticketing, décor, food and hospitality, souvenirs, and audience welfare.</w:t>
      </w:r>
    </w:p>
    <w:p>
      <w:pPr>
        <w:pStyle w:val="ListBullet"/>
        <w:spacing w:after="10"/>
        <w:ind w:left="245" w:hanging="144"/>
      </w:pPr>
      <w:r>
        <w:t>Supported planning and execution of theatrical productions, contributing to sold-out shows through marketing and ticket-sales activity.</w:t>
      </w:r>
    </w:p>
    <w:p>
      <w:pPr>
        <w:pStyle w:val="ListBullet"/>
        <w:spacing w:after="10"/>
        <w:ind w:left="245" w:hanging="144"/>
      </w:pPr>
      <w:r>
        <w:t>Helped align practical requirements and deadlines across different parts of production delivery.</w:t>
      </w:r>
    </w:p>
    <w:p>
      <w:pPr>
        <w:spacing w:before="40" w:after="0"/>
      </w:pPr>
      <w:r>
        <w:t>Collection Officer  |  Flexi Cash</w:t>
      </w:r>
    </w:p>
    <w:p>
      <w:pPr>
        <w:spacing w:after="20"/>
      </w:pPr>
      <w:r>
        <w:t>2025–January 2026</w:t>
      </w:r>
    </w:p>
    <w:p>
      <w:pPr>
        <w:pStyle w:val="ListBullet"/>
        <w:spacing w:after="10"/>
        <w:ind w:left="245" w:hanging="144"/>
      </w:pPr>
      <w:r>
        <w:t>Contacted customers regarding loan repayments and followed up on outstanding payments.</w:t>
      </w:r>
    </w:p>
    <w:p>
      <w:pPr>
        <w:pStyle w:val="ListBullet"/>
        <w:spacing w:after="10"/>
        <w:ind w:left="245" w:hanging="144"/>
      </w:pPr>
      <w:r>
        <w:t>Communicated repayment information professionally and supported collection follow-up processes.</w:t>
      </w:r>
    </w:p>
    <w:p>
      <w:pPr>
        <w:spacing w:before="40" w:after="0"/>
      </w:pPr>
      <w:r>
        <w:rPr>
          <w:b/>
          <w:sz w:val="19"/>
        </w:rPr>
        <w:t>Order Fulfilment Assistant</w:t>
      </w:r>
      <w:r>
        <w:rPr>
          <w:b/>
        </w:rPr>
        <w:t xml:space="preserve">  |  Mummy Zee’s Zobo</w:t>
      </w:r>
    </w:p>
    <w:p>
      <w:pPr>
        <w:spacing w:after="20"/>
      </w:pPr>
      <w:r>
        <w:t>Present</w:t>
      </w:r>
    </w:p>
    <w:p>
      <w:pPr>
        <w:pStyle w:val="ListBullet"/>
        <w:spacing w:after="10"/>
        <w:ind w:left="245" w:hanging="144"/>
      </w:pPr>
      <w:r>
        <w:t>Package customer orders and prepare them for dispatch.</w:t>
      </w:r>
    </w:p>
    <w:p>
      <w:pPr>
        <w:pStyle w:val="ListBullet"/>
        <w:spacing w:after="10"/>
        <w:ind w:left="245" w:hanging="144"/>
      </w:pPr>
      <w:r>
        <w:t>Support the order fulfilment workflow and help keep outgoing orders organised.</w:t>
      </w:r>
    </w:p>
    <w:p>
      <w:pPr>
        <w:spacing w:before="40" w:after="0"/>
      </w:pPr>
      <w:r>
        <w:t>Kitchen Assistant / Marketing Support / Acting Chef  |  Asun Xtra, Lagos</w:t>
      </w:r>
    </w:p>
    <w:p>
      <w:pPr>
        <w:spacing w:after="20"/>
      </w:pPr>
      <w:r>
        <w:t>2025</w:t>
      </w:r>
    </w:p>
    <w:p>
      <w:pPr>
        <w:pStyle w:val="ListBullet"/>
        <w:spacing w:after="10"/>
        <w:ind w:left="245" w:hanging="144"/>
      </w:pPr>
      <w:r>
        <w:t>Supported food preparation and daily kitchen operations, taking on cooking responsibilities when required.</w:t>
      </w:r>
    </w:p>
    <w:p>
      <w:pPr>
        <w:pStyle w:val="ListBullet"/>
        <w:spacing w:after="10"/>
        <w:ind w:left="245" w:hanging="144"/>
      </w:pPr>
      <w:r>
        <w:t>Assisted with marketing activities and other practical tasks needed to support the business.</w:t>
      </w:r>
    </w:p>
    <w:p>
      <w:pPr>
        <w:spacing w:before="40" w:after="0"/>
      </w:pPr>
      <w:r>
        <w:rPr>
          <w:b/>
          <w:sz w:val="19"/>
        </w:rPr>
        <w:t>E-commerce &amp; Product Sourcing Entrepreneur</w:t>
      </w:r>
      <w:r>
        <w:rPr>
          <w:b/>
        </w:rPr>
        <w:t xml:space="preserve">  |  Independent / Online Businesses</w:t>
      </w:r>
    </w:p>
    <w:p>
      <w:pPr>
        <w:spacing w:after="20"/>
      </w:pPr>
      <w:r>
        <w:t>2024–Present</w:t>
      </w:r>
    </w:p>
    <w:p>
      <w:pPr>
        <w:pStyle w:val="ListBullet"/>
        <w:spacing w:after="10"/>
        <w:ind w:left="245" w:hanging="144"/>
      </w:pPr>
      <w:r>
        <w:t>Handled dropshipping activities on and off, supporting product sourcing, online sales, and customer orders.</w:t>
      </w:r>
    </w:p>
    <w:p>
      <w:pPr>
        <w:pStyle w:val="ListBullet"/>
        <w:spacing w:after="10"/>
        <w:ind w:left="245" w:hanging="144"/>
      </w:pPr>
      <w:r>
        <w:t>Gained practical experience in China importation and sourcing products for resale.</w:t>
      </w:r>
    </w:p>
    <w:p>
      <w:pPr>
        <w:spacing w:before="40" w:after="0"/>
      </w:pPr>
      <w:r>
        <w:rPr>
          <w:b/>
          <w:sz w:val="19"/>
        </w:rPr>
        <w:t>Waitress</w:t>
      </w:r>
      <w:r>
        <w:rPr>
          <w:b/>
        </w:rPr>
        <w:t xml:space="preserve">  |  Euro King Hotel, Lagos</w:t>
      </w:r>
    </w:p>
    <w:p>
      <w:pPr>
        <w:spacing w:after="20"/>
      </w:pPr>
      <w:r>
        <w:t>2025</w:t>
      </w:r>
    </w:p>
    <w:p>
      <w:pPr>
        <w:pStyle w:val="ListBullet"/>
        <w:spacing w:after="10"/>
        <w:ind w:left="245" w:hanging="144"/>
      </w:pPr>
      <w:r>
        <w:t>Responded to guest needs and supported smooth hospitality service.</w:t>
      </w:r>
    </w:p>
    <w:p>
      <w:pPr>
        <w:pStyle w:val="ListBullet"/>
        <w:spacing w:after="10"/>
        <w:ind w:left="245" w:hanging="144"/>
      </w:pPr>
      <w:r>
        <w:t>Worked collaboratively to keep service organised and customer-focused.</w:t>
      </w:r>
    </w:p>
    <w:p>
      <w:pPr>
        <w:spacing w:before="40" w:after="0"/>
      </w:pPr>
      <w:r>
        <w:rPr>
          <w:b/>
          <w:sz w:val="19"/>
        </w:rPr>
        <w:t>Wig Stylist</w:t>
      </w:r>
      <w:r>
        <w:rPr>
          <w:b/>
        </w:rPr>
        <w:t xml:space="preserve">  |  Self-employed / University Period</w:t>
      </w:r>
    </w:p>
    <w:p>
      <w:pPr>
        <w:spacing w:after="20"/>
      </w:pPr>
      <w:r>
        <w:rPr>
          <w:i/>
          <w:color w:val="64696E"/>
          <w:sz w:val="16"/>
        </w:rPr>
        <w:t>During university; dates to confirm</w:t>
      </w:r>
    </w:p>
    <w:p>
      <w:pPr>
        <w:pStyle w:val="ListBullet"/>
        <w:spacing w:after="10"/>
        <w:ind w:left="245" w:hanging="144"/>
      </w:pPr>
      <w:r>
        <w:t>Provided wig styling services and earned income from a skill acquired during university.</w:t>
      </w:r>
    </w:p>
    <w:p>
      <w:pPr>
        <w:pStyle w:val="ListBullet"/>
        <w:spacing w:after="10"/>
        <w:ind w:left="245" w:hanging="144"/>
      </w:pPr>
      <w:r>
        <w:t>Communicated with clients to understand styling preferences and deliver requested services.</w:t>
      </w:r>
    </w:p>
    <w:p>
      <w:pPr>
        <w:pStyle w:val="Heading1"/>
      </w:pPr>
      <w:r>
        <w:t>EDUCATION</w:t>
      </w:r>
    </w:p>
    <w:p>
      <w:r>
        <w:t>B.A. Theatre and Film Arts  |  Lagos State University, Ojo  |  2022–2025  |  Convocation: August 2026</w:t>
      </w:r>
    </w:p>
    <w:p>
      <w:pPr>
        <w:pStyle w:val="Heading1"/>
      </w:pPr>
      <w:r>
        <w:t>SKILLS &amp; LANGUAGES</w:t>
      </w:r>
    </w:p>
    <w:p>
      <w:r>
        <w:t>Organisation • Communication • Customer service • Team coordination • Food preparation • English (Fluent) • Yoruba (Fluent)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7378"/>
        <w:sz w:val="15"/>
      </w:rPr>
      <w:t>ADEJUMOKE ADEWUMI  •  CURRICULUM 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2D34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5069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74B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