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324" w:rsidRDefault="00355848">
      <w:pPr>
        <w:pStyle w:val="Heading1"/>
        <w:jc w:val="center"/>
      </w:pPr>
      <w:r>
        <w:t>ADEMOLA QUADRI</w:t>
      </w:r>
    </w:p>
    <w:p w:rsidR="00344324" w:rsidRDefault="00355848">
      <w:pPr>
        <w:jc w:val="center"/>
      </w:pPr>
      <w:r>
        <w:t>Software Engineer | Full-Stack Developer | System Analyst</w:t>
      </w:r>
    </w:p>
    <w:p w:rsidR="00344324" w:rsidRDefault="00355848">
      <w:pPr>
        <w:jc w:val="center"/>
      </w:pPr>
      <w:r>
        <w:rPr>
          <w:b/>
        </w:rPr>
        <w:t xml:space="preserve">Lagos, Nigeria | </w:t>
      </w:r>
      <w:r>
        <w:t>Email: ademolaquadri@gmail.com | Phone: +2348176497281 | Website: www.cybernida.com</w:t>
      </w:r>
    </w:p>
    <w:p w:rsidR="00344324" w:rsidRDefault="00344324"/>
    <w:p w:rsidR="00344324" w:rsidRDefault="00355848">
      <w:pPr>
        <w:pStyle w:val="Heading2"/>
      </w:pPr>
      <w:r>
        <w:t>PROFESSIONAL SUMMARY</w:t>
      </w:r>
    </w:p>
    <w:p w:rsidR="00344324" w:rsidRDefault="00355848">
      <w:r>
        <w:t xml:space="preserve">Experienced Software Engineer with over 10 years of </w:t>
      </w:r>
      <w:r>
        <w:t>experience in full-stack development, system analysis, and enterprise application design. Proven expertise in building Management Information Systems (MIS), School Management Systems, Computer-Based Testing (CBT) platforms, and secure result verification s</w:t>
      </w:r>
      <w:r>
        <w:t>ystems using QR and barcode technologies. Strong technical leadership background with expertise in web, desktop, and mobile application development.</w:t>
      </w:r>
    </w:p>
    <w:p w:rsidR="00344324" w:rsidRDefault="00355848">
      <w:pPr>
        <w:pStyle w:val="Heading2"/>
      </w:pPr>
      <w:r>
        <w:t>CORE SKILLS</w:t>
      </w:r>
    </w:p>
    <w:p w:rsidR="00344324" w:rsidRDefault="00355848">
      <w:pPr>
        <w:pStyle w:val="ListBullet"/>
      </w:pPr>
      <w:r>
        <w:t>Full-Stack Web Development</w:t>
      </w:r>
    </w:p>
    <w:p w:rsidR="00344324" w:rsidRDefault="00355848">
      <w:pPr>
        <w:pStyle w:val="ListBullet"/>
      </w:pPr>
      <w:r>
        <w:t>Software Architecture &amp; System Design</w:t>
      </w:r>
    </w:p>
    <w:p w:rsidR="00344324" w:rsidRDefault="00355848">
      <w:pPr>
        <w:pStyle w:val="ListBullet"/>
      </w:pPr>
      <w:r>
        <w:t>System Analysis &amp; Requirements</w:t>
      </w:r>
      <w:r>
        <w:t xml:space="preserve"> Engineering</w:t>
      </w:r>
    </w:p>
    <w:p w:rsidR="00344324" w:rsidRDefault="00355848">
      <w:pPr>
        <w:pStyle w:val="ListBullet"/>
      </w:pPr>
      <w:r>
        <w:t>Management Information Systems (MIS)</w:t>
      </w:r>
    </w:p>
    <w:p w:rsidR="00344324" w:rsidRDefault="00355848">
      <w:pPr>
        <w:pStyle w:val="ListBullet"/>
      </w:pPr>
      <w:r>
        <w:t>Computer-Based Testing (CBT) Systems</w:t>
      </w:r>
    </w:p>
    <w:p w:rsidR="00344324" w:rsidRDefault="00355848">
      <w:pPr>
        <w:pStyle w:val="ListBullet"/>
      </w:pPr>
      <w:r>
        <w:t>QR Code &amp; Barcode Integration</w:t>
      </w:r>
    </w:p>
    <w:p w:rsidR="00344324" w:rsidRDefault="00355848">
      <w:pPr>
        <w:pStyle w:val="ListBullet"/>
      </w:pPr>
      <w:r>
        <w:t>Database Design &amp; Management</w:t>
      </w:r>
    </w:p>
    <w:p w:rsidR="00344324" w:rsidRDefault="00355848">
      <w:pPr>
        <w:pStyle w:val="ListBullet"/>
      </w:pPr>
      <w:r>
        <w:t>UI/UX Design</w:t>
      </w:r>
    </w:p>
    <w:p w:rsidR="00344324" w:rsidRDefault="00355848">
      <w:pPr>
        <w:pStyle w:val="ListBullet"/>
      </w:pPr>
      <w:r>
        <w:t>Mobile Application Development</w:t>
      </w:r>
    </w:p>
    <w:p w:rsidR="00344324" w:rsidRDefault="00355848">
      <w:pPr>
        <w:pStyle w:val="ListBullet"/>
      </w:pPr>
      <w:r>
        <w:t>Technical Leadership</w:t>
      </w:r>
    </w:p>
    <w:p w:rsidR="00344324" w:rsidRDefault="00355848">
      <w:pPr>
        <w:pStyle w:val="Heading2"/>
      </w:pPr>
      <w:r>
        <w:t>TECHNICAL SKILLS</w:t>
      </w:r>
    </w:p>
    <w:p w:rsidR="00344324" w:rsidRDefault="00355848">
      <w:r>
        <w:t xml:space="preserve">Programming Languages: PHP, </w:t>
      </w:r>
      <w:r>
        <w:t>Python, C#, VB.NET, B4A</w:t>
      </w:r>
    </w:p>
    <w:p w:rsidR="00344324" w:rsidRDefault="00355848">
      <w:r>
        <w:t>Development Areas: Web Applications, Desktop Applications, Mobile Applications</w:t>
      </w:r>
    </w:p>
    <w:p w:rsidR="00344324" w:rsidRDefault="00355848">
      <w:r>
        <w:t>Technologies: MIS Development, QR/Barcode Systems, CBT Platforms</w:t>
      </w:r>
    </w:p>
    <w:p w:rsidR="00344324" w:rsidRDefault="00355848">
      <w:pPr>
        <w:pStyle w:val="Heading2"/>
      </w:pPr>
      <w:r>
        <w:t>PROFESSIONAL EXPERIENCE</w:t>
      </w:r>
    </w:p>
    <w:p w:rsidR="00344324" w:rsidRDefault="00355848">
      <w:pPr>
        <w:pStyle w:val="Heading3"/>
      </w:pPr>
      <w:r>
        <w:t>Cybernida Technology – Software Director (2013 – Present)</w:t>
      </w:r>
    </w:p>
    <w:p w:rsidR="00344324" w:rsidRDefault="00355848">
      <w:pPr>
        <w:pStyle w:val="ListBullet"/>
      </w:pPr>
      <w:r>
        <w:t>Design</w:t>
      </w:r>
      <w:r>
        <w:t>ed and developed enterprise-level Management Information Systems.</w:t>
      </w:r>
    </w:p>
    <w:p w:rsidR="00344324" w:rsidRDefault="00355848">
      <w:pPr>
        <w:pStyle w:val="ListBullet"/>
      </w:pPr>
      <w:r>
        <w:t>Led full-cycle website and software development projects.</w:t>
      </w:r>
    </w:p>
    <w:p w:rsidR="00344324" w:rsidRDefault="00355848">
      <w:pPr>
        <w:pStyle w:val="ListBullet"/>
      </w:pPr>
      <w:r>
        <w:t>Built custom desktop and web-based business applications.</w:t>
      </w:r>
    </w:p>
    <w:p w:rsidR="00344324" w:rsidRDefault="00355848">
      <w:pPr>
        <w:pStyle w:val="ListBullet"/>
      </w:pPr>
      <w:r>
        <w:t>Supervised mobile application development projects.</w:t>
      </w:r>
    </w:p>
    <w:p w:rsidR="00344324" w:rsidRDefault="00355848">
      <w:pPr>
        <w:pStyle w:val="ListBullet"/>
      </w:pPr>
      <w:r>
        <w:lastRenderedPageBreak/>
        <w:t xml:space="preserve">Managed system </w:t>
      </w:r>
      <w:r>
        <w:t>architecture, deployment, and maintenance.</w:t>
      </w:r>
    </w:p>
    <w:p w:rsidR="00344324" w:rsidRDefault="00355848">
      <w:pPr>
        <w:pStyle w:val="Heading3"/>
      </w:pPr>
      <w:r>
        <w:t>The King’s Treasure International School – System Analyst (2021 – Present)</w:t>
      </w:r>
    </w:p>
    <w:p w:rsidR="00344324" w:rsidRDefault="00355848">
      <w:pPr>
        <w:pStyle w:val="ListBullet"/>
      </w:pPr>
      <w:r>
        <w:t>Developed and deployed a comprehensive School Management System.</w:t>
      </w:r>
    </w:p>
    <w:p w:rsidR="00344324" w:rsidRDefault="00355848">
      <w:pPr>
        <w:pStyle w:val="ListBullet"/>
      </w:pPr>
      <w:r>
        <w:t>Integrated a secure Computer-Based Examination (CBE) platform.</w:t>
      </w:r>
    </w:p>
    <w:p w:rsidR="00344324" w:rsidRDefault="00355848">
      <w:pPr>
        <w:pStyle w:val="ListBullet"/>
      </w:pPr>
      <w:r>
        <w:t>Designed e</w:t>
      </w:r>
      <w:r>
        <w:t>xam result PIN generation with QR code validation.</w:t>
      </w:r>
    </w:p>
    <w:p w:rsidR="00344324" w:rsidRDefault="00355848">
      <w:pPr>
        <w:pStyle w:val="ListBullet"/>
      </w:pPr>
      <w:r>
        <w:t>Implemented barcode-based student ID card system.</w:t>
      </w:r>
    </w:p>
    <w:p w:rsidR="00344324" w:rsidRDefault="00355848">
      <w:pPr>
        <w:pStyle w:val="ListBullet"/>
      </w:pPr>
      <w:r>
        <w:t>Performed system debugging and real-time support.</w:t>
      </w:r>
    </w:p>
    <w:p w:rsidR="00344324" w:rsidRDefault="00355848">
      <w:pPr>
        <w:pStyle w:val="Heading3"/>
      </w:pPr>
      <w:r>
        <w:t>Bolarh Consultancy Limited – System Analyst (2022 – Present)</w:t>
      </w:r>
    </w:p>
    <w:p w:rsidR="00344324" w:rsidRDefault="00355848">
      <w:pPr>
        <w:pStyle w:val="ListBullet"/>
      </w:pPr>
      <w:r>
        <w:t>Developed and maintained the company’s offic</w:t>
      </w:r>
      <w:r>
        <w:t>ial website.</w:t>
      </w:r>
    </w:p>
    <w:p w:rsidR="00344324" w:rsidRDefault="00355848">
      <w:pPr>
        <w:pStyle w:val="ListBullet"/>
      </w:pPr>
      <w:r>
        <w:t>Led corporate branding and digital identity initiatives.</w:t>
      </w:r>
    </w:p>
    <w:p w:rsidR="00344324" w:rsidRDefault="00355848">
      <w:pPr>
        <w:pStyle w:val="ListBullet"/>
      </w:pPr>
      <w:r>
        <w:t>Conducted system analysis and provided technical advisory support.</w:t>
      </w:r>
    </w:p>
    <w:p w:rsidR="00344324" w:rsidRDefault="00355848">
      <w:pPr>
        <w:pStyle w:val="Heading2"/>
      </w:pPr>
      <w:r>
        <w:t>EDUCATION</w:t>
      </w:r>
    </w:p>
    <w:p w:rsidR="00A51478" w:rsidRPr="00A51478" w:rsidRDefault="00A51478" w:rsidP="00A51478">
      <w:proofErr w:type="spellStart"/>
      <w:r>
        <w:t>Ajayi</w:t>
      </w:r>
      <w:proofErr w:type="spellEnd"/>
      <w:r>
        <w:t xml:space="preserve"> Crowther University, Oyo State – Bachelor </w:t>
      </w:r>
      <w:bookmarkStart w:id="0" w:name="_GoBack"/>
      <w:bookmarkEnd w:id="0"/>
      <w:r>
        <w:t>(BSC), Computer Science</w:t>
      </w:r>
    </w:p>
    <w:p w:rsidR="00344324" w:rsidRDefault="00355848">
      <w:r>
        <w:t>Federal Polytechnic, Ede – Higher National Diploma (HND)</w:t>
      </w:r>
      <w:r w:rsidR="00A51478">
        <w:t>, Computer Science (</w:t>
      </w:r>
    </w:p>
    <w:p w:rsidR="00344324" w:rsidRDefault="00355848">
      <w:r>
        <w:t>Federal Polytechnic,</w:t>
      </w:r>
      <w:r>
        <w:t xml:space="preserve"> Ede – National Diploma (ND), Computer Science (2021)</w:t>
      </w:r>
    </w:p>
    <w:p w:rsidR="00344324" w:rsidRDefault="00355848">
      <w:r>
        <w:t>Precious Computer College – Diploma in Computer Engineering (2013)</w:t>
      </w:r>
    </w:p>
    <w:sectPr w:rsidR="0034432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4324"/>
    <w:rsid w:val="00355848"/>
    <w:rsid w:val="00A5147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78C152"/>
  <w14:defaultImageDpi w14:val="300"/>
  <w15:docId w15:val="{7FD6C2DB-D80A-40D7-86AE-D348EED82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AE2DA2-B660-4D49-B8F4-E23E6D5F5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3</cp:revision>
  <dcterms:created xsi:type="dcterms:W3CDTF">2013-12-23T23:15:00Z</dcterms:created>
  <dcterms:modified xsi:type="dcterms:W3CDTF">2026-03-06T11:27:00Z</dcterms:modified>
  <cp:category/>
</cp:coreProperties>
</file>