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34"/>
        </w:rPr>
        <w:t>ADESANYA MUMINAT ADEOLA</w:t>
      </w:r>
    </w:p>
    <w:p>
      <w:pPr>
        <w:spacing w:after="40"/>
        <w:jc w:val="center"/>
      </w:pPr>
      <w:r>
        <w:rPr>
          <w:b/>
          <w:sz w:val="21"/>
        </w:rPr>
        <w:t>Sales | Customer Service | Business &amp; Operations Support</w:t>
      </w:r>
    </w:p>
    <w:p>
      <w:pPr>
        <w:spacing w:after="100"/>
        <w:jc w:val="center"/>
      </w:pPr>
      <w:r>
        <w:rPr>
          <w:sz w:val="18"/>
        </w:rPr>
        <w:t>Lagos, Nigeria  |  0708 818 0261  |  adesanyamuminat@gmail.com</w:t>
      </w:r>
    </w:p>
    <w:p>
      <w:pPr>
        <w:spacing w:before="120" w:after="60"/>
        <w:shd w:fill="EAF1F8"/>
      </w:pPr>
      <w:r>
        <w:rPr>
          <w:rFonts w:ascii="Arial" w:hAnsi="Arial"/>
          <w:b/>
          <w:sz w:val="20"/>
        </w:rPr>
        <w:t>PROFESSIONAL SUMMARY</w:t>
      </w:r>
    </w:p>
    <w:p>
      <w:pPr>
        <w:spacing w:after="60"/>
      </w:pPr>
      <w:r>
        <w:t>Motivated and adaptable professional with hands-on experience in sales, customer service, business operations, administration, inventory management and entrepreneurship. Experienced in interacting with customers, understanding their needs, handling enquiries, supporting sales, maintaining records and assisting with day-to-day business operations. A B.Sc. Accounting graduate of Lagos State University with strong analytical, numerical and problem-solving skills. Organised, teachable, comfortable working independently and able to communicate effectively with different people.</w:t>
      </w:r>
    </w:p>
    <w:p>
      <w:pPr>
        <w:spacing w:before="120" w:after="60"/>
        <w:shd w:fill="EAF1F8"/>
      </w:pPr>
      <w:r>
        <w:rPr>
          <w:rFonts w:ascii="Arial" w:hAnsi="Arial"/>
          <w:b/>
          <w:sz w:val="20"/>
        </w:rPr>
        <w:t>CORE SKILLS</w:t>
      </w:r>
    </w:p>
    <w:p>
      <w:pPr>
        <w:spacing w:after="60"/>
      </w:pPr>
      <w:r>
        <w:rPr>
          <w:b/>
        </w:rPr>
        <w:t>Sales &amp; Customer Service</w:t>
      </w:r>
      <w:r>
        <w:t xml:space="preserve">  •  </w:t>
      </w:r>
      <w:r>
        <w:rPr>
          <w:b/>
        </w:rPr>
        <w:t>Customer Relationship Management</w:t>
      </w:r>
      <w:r>
        <w:t xml:space="preserve">  •  </w:t>
      </w:r>
      <w:r>
        <w:rPr>
          <w:b/>
        </w:rPr>
        <w:t>Lead Follow-up</w:t>
      </w:r>
      <w:r>
        <w:t xml:space="preserve">  •  </w:t>
      </w:r>
      <w:r>
        <w:rPr>
          <w:b/>
        </w:rPr>
        <w:t>Customer Needs Assessment</w:t>
      </w:r>
      <w:r>
        <w:t xml:space="preserve">  •  </w:t>
      </w:r>
      <w:r>
        <w:rPr>
          <w:b w:val="0"/>
        </w:rPr>
        <w:t>Product Presentation</w:t>
      </w:r>
      <w:r>
        <w:t xml:space="preserve">  •  </w:t>
      </w:r>
      <w:r>
        <w:rPr>
          <w:b w:val="0"/>
        </w:rPr>
        <w:t>Business Operations Support</w:t>
      </w:r>
      <w:r>
        <w:t xml:space="preserve">  •  </w:t>
      </w:r>
      <w:r>
        <w:rPr>
          <w:b w:val="0"/>
        </w:rPr>
        <w:t>Administrative Support</w:t>
      </w:r>
      <w:r>
        <w:t xml:space="preserve">  •  </w:t>
      </w:r>
      <w:r>
        <w:rPr>
          <w:b w:val="0"/>
        </w:rPr>
        <w:t>Order &amp; Customer Coordination</w:t>
      </w:r>
      <w:r>
        <w:t xml:space="preserve">  •  </w:t>
      </w:r>
      <w:r>
        <w:rPr>
          <w:b w:val="0"/>
        </w:rPr>
        <w:t>Inventory Management</w:t>
      </w:r>
      <w:r>
        <w:t xml:space="preserve">  •  </w:t>
      </w:r>
      <w:r>
        <w:rPr>
          <w:b w:val="0"/>
        </w:rPr>
        <w:t>Stock Taking</w:t>
      </w:r>
      <w:r>
        <w:t xml:space="preserve">  •  </w:t>
      </w:r>
      <w:r>
        <w:rPr>
          <w:b w:val="0"/>
        </w:rPr>
        <w:t>Record Keeping &amp; Documentation</w:t>
      </w:r>
      <w:r>
        <w:t xml:space="preserve">  •  </w:t>
      </w:r>
      <w:r>
        <w:rPr>
          <w:b w:val="0"/>
        </w:rPr>
        <w:t>Microsoft Excel</w:t>
      </w:r>
      <w:r>
        <w:t xml:space="preserve">  •  </w:t>
      </w:r>
      <w:r>
        <w:rPr>
          <w:b w:val="0"/>
        </w:rPr>
        <w:t>Microsoft Word</w:t>
      </w:r>
      <w:r>
        <w:t xml:space="preserve">  •  </w:t>
      </w:r>
      <w:r>
        <w:rPr>
          <w:b w:val="0"/>
        </w:rPr>
        <w:t>Data Processing</w:t>
      </w:r>
      <w:r>
        <w:t xml:space="preserve">  •  </w:t>
      </w:r>
      <w:r>
        <w:rPr>
          <w:b w:val="0"/>
        </w:rPr>
        <w:t>Social Media Marketing</w:t>
      </w:r>
      <w:r>
        <w:t xml:space="preserve">  •  </w:t>
      </w:r>
      <w:r>
        <w:rPr>
          <w:b w:val="0"/>
        </w:rPr>
        <w:t>Communication</w:t>
      </w:r>
      <w:r>
        <w:t xml:space="preserve">  •  </w:t>
      </w:r>
      <w:r>
        <w:rPr>
          <w:b w:val="0"/>
        </w:rPr>
        <w:t>Problem Solving</w:t>
      </w:r>
      <w:r>
        <w:t xml:space="preserve">  •  </w:t>
      </w:r>
      <w:r>
        <w:rPr>
          <w:b w:val="0"/>
        </w:rPr>
        <w:t>Time Management</w:t>
      </w:r>
      <w:r>
        <w:t xml:space="preserve">  •  </w:t>
      </w:r>
      <w:r>
        <w:rPr>
          <w:b w:val="0"/>
        </w:rPr>
        <w:t>Organisation &amp; Attention to Detail</w:t>
      </w:r>
      <w:r>
        <w:t xml:space="preserve">  •  </w:t>
      </w:r>
      <w:r>
        <w:rPr>
          <w:b w:val="0"/>
        </w:rPr>
        <w:t>Teamwork &amp; Adaptability</w:t>
      </w:r>
    </w:p>
    <w:p>
      <w:pPr>
        <w:spacing w:before="120" w:after="60"/>
        <w:shd w:fill="EAF1F8"/>
      </w:pPr>
      <w:r>
        <w:rPr>
          <w:rFonts w:ascii="Arial" w:hAnsi="Arial"/>
          <w:b/>
          <w:sz w:val="20"/>
        </w:rPr>
        <w:t>PROFESSIONAL EXPERIENCE</w:t>
      </w:r>
    </w:p>
    <w:p>
      <w:pPr>
        <w:spacing w:before="60" w:after="0"/>
      </w:pPr>
      <w:r>
        <w:rPr>
          <w:b/>
          <w:sz w:val="20"/>
        </w:rPr>
        <w:t>Personal Assistant / Operations &amp; Customer Support</w:t>
      </w:r>
      <w:r>
        <w:t xml:space="preserve">  |  Alade Interior Designs</w:t>
      </w:r>
      <w:r>
        <w:rPr>
          <w:i/>
        </w:rPr>
        <w:t xml:space="preserve">  |  2022 – Present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Support the day-to-day operations of the business and assist with administrative tasks.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Handle customer enquiries, orders, scheduling and communication.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Maintain business records and support documentation and follow-up activities.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Assist with stock-taking and monitoring of materials and products.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Support customer orders from enquiry through to delivery or installation.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Work closely with the business owner to coordinate daily tasks and pending activities.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Gain practical experience in furniture production, upholstery and interior-design-related work.</w:t>
      </w:r>
    </w:p>
    <w:p>
      <w:pPr>
        <w:spacing w:before="60" w:after="0"/>
      </w:pPr>
      <w:r>
        <w:rPr>
          <w:b/>
          <w:sz w:val="20"/>
        </w:rPr>
        <w:t>Founder / Sales &amp; Customer Service</w:t>
      </w:r>
      <w:r>
        <w:t xml:space="preserve">  |  Scented Elegance</w:t>
      </w:r>
      <w:r>
        <w:rPr>
          <w:i/>
        </w:rPr>
        <w:t xml:space="preserve">  |  2023 – 2024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Founded and managed a small retail business selling perfumes and related products.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Handled customer enquiries, product recommendations and sales.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Managed product pricing, inventory and basic business records.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Promoted products through social media, referrals and direct customer outreach.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Managed customer relationships and handled orders from enquiry through purchase.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Monitored stock and coordinated product procurement.</w:t>
      </w:r>
    </w:p>
    <w:p>
      <w:pPr>
        <w:spacing w:before="60" w:after="0"/>
      </w:pPr>
      <w:r>
        <w:rPr>
          <w:b/>
          <w:sz w:val="20"/>
        </w:rPr>
        <w:t>Sales Representative / Customer Service Assistant</w:t>
      </w:r>
      <w:r>
        <w:t xml:space="preserve">  |  Fuhazam Stores</w:t>
      </w:r>
      <w:r>
        <w:rPr>
          <w:i/>
        </w:rPr>
        <w:t xml:space="preserve">  |  2021 – 2023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Assisted customers with product enquiries and helped them choose suitable products.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Handled customer interactions and supported daily sales activities.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Processed sales and maintained basic sales records.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Responded to product-related questions and followed up with customers when necessary.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Assisted with stock-taking and inventory monitoring.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Built positive customer relationships through clear communication and helpful service.</w:t>
      </w:r>
    </w:p>
    <w:p>
      <w:pPr>
        <w:spacing w:before="120" w:after="60"/>
        <w:shd w:fill="EAF1F8"/>
      </w:pPr>
      <w:r>
        <w:rPr>
          <w:rFonts w:ascii="Arial" w:hAnsi="Arial"/>
          <w:b/>
          <w:sz w:val="20"/>
        </w:rPr>
        <w:t>EDUCATION</w:t>
      </w:r>
    </w:p>
    <w:p>
      <w:pPr>
        <w:spacing w:after="20"/>
      </w:pPr>
      <w:r>
        <w:rPr>
          <w:b/>
        </w:rPr>
        <w:t>Bachelor of Science (B.Sc.) in Accounting</w:t>
      </w:r>
      <w:r>
        <w:t xml:space="preserve">  |  Lagos State University (LASU), Ojo, Lagos  |  2023 – 2026</w:t>
      </w:r>
    </w:p>
    <w:p>
      <w:pPr>
        <w:spacing w:after="60"/>
      </w:pPr>
      <w:r>
        <w:rPr>
          <w:b/>
        </w:rPr>
        <w:t>Senior Secondary School Certificate (SSCE)</w:t>
      </w:r>
      <w:r>
        <w:t xml:space="preserve">  |  Perfect Touch Private School, Lagos</w:t>
      </w:r>
    </w:p>
    <w:p>
      <w:pPr>
        <w:spacing w:before="120" w:after="60"/>
        <w:shd w:fill="EAF1F8"/>
      </w:pPr>
      <w:r>
        <w:rPr>
          <w:rFonts w:ascii="Arial" w:hAnsi="Arial"/>
          <w:b/>
          <w:sz w:val="20"/>
        </w:rPr>
        <w:t>PROFESSIONAL DEVELOPMENT &amp; CERTIFICATIONS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ICAN – ACA in View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JUPEB Certificate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Data Processing Certification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Computer Education Certification</w:t>
      </w:r>
    </w:p>
    <w:p>
      <w:pPr>
        <w:spacing w:before="120" w:after="60"/>
        <w:shd w:fill="EAF1F8"/>
      </w:pPr>
      <w:r>
        <w:rPr>
          <w:rFonts w:ascii="Arial" w:hAnsi="Arial"/>
          <w:b/>
          <w:sz w:val="20"/>
        </w:rPr>
        <w:t>VOLUNTEER EXPERIENCE</w:t>
      </w:r>
    </w:p>
    <w:p>
      <w:pPr>
        <w:spacing w:before="60" w:after="0"/>
      </w:pPr>
      <w:r>
        <w:rPr>
          <w:b/>
          <w:sz w:val="20"/>
        </w:rPr>
        <w:t>Volunteer</w:t>
      </w:r>
      <w:r>
        <w:t xml:space="preserve">  |  Lagos State University</w:t>
      </w:r>
      <w:r>
        <w:rPr>
          <w:i/>
        </w:rPr>
        <w:t xml:space="preserve">  |  During undergraduate study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Supported departmental activities and student events.</w:t>
      </w:r>
    </w:p>
    <w:p>
      <w:pPr>
        <w:spacing w:after="30"/>
        <w:ind w:left="230" w:hanging="173"/>
      </w:pPr>
      <w:r>
        <w:rPr>
          <w:b/>
        </w:rPr>
        <w:t xml:space="preserve">• </w:t>
      </w:r>
      <w:r>
        <w:t>Worked with other volunteers to coordinate activities and communicate with participants.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Adesanya Muminat Adeola |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