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AKANBI ADEYEMI ADEWALE</w:t>
      </w:r>
    </w:p>
    <w:p>
      <w:r>
        <w:t>📍 Plot C, Ago Palace Way, Amuwo Odofin, Lagos State</w:t>
      </w:r>
    </w:p>
    <w:p>
      <w:r>
        <w:t>📞 08064394882 | ✉ adewaleadeyemi240@gmail.com</w:t>
      </w:r>
    </w:p>
    <w:p/>
    <w:p>
      <w:pPr>
        <w:pStyle w:val="Heading1"/>
      </w:pPr>
      <w:r>
        <w:t>CAREER OBJECTIVE</w:t>
      </w:r>
    </w:p>
    <w:p>
      <w:r>
        <w:t>To work with existing staff and facilities contributing the best of my ability and quota, so as to improve organizational objectives and achieve good goals and targets in a challenging environment that aims at obtaining the very best from its employees and consequently recognized the reward of production.</w:t>
      </w:r>
    </w:p>
    <w:p>
      <w:pPr>
        <w:pStyle w:val="Heading1"/>
      </w:pPr>
      <w:r>
        <w:t>CORE SKILLS</w:t>
      </w:r>
    </w:p>
    <w:p>
      <w:r>
        <w:t>- Customer Service &amp; Relationship Management</w:t>
      </w:r>
    </w:p>
    <w:p>
      <w:r>
        <w:t>- Sales &amp; Retail Operations</w:t>
      </w:r>
    </w:p>
    <w:p>
      <w:r>
        <w:t>- Administrative Support</w:t>
      </w:r>
    </w:p>
    <w:p>
      <w:r>
        <w:t>- Communication &amp; Team Collaboration</w:t>
      </w:r>
    </w:p>
    <w:p>
      <w:r>
        <w:t>- Problem Solving &amp; Adaptability</w:t>
      </w:r>
    </w:p>
    <w:p>
      <w:pPr>
        <w:pStyle w:val="Heading1"/>
      </w:pPr>
      <w:r>
        <w:t>PROFESSIONAL EXPERIENCE</w:t>
      </w:r>
    </w:p>
    <w:p>
      <w:r>
        <w:t>Sales Representative</w:t>
        <w:br/>
        <w:t>Kanso Shoes PLC | 2022–Present</w:t>
      </w:r>
    </w:p>
    <w:p>
      <w:r>
        <w:t>- Promote and sell footwear products while assisting customers with product selection and maintaining store organization.</w:t>
      </w:r>
    </w:p>
    <w:p>
      <w:r>
        <w:t>Cleaner</w:t>
        <w:br/>
        <w:t>Clinix Healthcare Centre | 2020–2022</w:t>
      </w:r>
    </w:p>
    <w:p>
      <w:r>
        <w:t>- Maintained cleanliness and hygiene standards across healthcare facilities and supported sanitation operations.</w:t>
      </w:r>
    </w:p>
    <w:p>
      <w:r>
        <w:t>Sales Representative</w:t>
        <w:br/>
        <w:t>Ajide Ice Block Industries | 2018–2020</w:t>
      </w:r>
    </w:p>
    <w:p>
      <w:r>
        <w:t>- Managed product sales, attended to customer needs, and supported product distribution.</w:t>
      </w:r>
    </w:p>
    <w:p>
      <w:r>
        <w:t>Nursery School Teacher</w:t>
        <w:br/>
        <w:t>Ayodele Nursery &amp; Primary School | 2018 (6 months)</w:t>
      </w:r>
    </w:p>
    <w:p>
      <w:r>
        <w:t>- Taught nursery pupils basic literacy and numeracy skills and assisted in classroom management.</w:t>
      </w:r>
    </w:p>
    <w:p>
      <w:r>
        <w:t>Secretary</w:t>
        <w:br/>
        <w:t>Kayus Printing Press | 2016–2017</w:t>
      </w:r>
    </w:p>
    <w:p>
      <w:r>
        <w:t>- Handled office documentation, attended to customers, and supported daily administrative operations.</w:t>
      </w:r>
    </w:p>
    <w:p>
      <w:pPr>
        <w:pStyle w:val="Heading1"/>
      </w:pPr>
      <w:r>
        <w:t>EDUCATION &amp; QUALIFICATIONS</w:t>
      </w:r>
    </w:p>
    <w:p>
      <w:r>
        <w:t>B.Sc Mass Communication</w:t>
        <w:br/>
        <w:t>Crown Hill (now Ojaja University), Eiyenkorin, Ilorin | 2018–2024</w:t>
      </w:r>
    </w:p>
    <w:p>
      <w:r>
        <w:t>Senior Secondary School Certificate (SSCE)</w:t>
        <w:br/>
        <w:t>Government Day Secondary School, Odo Okun Ilorin | 2013–2015</w:t>
      </w:r>
    </w:p>
    <w:p>
      <w:r>
        <w:t>First School Leaving Certificate</w:t>
        <w:br/>
        <w:t>Federal Staff Nursery/Primary School Adewole, Ilorin | 2000–2006</w:t>
      </w:r>
    </w:p>
    <w:p>
      <w:pPr>
        <w:pStyle w:val="Heading1"/>
      </w:pPr>
      <w:r>
        <w:t>ADDITIONAL SKILLS</w:t>
      </w:r>
    </w:p>
    <w:p>
      <w:r>
        <w:t>- Reading and Continuous Learning</w:t>
      </w:r>
    </w:p>
    <w:p>
      <w:r>
        <w:t>- Good Interpersonal Skills</w:t>
      </w:r>
    </w:p>
    <w:p>
      <w:r>
        <w:t>- Interest in Sports (Football)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