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rPr>
        <w:t>OYETORO ALEXANDRA MORENIKEJI</w:t>
      </w:r>
    </w:p>
    <w:p>
      <w:pPr>
        <w:spacing w:after="100"/>
        <w:jc w:val="center"/>
      </w:pPr>
      <w:r>
        <w:rPr>
          <w:sz w:val="18"/>
        </w:rPr>
        <w:t>Lagos, Nigeria  |  08060459056  |  Kheji98@gmail.com</w:t>
      </w:r>
    </w:p>
    <w:p>
      <w:pPr>
        <w:spacing w:before="140" w:after="60"/>
      </w:pPr>
      <w:r>
        <w:rPr>
          <w:b/>
          <w:sz w:val="22"/>
        </w:rPr>
        <w:t>PROFESSIONAL SUMMARY</w:t>
      </w:r>
    </w:p>
    <w:p>
      <w:pPr>
        <w:spacing w:after="40"/>
      </w:pPr>
      <w:r>
        <w:t>Motivated and adaptable Mass Communication graduate with an HND and ND from Yaba College of Technology, with experience in personal assistance, administrative support, customer relations, sales, teaching and business management. Experienced in calendar and schedule management, appointment coordination, call screening, email correspondence, bookings and studio-session coordination. Strong communication, organisation, time-management, interpersonal and problem-solving skills. Proactive, discreet and able to work effectively independently or as part of a team.</w:t>
      </w:r>
    </w:p>
    <w:p>
      <w:pPr>
        <w:spacing w:before="140" w:after="60"/>
      </w:pPr>
      <w:r>
        <w:rPr>
          <w:b/>
          <w:sz w:val="22"/>
        </w:rPr>
        <w:t>PROFESSIONAL EXPERIENCE</w:t>
      </w:r>
    </w:p>
    <w:p>
      <w:pPr>
        <w:spacing w:after="20"/>
      </w:pPr>
      <w:r>
        <w:rPr>
          <w:b/>
        </w:rPr>
        <w:t>Personal Assistant — Matt Muller, Upcoming Artist</w:t>
      </w:r>
      <w:r>
        <w:t xml:space="preserve"> | 2020 – 2023 | Lagos, Nigeria</w:t>
      </w:r>
    </w:p>
    <w:p>
      <w:pPr>
        <w:pStyle w:val="ListBullet"/>
        <w:spacing w:after="20"/>
        <w:ind w:left="259" w:hanging="173"/>
      </w:pPr>
      <w:r>
        <w:t>Managed and maintained the artist’s calendar, coordinating appointments, meetings, rehearsals and professional engagements.</w:t>
      </w:r>
    </w:p>
    <w:p>
      <w:pPr>
        <w:pStyle w:val="ListBullet"/>
        <w:spacing w:after="20"/>
        <w:ind w:left="259" w:hanging="173"/>
      </w:pPr>
      <w:r>
        <w:t>Screened incoming calls and prioritised important communications, ensuring timely responses.</w:t>
      </w:r>
    </w:p>
    <w:p>
      <w:pPr>
        <w:pStyle w:val="ListBullet"/>
        <w:spacing w:after="20"/>
        <w:ind w:left="259" w:hanging="173"/>
      </w:pPr>
      <w:r>
        <w:t>Scheduled and coordinated appointments with clients, collaborators and other professional contacts.</w:t>
      </w:r>
    </w:p>
    <w:p>
      <w:pPr>
        <w:pStyle w:val="ListBullet"/>
        <w:spacing w:after="20"/>
        <w:ind w:left="259" w:hanging="173"/>
      </w:pPr>
      <w:r>
        <w:t>Managed incoming and outgoing emails and professional correspondence.</w:t>
      </w:r>
    </w:p>
    <w:p>
      <w:pPr>
        <w:pStyle w:val="ListBullet"/>
        <w:spacing w:after="20"/>
        <w:ind w:left="259" w:hanging="173"/>
      </w:pPr>
      <w:r>
        <w:t>Managed and coordinated bookings, ensuring professional engagements were properly scheduled and organised.</w:t>
      </w:r>
    </w:p>
    <w:p>
      <w:pPr>
        <w:pStyle w:val="ListBullet"/>
        <w:spacing w:after="20"/>
        <w:ind w:left="259" w:hanging="173"/>
      </w:pPr>
      <w:r>
        <w:t>Arranged studio sessions and coordinated schedules to ensure recording activities ran smoothly.</w:t>
      </w:r>
    </w:p>
    <w:p>
      <w:pPr>
        <w:pStyle w:val="ListBullet"/>
        <w:spacing w:after="20"/>
        <w:ind w:left="259" w:hanging="173"/>
      </w:pPr>
      <w:r>
        <w:t>Monitored daily schedules and provided timely reminders to ensure commitments were met.</w:t>
      </w:r>
    </w:p>
    <w:p>
      <w:pPr>
        <w:pStyle w:val="ListBullet"/>
        <w:spacing w:after="20"/>
        <w:ind w:left="259" w:hanging="173"/>
      </w:pPr>
      <w:r>
        <w:t>Served as a point of contact between the artist and external contacts when required.</w:t>
      </w:r>
    </w:p>
    <w:p>
      <w:pPr>
        <w:pStyle w:val="ListBullet"/>
        <w:spacing w:after="20"/>
        <w:ind w:left="259" w:hanging="173"/>
      </w:pPr>
      <w:r>
        <w:t>Handled sensitive information and communications with professionalism and discretion.</w:t>
      </w:r>
    </w:p>
    <w:p>
      <w:pPr>
        <w:pStyle w:val="ListBullet"/>
        <w:spacing w:after="20"/>
        <w:ind w:left="259" w:hanging="173"/>
      </w:pPr>
      <w:r>
        <w:t>Provided reliable administrative and organisational support throughout three years of working with the artist.</w:t>
      </w:r>
    </w:p>
    <w:p>
      <w:pPr>
        <w:spacing w:before="80" w:after="20"/>
      </w:pPr>
      <w:r>
        <w:rPr>
          <w:b/>
        </w:rPr>
        <w:t>Kaygeez Essentials — Lagos</w:t>
      </w:r>
      <w:r>
        <w:t xml:space="preserve"> | Business Owner / Customer Relations &amp; Sales</w:t>
      </w:r>
    </w:p>
    <w:p>
      <w:pPr>
        <w:pStyle w:val="ListBullet"/>
        <w:spacing w:after="20"/>
        <w:ind w:left="259" w:hanging="173"/>
      </w:pPr>
      <w:r>
        <w:t>Manage the day-to-day operations of a retail business specialising in perfumes and home essentials.</w:t>
      </w:r>
    </w:p>
    <w:p>
      <w:pPr>
        <w:pStyle w:val="ListBullet"/>
        <w:spacing w:after="20"/>
        <w:ind w:left="259" w:hanging="173"/>
      </w:pPr>
      <w:r>
        <w:t>Communicate with customers to understand their needs and recommend suitable products.</w:t>
      </w:r>
    </w:p>
    <w:p>
      <w:pPr>
        <w:pStyle w:val="ListBullet"/>
        <w:spacing w:after="20"/>
        <w:ind w:left="259" w:hanging="173"/>
      </w:pPr>
      <w:r>
        <w:t>Respond to customer enquiries and manage orders and follow-ups.</w:t>
      </w:r>
    </w:p>
    <w:p>
      <w:pPr>
        <w:pStyle w:val="ListBullet"/>
        <w:spacing w:after="20"/>
        <w:ind w:left="259" w:hanging="173"/>
      </w:pPr>
      <w:r>
        <w:t>Build and maintain positive customer relationships.</w:t>
      </w:r>
    </w:p>
    <w:p>
      <w:pPr>
        <w:pStyle w:val="ListBullet"/>
        <w:spacing w:after="20"/>
        <w:ind w:left="259" w:hanging="173"/>
      </w:pPr>
      <w:r>
        <w:t>Promote products through social media and other communication channels.</w:t>
      </w:r>
    </w:p>
    <w:p>
      <w:pPr>
        <w:pStyle w:val="ListBullet"/>
        <w:spacing w:after="20"/>
        <w:ind w:left="259" w:hanging="173"/>
      </w:pPr>
      <w:r>
        <w:t>Handle sales, product presentation and customer service.</w:t>
      </w:r>
    </w:p>
    <w:p>
      <w:pPr>
        <w:pStyle w:val="ListBullet"/>
        <w:spacing w:after="20"/>
        <w:ind w:left="259" w:hanging="173"/>
      </w:pPr>
      <w:r>
        <w:t>Manage business activities, demonstrating organisation, initiative and problem-solving skills.</w:t>
      </w:r>
    </w:p>
    <w:p>
      <w:pPr>
        <w:pStyle w:val="ListBullet"/>
        <w:spacing w:after="20"/>
        <w:ind w:left="259" w:hanging="173"/>
      </w:pPr>
      <w:r>
        <w:t>Develop and maintain customer relationships to encourage repeat business.</w:t>
      </w:r>
    </w:p>
    <w:p>
      <w:pPr>
        <w:spacing w:before="140" w:after="60"/>
      </w:pPr>
      <w:r>
        <w:rPr>
          <w:b/>
          <w:sz w:val="22"/>
        </w:rPr>
        <w:t>NATIONAL YOUTH SERVICE CORPS (NYSC)</w:t>
      </w:r>
    </w:p>
    <w:p>
      <w:pPr>
        <w:spacing w:after="20"/>
      </w:pPr>
      <w:r>
        <w:rPr>
          <w:b/>
        </w:rPr>
        <w:t>Secondary School — Oyo State</w:t>
      </w:r>
      <w:r>
        <w:t xml:space="preserve"> | NYSC Corps Member / Government Teacher | 2023 – 2024</w:t>
      </w:r>
    </w:p>
    <w:p>
      <w:pPr>
        <w:pStyle w:val="ListBullet"/>
        <w:spacing w:after="20"/>
        <w:ind w:left="259" w:hanging="173"/>
      </w:pPr>
      <w:r>
        <w:t>Taught Government to secondary school students.</w:t>
      </w:r>
    </w:p>
    <w:p>
      <w:pPr>
        <w:pStyle w:val="ListBullet"/>
        <w:spacing w:after="20"/>
        <w:ind w:left="259" w:hanging="173"/>
      </w:pPr>
      <w:r>
        <w:t>Prepared and delivered lessons in accordance with the school curriculum.</w:t>
      </w:r>
    </w:p>
    <w:p>
      <w:pPr>
        <w:pStyle w:val="ListBullet"/>
        <w:spacing w:after="20"/>
        <w:ind w:left="259" w:hanging="173"/>
      </w:pPr>
      <w:r>
        <w:t>Communicated subject concepts clearly to students with different levels of understanding.</w:t>
      </w:r>
    </w:p>
    <w:p>
      <w:pPr>
        <w:pStyle w:val="ListBullet"/>
        <w:spacing w:after="20"/>
        <w:ind w:left="259" w:hanging="173"/>
      </w:pPr>
      <w:r>
        <w:t>Maintained a positive and respectful classroom environment.</w:t>
      </w:r>
    </w:p>
    <w:p>
      <w:pPr>
        <w:pStyle w:val="ListBullet"/>
        <w:spacing w:after="20"/>
        <w:ind w:left="259" w:hanging="173"/>
      </w:pPr>
      <w:r>
        <w:t>Assessed students’ understanding and provided appropriate guidance.</w:t>
      </w:r>
    </w:p>
    <w:p>
      <w:pPr>
        <w:pStyle w:val="ListBullet"/>
        <w:spacing w:after="20"/>
        <w:ind w:left="259" w:hanging="173"/>
      </w:pPr>
      <w:r>
        <w:t>Worked collaboratively with other teachers and school staff.</w:t>
      </w:r>
    </w:p>
    <w:p>
      <w:pPr>
        <w:pStyle w:val="ListBullet"/>
        <w:spacing w:after="20"/>
        <w:ind w:left="259" w:hanging="173"/>
      </w:pPr>
      <w:r>
        <w:t>Developed strong communication, organisation, leadership and interpersonal skills.</w:t>
      </w:r>
    </w:p>
    <w:p>
      <w:pPr>
        <w:spacing w:before="140" w:after="60"/>
      </w:pPr>
      <w:r>
        <w:rPr>
          <w:b/>
          <w:sz w:val="22"/>
        </w:rPr>
        <w:t>EDUCATION</w:t>
      </w:r>
    </w:p>
    <w:p>
      <w:pPr>
        <w:spacing w:after="20"/>
      </w:pPr>
      <w:r>
        <w:rPr>
          <w:b/>
        </w:rPr>
        <w:t>Yaba College of Technology, Lagos</w:t>
      </w:r>
    </w:p>
    <w:p>
      <w:pPr>
        <w:pStyle w:val="ListBullet"/>
        <w:spacing w:after="20"/>
        <w:ind w:left="259" w:hanging="173"/>
      </w:pPr>
      <w:r>
        <w:t>Higher National Diploma (HND), Mass Communication — 2021 – 2022</w:t>
      </w:r>
    </w:p>
    <w:p>
      <w:pPr>
        <w:pStyle w:val="ListBullet"/>
        <w:spacing w:after="20"/>
        <w:ind w:left="259" w:hanging="173"/>
      </w:pPr>
      <w:r>
        <w:t>National Diploma (ND), Mass Communication — 2017 – 2019</w:t>
      </w:r>
    </w:p>
    <w:p>
      <w:pPr>
        <w:spacing w:before="140" w:after="60"/>
      </w:pPr>
      <w:r>
        <w:rPr>
          <w:b/>
          <w:sz w:val="22"/>
        </w:rPr>
        <w:t>CORE SKILLS</w:t>
      </w:r>
    </w:p>
    <w:p>
      <w:pPr>
        <w:spacing w:after="40"/>
      </w:pPr>
      <w:r>
        <w:rPr>
          <w:b w:val="0"/>
        </w:rPr>
        <w:t>Personal &amp; Executive Assistance</w:t>
      </w:r>
      <w:r>
        <w:t xml:space="preserve">  •  </w:t>
      </w:r>
      <w:r>
        <w:rPr>
          <w:b w:val="0"/>
        </w:rPr>
        <w:t>Calendar &amp; Schedule Management</w:t>
      </w:r>
      <w:r>
        <w:t xml:space="preserve">  •  </w:t>
      </w:r>
      <w:r>
        <w:rPr>
          <w:b w:val="0"/>
        </w:rPr>
        <w:t>Appointment &amp; Booking Coordination</w:t>
      </w:r>
      <w:r>
        <w:t xml:space="preserve">  •  </w:t>
      </w:r>
      <w:r>
        <w:rPr>
          <w:b w:val="0"/>
        </w:rPr>
        <w:t>Email &amp; Correspondence Management</w:t>
      </w:r>
      <w:r>
        <w:t xml:space="preserve">  •  </w:t>
      </w:r>
      <w:r>
        <w:rPr>
          <w:b w:val="0"/>
        </w:rPr>
        <w:t>Call Screening &amp; Communication</w:t>
      </w:r>
      <w:r>
        <w:t xml:space="preserve">  •  </w:t>
      </w:r>
      <w:r>
        <w:rPr>
          <w:b w:val="0"/>
        </w:rPr>
        <w:t>Administrative Support</w:t>
      </w:r>
      <w:r>
        <w:t xml:space="preserve">  •  </w:t>
      </w:r>
      <w:r>
        <w:rPr>
          <w:b w:val="0"/>
        </w:rPr>
        <w:t>Customer Service</w:t>
      </w:r>
      <w:r>
        <w:t xml:space="preserve">  •  </w:t>
      </w:r>
      <w:r>
        <w:rPr>
          <w:b w:val="0"/>
        </w:rPr>
        <w:t>Customer Relationship Management</w:t>
      </w:r>
      <w:r>
        <w:t xml:space="preserve">  •  </w:t>
      </w:r>
      <w:r>
        <w:rPr>
          <w:b w:val="0"/>
        </w:rPr>
        <w:t>Organisation &amp; Time Management</w:t>
      </w:r>
      <w:r>
        <w:t xml:space="preserve">  •  </w:t>
      </w:r>
      <w:r>
        <w:rPr>
          <w:b w:val="0"/>
        </w:rPr>
        <w:t>Teamwork &amp; Collaboration</w:t>
      </w:r>
      <w:r>
        <w:t xml:space="preserve">  •  </w:t>
      </w:r>
      <w:r>
        <w:rPr>
          <w:b w:val="0"/>
        </w:rPr>
        <w:t>Sales &amp; Product Promotion</w:t>
      </w:r>
      <w:r>
        <w:t xml:space="preserve">  •  </w:t>
      </w:r>
      <w:r>
        <w:rPr>
          <w:b w:val="0"/>
        </w:rPr>
        <w:t>Problem Solving</w:t>
      </w:r>
      <w:r>
        <w:t xml:space="preserve">  •  </w:t>
      </w:r>
      <w:r>
        <w:rPr>
          <w:b w:val="0"/>
        </w:rPr>
        <w:t>Business Management</w:t>
      </w:r>
      <w:r>
        <w:t xml:space="preserve">  •  </w:t>
      </w:r>
      <w:r>
        <w:rPr>
          <w:b w:val="0"/>
        </w:rPr>
        <w:t>Interpersonal Skills</w:t>
      </w:r>
      <w:r>
        <w:t xml:space="preserve">  •  </w:t>
      </w:r>
      <w:r>
        <w:rPr>
          <w:b w:val="0"/>
        </w:rPr>
        <w:t>Teaching &amp; Presentation</w:t>
      </w:r>
      <w:r>
        <w:t xml:space="preserve">  •  </w:t>
      </w:r>
      <w:r>
        <w:rPr>
          <w:b w:val="0"/>
        </w:rPr>
        <w:t>Social Media Communication</w:t>
      </w:r>
    </w:p>
    <w:p>
      <w:pPr>
        <w:spacing w:before="140" w:after="60"/>
      </w:pPr>
      <w:r>
        <w:rPr>
          <w:b/>
          <w:sz w:val="22"/>
        </w:rPr>
        <w:t>PROFESSIONAL TRAINING</w:t>
      </w:r>
    </w:p>
    <w:p>
      <w:pPr>
        <w:spacing w:after="20"/>
      </w:pPr>
      <w:r>
        <w:t>Alison — Certificate/Course in Culinary Arts</w:t>
      </w:r>
    </w:p>
    <w:p>
      <w:pPr>
        <w:spacing w:before="140" w:after="60"/>
      </w:pPr>
      <w:r>
        <w:rPr>
          <w:b/>
          <w:sz w:val="22"/>
        </w:rPr>
        <w:t>LANGUAGES</w:t>
      </w:r>
    </w:p>
    <w:p>
      <w:pPr>
        <w:spacing w:after="20"/>
      </w:pPr>
      <w:r>
        <w:t>English — Fluent</w:t>
      </w:r>
    </w:p>
    <w:p>
      <w:pPr>
        <w:spacing w:before="140" w:after="60"/>
      </w:pPr>
      <w:r>
        <w:rPr>
          <w:b/>
          <w:sz w:val="22"/>
        </w:rPr>
        <w:t>CAREER INTERESTS</w:t>
      </w:r>
    </w:p>
    <w:p>
      <w:pPr>
        <w:spacing w:after="20"/>
      </w:pPr>
      <w:r>
        <w:t>Personal Assistance  •  Administration  •  Customer Service  •  Communications  •  Client Relations  •  Sales &amp; Business Development  •  Marketing &amp; Social Media</w:t>
      </w:r>
    </w:p>
    <w:p>
      <w:pPr>
        <w:spacing w:before="140" w:after="60"/>
      </w:pPr>
      <w:r>
        <w:rPr>
          <w:b/>
          <w:sz w:val="22"/>
        </w:rPr>
        <w:t>REFERENCES</w:t>
      </w:r>
    </w:p>
    <w:p>
      <w:pPr>
        <w:spacing w:after="0"/>
      </w:pPr>
      <w:r>
        <w:t>Available upon request.</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