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b/>
          <w:sz w:val="38"/>
        </w:rPr>
        <w:t>AMINAT YUSUF</w:t>
      </w:r>
    </w:p>
    <w:p>
      <w:pPr>
        <w:spacing w:after="100"/>
        <w:jc w:val="center"/>
      </w:pPr>
      <w:r>
        <w:rPr>
          <w:sz w:val="18"/>
        </w:rPr>
        <w:t>Ibafo, Ogun State, Nigeria  |  08114888263  |  nifemiokiki112@gmail.com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PROFESSIONAL SUMMARY</w:t>
      </w:r>
    </w:p>
    <w:p>
      <w:pPr>
        <w:spacing w:after="40" w:line="252" w:lineRule="auto"/>
      </w:pPr>
      <w:r>
        <w:t>Hardworking and adaptable professional with nearly four years of experience in hospitality management, customer service, sales, POS operations, record keeping, and staff supervision. Progressed from receptionist/waitress to manager at DEBIS Executive Bar &amp; Hotel &amp; Event Center, with additional experience in sales and POS operations at Rodial Global Concept POS. Currently pursuing a B.Sc. in Accounting at the National Open University of Nigeria and interested in opportunities where I can contribute through strong communication, organization, customer service, and record-keeping skills.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CORE COMPETENCIES</w:t>
      </w:r>
    </w:p>
    <w:p>
      <w:pPr>
        <w:pStyle w:val="ListBullet"/>
        <w:spacing w:after="30" w:line="240" w:lineRule="auto"/>
        <w:ind w:left="259" w:hanging="173"/>
      </w:pPr>
      <w:r>
        <w:t>Customer Service &amp; Client Relations</w:t>
      </w:r>
    </w:p>
    <w:p>
      <w:pPr>
        <w:pStyle w:val="ListBullet"/>
        <w:spacing w:after="30" w:line="240" w:lineRule="auto"/>
        <w:ind w:left="259" w:hanging="173"/>
      </w:pPr>
      <w:r>
        <w:t>Sales &amp; POS Operations</w:t>
      </w:r>
    </w:p>
    <w:p>
      <w:pPr>
        <w:pStyle w:val="ListBullet"/>
        <w:spacing w:after="30" w:line="240" w:lineRule="auto"/>
        <w:ind w:left="259" w:hanging="173"/>
      </w:pPr>
      <w:r>
        <w:t>Bookkeeping &amp; Record Keeping</w:t>
      </w:r>
    </w:p>
    <w:p>
      <w:pPr>
        <w:pStyle w:val="ListBullet"/>
        <w:spacing w:after="30" w:line="240" w:lineRule="auto"/>
        <w:ind w:left="259" w:hanging="173"/>
      </w:pPr>
      <w:r>
        <w:t>Administrative &amp; Daily Operations</w:t>
      </w:r>
    </w:p>
    <w:p>
      <w:pPr>
        <w:pStyle w:val="ListBullet"/>
        <w:spacing w:after="30" w:line="240" w:lineRule="auto"/>
        <w:ind w:left="259" w:hanging="173"/>
      </w:pPr>
      <w:r>
        <w:t>Staff Supervision &amp; Team Coordination</w:t>
      </w:r>
    </w:p>
    <w:p>
      <w:pPr>
        <w:pStyle w:val="ListBullet"/>
        <w:spacing w:after="30" w:line="240" w:lineRule="auto"/>
        <w:ind w:left="259" w:hanging="173"/>
      </w:pPr>
      <w:r>
        <w:t>Communication &amp; Interpersonal Skills</w:t>
      </w:r>
    </w:p>
    <w:p>
      <w:pPr>
        <w:pStyle w:val="ListBullet"/>
        <w:spacing w:after="30" w:line="240" w:lineRule="auto"/>
        <w:ind w:left="259" w:hanging="173"/>
      </w:pPr>
      <w:r>
        <w:t>Time Management &amp; Attention to Detail</w:t>
      </w:r>
    </w:p>
    <w:p>
      <w:pPr>
        <w:pStyle w:val="ListBullet"/>
        <w:spacing w:after="30" w:line="240" w:lineRule="auto"/>
        <w:ind w:left="259" w:hanging="173"/>
      </w:pPr>
      <w:r>
        <w:t>Adaptability &amp; Willingness to Learn</w:t>
      </w:r>
    </w:p>
    <w:p>
      <w:pPr>
        <w:pStyle w:val="ListBullet"/>
        <w:spacing w:after="30" w:line="240" w:lineRule="auto"/>
        <w:ind w:left="259" w:hanging="173"/>
      </w:pPr>
      <w:r>
        <w:t>Ability to Work Under Pressure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PROFESSIONAL EXPERIENCE</w:t>
      </w:r>
    </w:p>
    <w:p>
      <w:pPr>
        <w:spacing w:before="80" w:after="20"/>
      </w:pPr>
      <w:r>
        <w:rPr>
          <w:b/>
        </w:rPr>
        <w:t>DEBIS EXECUTIVE BAR &amp; HOTEL &amp; EVENT CENTER – Aseese, Ogun State</w:t>
      </w:r>
    </w:p>
    <w:p>
      <w:pPr>
        <w:spacing w:after="40"/>
      </w:pPr>
      <w:r>
        <w:rPr>
          <w:i/>
        </w:rPr>
        <w:t>Manager / Receptionist / Waitress (Promoted)  |  October 2022 – August 2026</w:t>
      </w:r>
    </w:p>
    <w:p>
      <w:pPr>
        <w:pStyle w:val="ListBullet"/>
        <w:spacing w:after="30" w:line="240" w:lineRule="auto"/>
        <w:ind w:left="259" w:hanging="173"/>
      </w:pPr>
      <w:r>
        <w:t>Supervised staff and coordinated daily hotel, bar, and event-centre operations.</w:t>
      </w:r>
    </w:p>
    <w:p>
      <w:pPr>
        <w:pStyle w:val="ListBullet"/>
        <w:spacing w:after="30" w:line="240" w:lineRule="auto"/>
        <w:ind w:left="259" w:hanging="173"/>
      </w:pPr>
      <w:r>
        <w:t>Attended to customers professionally and helped ensure smooth service delivery.</w:t>
      </w:r>
    </w:p>
    <w:p>
      <w:pPr>
        <w:pStyle w:val="ListBullet"/>
        <w:spacing w:after="30" w:line="240" w:lineRule="auto"/>
        <w:ind w:left="259" w:hanging="173"/>
      </w:pPr>
      <w:r>
        <w:t>Maintained records and supported day-to-day administrative and operational activities.</w:t>
      </w:r>
    </w:p>
    <w:p>
      <w:pPr>
        <w:pStyle w:val="ListBullet"/>
        <w:spacing w:after="30" w:line="240" w:lineRule="auto"/>
        <w:ind w:left="259" w:hanging="173"/>
      </w:pPr>
      <w:r>
        <w:t>Coordinated staff duties and monitored activities to ensure responsibilities were completed effectively.</w:t>
      </w:r>
    </w:p>
    <w:p>
      <w:pPr>
        <w:pStyle w:val="ListBullet"/>
        <w:spacing w:after="30" w:line="240" w:lineRule="auto"/>
        <w:ind w:left="259" w:hanging="173"/>
      </w:pPr>
      <w:r>
        <w:t>Handled workplace issues, communicated with staff and customers, and supported efficient daily operations.</w:t>
      </w:r>
    </w:p>
    <w:p>
      <w:pPr>
        <w:spacing w:before="80" w:after="20"/>
      </w:pPr>
      <w:r>
        <w:rPr>
          <w:b/>
        </w:rPr>
        <w:t>RODIAL GLOBAL CONCEPT POS – Rivers State</w:t>
      </w:r>
    </w:p>
    <w:p>
      <w:pPr>
        <w:spacing w:after="40"/>
      </w:pPr>
      <w:r>
        <w:rPr>
          <w:i/>
        </w:rPr>
        <w:t>Sales Representative / Manager (Promoted)  |  January 2020 – December 2021</w:t>
      </w:r>
    </w:p>
    <w:p>
      <w:pPr>
        <w:pStyle w:val="ListBullet"/>
        <w:spacing w:after="30" w:line="240" w:lineRule="auto"/>
        <w:ind w:left="259" w:hanging="173"/>
      </w:pPr>
      <w:r>
        <w:t>Processed customer transactions and handled POS operations accurately.</w:t>
      </w:r>
    </w:p>
    <w:p>
      <w:pPr>
        <w:pStyle w:val="ListBullet"/>
        <w:spacing w:after="30" w:line="240" w:lineRule="auto"/>
        <w:ind w:left="259" w:hanging="173"/>
      </w:pPr>
      <w:r>
        <w:t>Maintained sales and transaction records for daily business activities.</w:t>
      </w:r>
    </w:p>
    <w:p>
      <w:pPr>
        <w:pStyle w:val="ListBullet"/>
        <w:spacing w:after="30" w:line="240" w:lineRule="auto"/>
        <w:ind w:left="259" w:hanging="173"/>
      </w:pPr>
      <w:r>
        <w:t>Attended to customers, supported sales activities, and maintained good customer relationships.</w:t>
      </w:r>
    </w:p>
    <w:p>
      <w:pPr>
        <w:pStyle w:val="ListBullet"/>
        <w:spacing w:after="30" w:line="240" w:lineRule="auto"/>
        <w:ind w:left="259" w:hanging="173"/>
      </w:pPr>
      <w:r>
        <w:t>Supervised operations after promotion to manager and supported the smooth running of the business.</w:t>
      </w:r>
    </w:p>
    <w:p>
      <w:pPr>
        <w:spacing w:before="80" w:after="20"/>
      </w:pPr>
      <w:r>
        <w:rPr>
          <w:b/>
        </w:rPr>
        <w:t>DUNNI KREAMCIOUS CAKE AND EVENT – Gberigbe, Ikorodu</w:t>
      </w:r>
    </w:p>
    <w:p>
      <w:pPr>
        <w:spacing w:after="40"/>
      </w:pPr>
      <w:r>
        <w:rPr>
          <w:i/>
        </w:rPr>
        <w:t>Apprentice  |  June 2018 – December 2019</w:t>
      </w:r>
    </w:p>
    <w:p>
      <w:pPr>
        <w:pStyle w:val="ListBullet"/>
        <w:spacing w:after="30" w:line="240" w:lineRule="auto"/>
        <w:ind w:left="259" w:hanging="173"/>
      </w:pPr>
      <w:r>
        <w:t>Gained practical experience in a cake and event business environment and supported day-to-day activities.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EDUCATION</w:t>
      </w:r>
    </w:p>
    <w:p>
      <w:pPr>
        <w:spacing w:after="20"/>
      </w:pPr>
      <w:r>
        <w:rPr>
          <w:b/>
        </w:rPr>
        <w:t>National Open University of Nigeria (NOUN) – Ikorodu Study Centre</w:t>
      </w:r>
    </w:p>
    <w:p>
      <w:pPr>
        <w:spacing w:after="40"/>
      </w:pPr>
      <w:r>
        <w:t>B.Sc. Accounting  |  2024 – Present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DIGITAL &amp; PROFESSIONAL SKILLS</w:t>
      </w:r>
    </w:p>
    <w:p>
      <w:pPr>
        <w:pStyle w:val="ListBullet"/>
        <w:spacing w:after="30" w:line="240" w:lineRule="auto"/>
        <w:ind w:left="259" w:hanging="173"/>
      </w:pPr>
      <w:r>
        <w:t>Microsoft Excel – basic knowledge, including SUM and AVERAGE functions</w:t>
      </w:r>
    </w:p>
    <w:p>
      <w:pPr>
        <w:pStyle w:val="ListBullet"/>
        <w:spacing w:after="30" w:line="240" w:lineRule="auto"/>
        <w:ind w:left="259" w:hanging="173"/>
      </w:pPr>
      <w:r>
        <w:t>QuickBooks – developing knowledge</w:t>
      </w:r>
    </w:p>
    <w:p>
      <w:pPr>
        <w:pStyle w:val="ListBullet"/>
        <w:spacing w:after="30" w:line="240" w:lineRule="auto"/>
        <w:ind w:left="259" w:hanging="173"/>
      </w:pPr>
      <w:r>
        <w:t>POS operations and transaction record keeping</w:t>
      </w:r>
    </w:p>
    <w:p>
      <w:pPr>
        <w:pStyle w:val="ListBullet"/>
        <w:spacing w:after="30" w:line="240" w:lineRule="auto"/>
        <w:ind w:left="259" w:hanging="173"/>
      </w:pPr>
      <w:r>
        <w:t>Gmail and basic email communication</w:t>
      </w:r>
    </w:p>
    <w:p>
      <w:pPr>
        <w:pStyle w:val="ListBullet"/>
        <w:spacing w:after="30" w:line="240" w:lineRule="auto"/>
        <w:ind w:left="259" w:hanging="173"/>
      </w:pPr>
      <w:r>
        <w:t>Data entry and administrative support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INTERESTS</w:t>
      </w:r>
    </w:p>
    <w:p>
      <w:r>
        <w:t>Listening to music  •  Writing  •  Reading</w:t>
      </w:r>
    </w:p>
    <w:p>
      <w:pPr>
        <w:spacing w:before="140" w:after="60"/>
        <w:pBdr>
          <w:bottom w:val="single" w:sz="6" w:space="1" w:color="808080"/>
        </w:pBdr>
      </w:pPr>
      <w:r>
        <w:rPr>
          <w:b/>
          <w:sz w:val="22"/>
        </w:rPr>
        <w:t>REFERENCE</w:t>
      </w:r>
    </w:p>
    <w:p>
      <w:r>
        <w:t>Available on request.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