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7B3F" w14:textId="77777777" w:rsidR="00304E3D" w:rsidRDefault="008642E8">
      <w:r>
        <w:rPr>
          <w:b/>
          <w:sz w:val="32"/>
        </w:rPr>
        <w:t>Awodumila Omotayo</w:t>
      </w:r>
    </w:p>
    <w:p w14:paraId="4108DF20" w14:textId="77777777" w:rsidR="00304E3D" w:rsidRDefault="008642E8">
      <w:r>
        <w:t>2, Adetoro John Street, Fadeyi, Lagos | 08069137073 | tayoawodumila@gmail.com | www.linkedin.com/in/awodumila-omotayo</w:t>
      </w:r>
    </w:p>
    <w:p w14:paraId="0C64B428" w14:textId="77777777" w:rsidR="00304E3D" w:rsidRPr="00576F12" w:rsidRDefault="008642E8">
      <w:pPr>
        <w:pStyle w:val="Heading1"/>
        <w:rPr>
          <w:color w:val="000000" w:themeColor="text1"/>
        </w:rPr>
      </w:pPr>
      <w:r w:rsidRPr="00576F12">
        <w:rPr>
          <w:color w:val="000000" w:themeColor="text1"/>
        </w:rPr>
        <w:t>Professional Summary</w:t>
      </w:r>
    </w:p>
    <w:p w14:paraId="0E601ABB" w14:textId="77777777" w:rsidR="00304E3D" w:rsidRDefault="008642E8">
      <w:r>
        <w:t>Resourceful and detail-oriented professional with a background in Psychology and Social Work, experienced in administrative support, customer service, and community development. Skilled in data entry, relationship management, and client support with proven ability to coordinate teams, manage tasks effectively, and contribute to organizational growth. Adept at building strong interpersonal relationships, maintaining efficient office systems, and delivering high-quality service in dynamic environments.</w:t>
      </w:r>
    </w:p>
    <w:p w14:paraId="17EE3441" w14:textId="77777777" w:rsidR="00304E3D" w:rsidRPr="007637DC" w:rsidRDefault="008642E8">
      <w:pPr>
        <w:pStyle w:val="Heading1"/>
        <w:rPr>
          <w:color w:val="000000" w:themeColor="text1"/>
        </w:rPr>
      </w:pPr>
      <w:r w:rsidRPr="007637DC">
        <w:rPr>
          <w:color w:val="000000" w:themeColor="text1"/>
        </w:rPr>
        <w:t>Core Competencies</w:t>
      </w:r>
    </w:p>
    <w:p w14:paraId="28575D8F" w14:textId="77777777" w:rsidR="00304E3D" w:rsidRPr="007637DC" w:rsidRDefault="008642E8">
      <w:pPr>
        <w:rPr>
          <w:color w:val="000000" w:themeColor="text1"/>
        </w:rPr>
      </w:pPr>
      <w:r w:rsidRPr="007637DC">
        <w:rPr>
          <w:color w:val="000000" w:themeColor="text1"/>
        </w:rPr>
        <w:t>• Administrative Support   • Customer Relationship Management   • Data Entry &amp; Analysis</w:t>
      </w:r>
      <w:r w:rsidRPr="007637DC">
        <w:rPr>
          <w:color w:val="000000" w:themeColor="text1"/>
        </w:rPr>
        <w:br/>
        <w:t>• Communication &amp; Interpersonal Skills   • Teamwork &amp; Collaboration   • Problem-Solving</w:t>
      </w:r>
    </w:p>
    <w:p w14:paraId="3AACF66A" w14:textId="77777777" w:rsidR="00304E3D" w:rsidRPr="007637DC" w:rsidRDefault="008642E8">
      <w:pPr>
        <w:pStyle w:val="Heading1"/>
        <w:rPr>
          <w:color w:val="000000" w:themeColor="text1"/>
        </w:rPr>
      </w:pPr>
      <w:r w:rsidRPr="007637DC">
        <w:rPr>
          <w:color w:val="000000" w:themeColor="text1"/>
        </w:rPr>
        <w:t>Technical Skills</w:t>
      </w:r>
    </w:p>
    <w:p w14:paraId="18761495" w14:textId="77777777" w:rsidR="00304E3D" w:rsidRPr="007637DC" w:rsidRDefault="008642E8">
      <w:pPr>
        <w:rPr>
          <w:color w:val="000000" w:themeColor="text1"/>
        </w:rPr>
      </w:pPr>
      <w:r w:rsidRPr="007637DC">
        <w:rPr>
          <w:color w:val="000000" w:themeColor="text1"/>
        </w:rPr>
        <w:t>Microsoft Office Suite (Word, Excel, PowerPoint) | Data Analysis | Social Media Management</w:t>
      </w:r>
    </w:p>
    <w:p w14:paraId="050043F7" w14:textId="77777777" w:rsidR="00304E3D" w:rsidRPr="007637DC" w:rsidRDefault="008642E8">
      <w:pPr>
        <w:pStyle w:val="Heading1"/>
        <w:rPr>
          <w:color w:val="000000" w:themeColor="text1"/>
        </w:rPr>
      </w:pPr>
      <w:r w:rsidRPr="007637DC">
        <w:rPr>
          <w:color w:val="000000" w:themeColor="text1"/>
        </w:rPr>
        <w:t>Professional Experience</w:t>
      </w:r>
    </w:p>
    <w:p w14:paraId="763C182B" w14:textId="77777777" w:rsidR="00304E3D" w:rsidRPr="007637DC" w:rsidRDefault="008642E8">
      <w:pPr>
        <w:rPr>
          <w:color w:val="000000" w:themeColor="text1"/>
        </w:rPr>
      </w:pPr>
      <w:r w:rsidRPr="007637DC">
        <w:rPr>
          <w:b/>
          <w:color w:val="000000" w:themeColor="text1"/>
        </w:rPr>
        <w:t>Corporate Engagement Officer, LAWMA Company — Feb 2021 to June 2021</w:t>
      </w:r>
      <w:r w:rsidRPr="007637DC">
        <w:rPr>
          <w:b/>
          <w:color w:val="000000" w:themeColor="text1"/>
        </w:rPr>
        <w:br/>
      </w:r>
      <w:r w:rsidRPr="007637DC">
        <w:rPr>
          <w:color w:val="000000" w:themeColor="text1"/>
        </w:rPr>
        <w:t>- Engaged stakeholders and clients to strengthen corporate relationships.</w:t>
      </w:r>
      <w:r w:rsidRPr="007637DC">
        <w:rPr>
          <w:color w:val="000000" w:themeColor="text1"/>
        </w:rPr>
        <w:br/>
        <w:t>- Supported internal communication strategies and coordinated community initiatives.</w:t>
      </w:r>
      <w:r w:rsidRPr="007637DC">
        <w:rPr>
          <w:color w:val="000000" w:themeColor="text1"/>
        </w:rPr>
        <w:br/>
        <w:t>- Contributed to enhancing public awareness campaigns and service delivery outcomes.</w:t>
      </w:r>
    </w:p>
    <w:p w14:paraId="7A7827B9" w14:textId="77777777" w:rsidR="00304E3D" w:rsidRPr="007637DC" w:rsidRDefault="008642E8">
      <w:pPr>
        <w:rPr>
          <w:color w:val="000000" w:themeColor="text1"/>
        </w:rPr>
      </w:pPr>
      <w:r w:rsidRPr="007637DC">
        <w:rPr>
          <w:b/>
          <w:color w:val="000000" w:themeColor="text1"/>
        </w:rPr>
        <w:t>Administrative Officer, University of Lagos, Dept. of Social Work — 2019 to 2020</w:t>
      </w:r>
      <w:r w:rsidRPr="007637DC">
        <w:rPr>
          <w:b/>
          <w:color w:val="000000" w:themeColor="text1"/>
        </w:rPr>
        <w:br/>
      </w:r>
      <w:r w:rsidRPr="007637DC">
        <w:rPr>
          <w:color w:val="000000" w:themeColor="text1"/>
        </w:rPr>
        <w:t>- Provided administrative support to departmental operations and documentation.</w:t>
      </w:r>
      <w:r w:rsidRPr="007637DC">
        <w:rPr>
          <w:color w:val="000000" w:themeColor="text1"/>
        </w:rPr>
        <w:br/>
        <w:t>- Maintained organized filing systems and assisted with scheduling of academic activities.</w:t>
      </w:r>
      <w:r w:rsidRPr="007637DC">
        <w:rPr>
          <w:color w:val="000000" w:themeColor="text1"/>
        </w:rPr>
        <w:br/>
        <w:t>- Facilitated smooth departmental communication between staff and students.</w:t>
      </w:r>
    </w:p>
    <w:p w14:paraId="6E98D905" w14:textId="77777777" w:rsidR="00304E3D" w:rsidRPr="007637DC" w:rsidRDefault="008642E8">
      <w:pPr>
        <w:pStyle w:val="Heading1"/>
        <w:rPr>
          <w:color w:val="000000" w:themeColor="text1"/>
        </w:rPr>
      </w:pPr>
      <w:r w:rsidRPr="007637DC">
        <w:rPr>
          <w:color w:val="000000" w:themeColor="text1"/>
        </w:rPr>
        <w:t>Volunteering Experience</w:t>
      </w:r>
    </w:p>
    <w:p w14:paraId="78CA758C" w14:textId="77777777" w:rsidR="00304E3D" w:rsidRPr="007637DC" w:rsidRDefault="008642E8">
      <w:pPr>
        <w:rPr>
          <w:color w:val="000000" w:themeColor="text1"/>
        </w:rPr>
      </w:pPr>
      <w:r w:rsidRPr="007637DC">
        <w:rPr>
          <w:b/>
          <w:color w:val="000000" w:themeColor="text1"/>
        </w:rPr>
        <w:t>Volunteer, Hands of Clay Foundation — 2020</w:t>
      </w:r>
      <w:r w:rsidRPr="007637DC">
        <w:rPr>
          <w:b/>
          <w:color w:val="000000" w:themeColor="text1"/>
        </w:rPr>
        <w:br/>
      </w:r>
      <w:r w:rsidRPr="007637DC">
        <w:rPr>
          <w:color w:val="000000" w:themeColor="text1"/>
        </w:rPr>
        <w:t>- Empowered women and children in rural Lagos through skills acquisition and education support.</w:t>
      </w:r>
      <w:r w:rsidRPr="007637DC">
        <w:rPr>
          <w:color w:val="000000" w:themeColor="text1"/>
        </w:rPr>
        <w:br/>
        <w:t>- Distributed books, shoes, and stationery to enhance children’s access to education.</w:t>
      </w:r>
    </w:p>
    <w:p w14:paraId="0A0C68E2" w14:textId="77777777" w:rsidR="00304E3D" w:rsidRPr="007637DC" w:rsidRDefault="008642E8">
      <w:pPr>
        <w:rPr>
          <w:color w:val="000000" w:themeColor="text1"/>
        </w:rPr>
      </w:pPr>
      <w:r w:rsidRPr="007637DC">
        <w:rPr>
          <w:b/>
          <w:color w:val="000000" w:themeColor="text1"/>
        </w:rPr>
        <w:t>Volunteer, SON (Lagos) — 3 months</w:t>
      </w:r>
      <w:r w:rsidRPr="007637DC">
        <w:rPr>
          <w:b/>
          <w:color w:val="000000" w:themeColor="text1"/>
        </w:rPr>
        <w:br/>
      </w:r>
      <w:r w:rsidRPr="007637DC">
        <w:rPr>
          <w:color w:val="000000" w:themeColor="text1"/>
        </w:rPr>
        <w:t>- Visited Motherless Babes Home and Makoko community to promote education and uplift self-worth.</w:t>
      </w:r>
      <w:r w:rsidRPr="007637DC">
        <w:rPr>
          <w:color w:val="000000" w:themeColor="text1"/>
        </w:rPr>
        <w:br/>
        <w:t>- Educated girls on menstrual hygiene management and use of sanitary pads.</w:t>
      </w:r>
    </w:p>
    <w:p w14:paraId="192064AB" w14:textId="77777777" w:rsidR="00304E3D" w:rsidRPr="007637DC" w:rsidRDefault="008642E8">
      <w:pPr>
        <w:pStyle w:val="Heading1"/>
        <w:rPr>
          <w:color w:val="000000" w:themeColor="text1"/>
        </w:rPr>
      </w:pPr>
      <w:r w:rsidRPr="007637DC">
        <w:rPr>
          <w:color w:val="000000" w:themeColor="text1"/>
        </w:rPr>
        <w:t>Education</w:t>
      </w:r>
    </w:p>
    <w:p w14:paraId="0AC2C14D" w14:textId="77777777" w:rsidR="00304E3D" w:rsidRPr="007637DC" w:rsidRDefault="008642E8">
      <w:pPr>
        <w:rPr>
          <w:color w:val="000000" w:themeColor="text1"/>
        </w:rPr>
      </w:pPr>
      <w:r w:rsidRPr="007637DC">
        <w:rPr>
          <w:color w:val="000000" w:themeColor="text1"/>
        </w:rPr>
        <w:t>B.Sc. Social Work (in view) — University of Lagos</w:t>
      </w:r>
    </w:p>
    <w:p w14:paraId="6C7E5DE5" w14:textId="77777777" w:rsidR="00304E3D" w:rsidRPr="007637DC" w:rsidRDefault="008642E8">
      <w:pPr>
        <w:rPr>
          <w:color w:val="000000" w:themeColor="text1"/>
        </w:rPr>
      </w:pPr>
      <w:r w:rsidRPr="007637DC">
        <w:rPr>
          <w:color w:val="000000" w:themeColor="text1"/>
        </w:rPr>
        <w:t>B.Sc. Psychology — Redeemer's University, Ede</w:t>
      </w:r>
    </w:p>
    <w:p w14:paraId="46E4F980" w14:textId="77777777" w:rsidR="00304E3D" w:rsidRPr="007637DC" w:rsidRDefault="008642E8">
      <w:pPr>
        <w:pStyle w:val="Heading1"/>
        <w:rPr>
          <w:color w:val="000000" w:themeColor="text1"/>
        </w:rPr>
      </w:pPr>
      <w:r w:rsidRPr="007637DC">
        <w:rPr>
          <w:color w:val="000000" w:themeColor="text1"/>
        </w:rPr>
        <w:t>Certifications</w:t>
      </w:r>
    </w:p>
    <w:p w14:paraId="59447F23" w14:textId="77777777" w:rsidR="00304E3D" w:rsidRPr="007637DC" w:rsidRDefault="008642E8">
      <w:pPr>
        <w:rPr>
          <w:color w:val="000000" w:themeColor="text1"/>
        </w:rPr>
      </w:pPr>
      <w:r w:rsidRPr="007637DC">
        <w:rPr>
          <w:color w:val="000000" w:themeColor="text1"/>
        </w:rPr>
        <w:t>Data Analysis Certificate — University of Lagos, Sofoluwe Centre, Dec 2023</w:t>
      </w:r>
    </w:p>
    <w:sectPr w:rsidR="00304E3D" w:rsidRPr="007637D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2822319">
    <w:abstractNumId w:val="8"/>
  </w:num>
  <w:num w:numId="2" w16cid:durableId="33190205">
    <w:abstractNumId w:val="6"/>
  </w:num>
  <w:num w:numId="3" w16cid:durableId="1033648169">
    <w:abstractNumId w:val="5"/>
  </w:num>
  <w:num w:numId="4" w16cid:durableId="953249838">
    <w:abstractNumId w:val="4"/>
  </w:num>
  <w:num w:numId="5" w16cid:durableId="2031442716">
    <w:abstractNumId w:val="7"/>
  </w:num>
  <w:num w:numId="6" w16cid:durableId="1668289281">
    <w:abstractNumId w:val="3"/>
  </w:num>
  <w:num w:numId="7" w16cid:durableId="1767772320">
    <w:abstractNumId w:val="2"/>
  </w:num>
  <w:num w:numId="8" w16cid:durableId="1618218967">
    <w:abstractNumId w:val="1"/>
  </w:num>
  <w:num w:numId="9" w16cid:durableId="6083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4"/>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4E3D"/>
    <w:rsid w:val="00326F90"/>
    <w:rsid w:val="00576F12"/>
    <w:rsid w:val="00641512"/>
    <w:rsid w:val="00657A52"/>
    <w:rsid w:val="007637DC"/>
    <w:rsid w:val="007E262F"/>
    <w:rsid w:val="008642E8"/>
    <w:rsid w:val="00AA1D8D"/>
    <w:rsid w:val="00B47730"/>
    <w:rsid w:val="00CB0664"/>
    <w:rsid w:val="00E43F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3484B2"/>
  <w14:defaultImageDpi w14:val="300"/>
  <w15:docId w15:val="{381B3DB6-C369-C34E-AD5F-C6189C0A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Omotayo Awodumila</cp:lastModifiedBy>
  <cp:revision>2</cp:revision>
  <dcterms:created xsi:type="dcterms:W3CDTF">2025-09-16T15:38:00Z</dcterms:created>
  <dcterms:modified xsi:type="dcterms:W3CDTF">2025-09-16T15:38:00Z</dcterms:modified>
  <cp:category/>
</cp:coreProperties>
</file>