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AWOYODE OLUWAFEMI SAMSON</w:t>
      </w:r>
    </w:p>
    <w:p>
      <w:pPr>
        <w:jc w:val="center"/>
      </w:pPr>
      <w:r>
        <w:rPr>
          <w:sz w:val="20"/>
        </w:rPr>
        <w:t>Ibadan, Oyo State, Nigeria | 08164384679 | 09113020882 | femite4christ@gmail.com</w:t>
      </w:r>
    </w:p>
    <w:p>
      <w:pPr>
        <w:pStyle w:val="Heading1"/>
      </w:pPr>
      <w:r>
        <w:t>PROFESSIONAL SUMMARY</w:t>
      </w:r>
    </w:p>
    <w:p>
      <w:r>
        <w:t>Experienced agricultural and production operations professional with practical expertise in quality control, fish farming, poultry management, store keeping, and project supervision. Skilled in feed quality assessment, farm management, livestock care, laboratory support, and operational supervision. Strong ability to work independently, lead teams, and maintain high standards in agricultural and production environments.</w:t>
      </w:r>
    </w:p>
    <w:p>
      <w:pPr>
        <w:pStyle w:val="Heading1"/>
      </w:pPr>
      <w:r>
        <w:t>CORE SKILLS</w:t>
      </w:r>
    </w:p>
    <w:p>
      <w:pPr>
        <w:pStyle w:val="ListBullet"/>
      </w:pPr>
      <w:r>
        <w:t>Quality Control &amp; Inspection</w:t>
      </w:r>
    </w:p>
    <w:p>
      <w:pPr>
        <w:pStyle w:val="ListBullet"/>
      </w:pPr>
      <w:r>
        <w:t>Fish Farm Management</w:t>
      </w:r>
    </w:p>
    <w:p>
      <w:pPr>
        <w:pStyle w:val="ListBullet"/>
      </w:pPr>
      <w:r>
        <w:t>Poultry Farm Supervision</w:t>
      </w:r>
    </w:p>
    <w:p>
      <w:pPr>
        <w:pStyle w:val="ListBullet"/>
      </w:pPr>
      <w:r>
        <w:t>Livestock Production</w:t>
      </w:r>
    </w:p>
    <w:p>
      <w:pPr>
        <w:pStyle w:val="ListBullet"/>
      </w:pPr>
      <w:r>
        <w:t>Store Keeping &amp; Inventory Management</w:t>
      </w:r>
    </w:p>
    <w:p>
      <w:pPr>
        <w:pStyle w:val="ListBullet"/>
      </w:pPr>
      <w:r>
        <w:t>Project Supervision</w:t>
      </w:r>
    </w:p>
    <w:p>
      <w:pPr>
        <w:pStyle w:val="ListBullet"/>
      </w:pPr>
      <w:r>
        <w:t>Laboratory Assistance</w:t>
      </w:r>
    </w:p>
    <w:p>
      <w:pPr>
        <w:pStyle w:val="ListBullet"/>
      </w:pPr>
      <w:r>
        <w:t>Microsoft Excel</w:t>
      </w:r>
    </w:p>
    <w:p>
      <w:pPr>
        <w:pStyle w:val="ListBullet"/>
      </w:pPr>
      <w:r>
        <w:t>Teamwork &amp; Communication</w:t>
      </w:r>
    </w:p>
    <w:p>
      <w:pPr>
        <w:pStyle w:val="ListBullet"/>
      </w:pPr>
      <w:r>
        <w:t>Problem Solving</w:t>
      </w:r>
    </w:p>
    <w:p>
      <w:pPr>
        <w:pStyle w:val="Heading1"/>
      </w:pPr>
      <w:r>
        <w:t>PROFESSIONAL EXPERIENCE</w:t>
      </w:r>
    </w:p>
    <w:p>
      <w:r>
        <w:rPr>
          <w:b/>
          <w:sz w:val="22"/>
        </w:rPr>
        <w:t>Poultry Farm Supervisor – Aramide Farms</w:t>
      </w:r>
      <w:r>
        <w:rPr>
          <w:i/>
          <w:sz w:val="20"/>
        </w:rPr>
        <w:t xml:space="preserve"> (2025 – 2026)</w:t>
      </w:r>
    </w:p>
    <w:p>
      <w:pPr>
        <w:pStyle w:val="ListBullet"/>
      </w:pPr>
      <w:r>
        <w:t>Supervised poultry farm operations and monitored bird health and feeding activities.</w:t>
      </w:r>
    </w:p>
    <w:p>
      <w:pPr>
        <w:pStyle w:val="ListBullet"/>
      </w:pPr>
      <w:r>
        <w:t>Ensured cleanliness, safety, and proper maintenance of poultry facilities.</w:t>
      </w:r>
    </w:p>
    <w:p>
      <w:pPr>
        <w:pStyle w:val="ListBullet"/>
      </w:pPr>
      <w:r>
        <w:t>Coordinated farm workers and ensured productivity targets were achieved.</w:t>
      </w:r>
    </w:p>
    <w:p>
      <w:r>
        <w:rPr>
          <w:b/>
          <w:sz w:val="22"/>
        </w:rPr>
        <w:t>Quality Control Assistant – Premier Feeds Limited, Ibadan</w:t>
      </w:r>
      <w:r>
        <w:rPr>
          <w:i/>
          <w:sz w:val="20"/>
        </w:rPr>
        <w:t xml:space="preserve"> (2017 – Present)</w:t>
      </w:r>
    </w:p>
    <w:p>
      <w:pPr>
        <w:pStyle w:val="ListBullet"/>
      </w:pPr>
      <w:r>
        <w:t>Conduct quality checks at critical control points in feed production.</w:t>
      </w:r>
    </w:p>
    <w:p>
      <w:pPr>
        <w:pStyle w:val="ListBullet"/>
      </w:pPr>
      <w:r>
        <w:t>Perform physical examination of raw materials and finished feeds.</w:t>
      </w:r>
    </w:p>
    <w:p>
      <w:pPr>
        <w:pStyle w:val="ListBullet"/>
      </w:pPr>
      <w:r>
        <w:t>Assist with laboratory analysis including moisture, calcium, silica, and ash content testing.</w:t>
      </w:r>
    </w:p>
    <w:p>
      <w:pPr>
        <w:pStyle w:val="ListBullet"/>
      </w:pPr>
      <w:r>
        <w:t>Operate NIR machine and prepare reports using Microsoft Excel.</w:t>
      </w:r>
    </w:p>
    <w:p>
      <w:r>
        <w:rPr>
          <w:b/>
          <w:sz w:val="22"/>
        </w:rPr>
        <w:t>Fish Farm Manager – Sunnyade Farms Limited</w:t>
      </w:r>
      <w:r>
        <w:rPr>
          <w:i/>
          <w:sz w:val="20"/>
        </w:rPr>
        <w:t xml:space="preserve"> (2017 – 2023)</w:t>
      </w:r>
    </w:p>
    <w:p>
      <w:pPr>
        <w:pStyle w:val="ListBullet"/>
      </w:pPr>
      <w:r>
        <w:t>Managed fish production activities and monitored water quality and feeding schedules.</w:t>
      </w:r>
    </w:p>
    <w:p>
      <w:pPr>
        <w:pStyle w:val="ListBullet"/>
      </w:pPr>
      <w:r>
        <w:t>Oversaw stocking, harvesting, and maintenance of fish ponds.</w:t>
      </w:r>
    </w:p>
    <w:p>
      <w:pPr>
        <w:pStyle w:val="ListBullet"/>
      </w:pPr>
      <w:r>
        <w:t>Ensured proper farm hygiene and efficient farm operations.</w:t>
      </w:r>
    </w:p>
    <w:p>
      <w:r>
        <w:rPr>
          <w:b/>
          <w:sz w:val="22"/>
        </w:rPr>
        <w:t>Project Supervisor – Morenikeji Building Contractor</w:t>
      </w:r>
      <w:r>
        <w:rPr>
          <w:i/>
          <w:sz w:val="20"/>
        </w:rPr>
        <w:t xml:space="preserve"> (2016 – 2017)</w:t>
      </w:r>
    </w:p>
    <w:p>
      <w:pPr>
        <w:pStyle w:val="ListBullet"/>
      </w:pPr>
      <w:r>
        <w:t>Supervised construction activities and coordinated site workers.</w:t>
      </w:r>
    </w:p>
    <w:p>
      <w:pPr>
        <w:pStyle w:val="ListBullet"/>
      </w:pPr>
      <w:r>
        <w:t>Ensured projects were completed according to specifications and timelines.</w:t>
      </w:r>
    </w:p>
    <w:p>
      <w:r>
        <w:rPr>
          <w:b/>
          <w:sz w:val="22"/>
        </w:rPr>
        <w:t>Industrial Training – FCA College Farm, Ibadan</w:t>
      </w:r>
      <w:r>
        <w:rPr>
          <w:i/>
          <w:sz w:val="20"/>
        </w:rPr>
        <w:t xml:space="preserve"> (2016)</w:t>
      </w:r>
    </w:p>
    <w:p>
      <w:pPr>
        <w:pStyle w:val="ListBullet"/>
      </w:pPr>
      <w:r>
        <w:t>Received practical training in poultry, snailery, piggery, and ruminant production.</w:t>
      </w:r>
    </w:p>
    <w:p>
      <w:r>
        <w:rPr>
          <w:b/>
          <w:sz w:val="22"/>
        </w:rPr>
        <w:t>Industrial Training – Al-Hassan Agro Livestocks, Abeokuta</w:t>
      </w:r>
      <w:r>
        <w:rPr>
          <w:i/>
          <w:sz w:val="20"/>
        </w:rPr>
        <w:t xml:space="preserve"> (2015)</w:t>
      </w:r>
    </w:p>
    <w:p>
      <w:pPr>
        <w:pStyle w:val="ListBullet"/>
      </w:pPr>
      <w:r>
        <w:t>Participated in poultry farm management and livestock handling activities.</w:t>
      </w:r>
    </w:p>
    <w:p>
      <w:r>
        <w:rPr>
          <w:b/>
          <w:sz w:val="22"/>
        </w:rPr>
        <w:t>Farm Attendant – Aquatech College Farm, Ibadan</w:t>
      </w:r>
      <w:r>
        <w:rPr>
          <w:i/>
          <w:sz w:val="20"/>
        </w:rPr>
        <w:t xml:space="preserve"> (2014)</w:t>
      </w:r>
    </w:p>
    <w:p>
      <w:pPr>
        <w:pStyle w:val="ListBullet"/>
      </w:pPr>
      <w:r>
        <w:t>Assisted in fish farming activities and pond maintenance.</w:t>
      </w:r>
    </w:p>
    <w:p>
      <w:r>
        <w:rPr>
          <w:b/>
          <w:sz w:val="22"/>
        </w:rPr>
        <w:t>Store Keeper – BB NIG Limited, Ile-Ife</w:t>
      </w:r>
      <w:r>
        <w:rPr>
          <w:i/>
          <w:sz w:val="20"/>
        </w:rPr>
        <w:t xml:space="preserve"> (2012 – 2014)</w:t>
      </w:r>
    </w:p>
    <w:p>
      <w:pPr>
        <w:pStyle w:val="ListBullet"/>
      </w:pPr>
      <w:r>
        <w:t>Managed inventory records and monitored stock movement.</w:t>
      </w:r>
    </w:p>
    <w:p>
      <w:pPr>
        <w:pStyle w:val="ListBullet"/>
      </w:pPr>
      <w:r>
        <w:t>Ensured proper storage and organization of materials.</w:t>
      </w:r>
    </w:p>
    <w:p>
      <w:pPr>
        <w:pStyle w:val="Heading1"/>
      </w:pPr>
      <w:r>
        <w:t>EDUCATION</w:t>
      </w:r>
    </w:p>
    <w:p>
      <w:pPr>
        <w:pStyle w:val="ListBullet"/>
      </w:pPr>
      <w:r>
        <w:t>Higher National Diploma (HND), Agricultural Extension and Management – Federal College of Agriculture, Moor Plantation, Ibadan (2021 – 2024)</w:t>
      </w:r>
    </w:p>
    <w:p>
      <w:pPr>
        <w:pStyle w:val="ListBullet"/>
      </w:pPr>
      <w:r>
        <w:t>National Diploma (ND) – Federal College of Agriculture, Moor Plantation, Ibadan (2017 – 2020)</w:t>
      </w:r>
    </w:p>
    <w:p>
      <w:pPr>
        <w:pStyle w:val="ListBullet"/>
      </w:pPr>
      <w:r>
        <w:t>Senior Secondary School Certificate Examination (SSCE) – Akinyemi Memorial School, Ile-Ife (2006 – 2012)</w:t>
      </w:r>
    </w:p>
    <w:p>
      <w:pPr>
        <w:pStyle w:val="Heading1"/>
      </w:pPr>
      <w:r>
        <w:t>PERSONAL ATTRIBUTES</w:t>
      </w:r>
    </w:p>
    <w:p>
      <w:pPr>
        <w:pStyle w:val="ListBullet"/>
      </w:pPr>
      <w:r>
        <w:t>Integrity and honesty</w:t>
      </w:r>
    </w:p>
    <w:p>
      <w:pPr>
        <w:pStyle w:val="ListBullet"/>
      </w:pPr>
      <w:r>
        <w:t>Ability to work with little or no supervision</w:t>
      </w:r>
    </w:p>
    <w:p>
      <w:pPr>
        <w:pStyle w:val="ListBullet"/>
      </w:pPr>
      <w:r>
        <w:t>Self-motivated and disciplined</w:t>
      </w:r>
    </w:p>
    <w:p>
      <w:pPr>
        <w:pStyle w:val="Heading1"/>
      </w:pPr>
      <w:r>
        <w:t>REFEREES</w:t>
      </w:r>
    </w:p>
    <w:p>
      <w:r>
        <w:t>Available upon request.</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