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3396" w14:textId="77777777" w:rsidR="00D63A15" w:rsidRPr="005860F7" w:rsidRDefault="00000000">
      <w:pPr>
        <w:jc w:val="center"/>
        <w:rPr>
          <w:rFonts w:ascii="Times New Roman" w:hAnsi="Times New Roman" w:cs="Times New Roman"/>
          <w:sz w:val="32"/>
          <w:szCs w:val="32"/>
        </w:rPr>
      </w:pPr>
      <w:r w:rsidRPr="005860F7">
        <w:rPr>
          <w:rFonts w:ascii="Times New Roman" w:hAnsi="Times New Roman" w:cs="Times New Roman"/>
          <w:b/>
          <w:sz w:val="32"/>
          <w:szCs w:val="32"/>
        </w:rPr>
        <w:t>AZUOGU OLUCHI BENEDICTA</w:t>
      </w:r>
    </w:p>
    <w:p w14:paraId="534CD915" w14:textId="3E76A9CD" w:rsidR="00D63A15" w:rsidRPr="005860F7" w:rsidRDefault="005860F7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99200E">
          <w:rPr>
            <w:rStyle w:val="Hyperlink"/>
            <w:rFonts w:ascii="Times New Roman" w:hAnsi="Times New Roman" w:cs="Times New Roman"/>
            <w:sz w:val="24"/>
            <w:szCs w:val="24"/>
          </w:rPr>
          <w:t>oluchiazuogu@gmail.com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5860F7">
        <w:rPr>
          <w:rFonts w:ascii="Times New Roman" w:hAnsi="Times New Roman" w:cs="Times New Roman"/>
          <w:sz w:val="24"/>
          <w:szCs w:val="24"/>
        </w:rPr>
        <w:t xml:space="preserve">| </w:t>
      </w:r>
      <w:r w:rsidR="00442750">
        <w:rPr>
          <w:rFonts w:ascii="Times New Roman" w:hAnsi="Times New Roman" w:cs="Times New Roman"/>
          <w:sz w:val="24"/>
          <w:szCs w:val="24"/>
        </w:rPr>
        <w:t>Remote- Friendly| GMT +1 Time Zone</w:t>
      </w:r>
      <w:r w:rsidR="00442750" w:rsidRPr="005860F7"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5860F7">
        <w:rPr>
          <w:rFonts w:ascii="Times New Roman" w:hAnsi="Times New Roman" w:cs="Times New Roman"/>
          <w:sz w:val="24"/>
          <w:szCs w:val="24"/>
        </w:rPr>
        <w:t>| +2348149731089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 w:rsidRPr="005860F7">
        <w:rPr>
          <w:rFonts w:ascii="Times New Roman" w:hAnsi="Times New Roman" w:cs="Times New Roman"/>
          <w:sz w:val="24"/>
          <w:szCs w:val="24"/>
        </w:rPr>
        <w:t>|</w:t>
      </w:r>
      <w:r w:rsidR="00000000" w:rsidRPr="005860F7">
        <w:rPr>
          <w:rFonts w:ascii="Times New Roman" w:hAnsi="Times New Roman" w:cs="Times New Roman"/>
          <w:sz w:val="24"/>
          <w:szCs w:val="24"/>
        </w:rPr>
        <w:br/>
        <w:t xml:space="preserve">LinkedIn: </w:t>
      </w:r>
      <w:hyperlink r:id="rId7" w:history="1">
        <w:r w:rsidRPr="0099200E">
          <w:rPr>
            <w:rStyle w:val="Hyperlink"/>
            <w:rFonts w:ascii="Times New Roman" w:hAnsi="Times New Roman" w:cs="Times New Roman"/>
            <w:sz w:val="24"/>
            <w:szCs w:val="24"/>
          </w:rPr>
          <w:t>http://www.linkedin.com/in/oluchi-azuogu-077b3436b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30E16E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8"/>
          <w:szCs w:val="24"/>
        </w:rPr>
        <w:t>PROFESSIONAL SUMMARY</w:t>
      </w:r>
    </w:p>
    <w:p w14:paraId="5C451AE4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Dedicated and customer-focused professional with experience in client relations, sales support, and administrative coordination. Skilled in handling customer inquiries, resolving issues efficiently, and maintaining positive customer experiences in fast-paced environments. Strong communication, multitasking, and problem-solving abilities with proficiency in Microsoft Office tools and customer support operations.</w:t>
      </w:r>
    </w:p>
    <w:p w14:paraId="6225862D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8"/>
          <w:szCs w:val="24"/>
        </w:rPr>
        <w:t>CORE SKILLS</w:t>
      </w:r>
    </w:p>
    <w:p w14:paraId="54995506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Customer Service &amp; Client Support</w:t>
      </w:r>
    </w:p>
    <w:p w14:paraId="195F9781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Verbal &amp; Written Communication</w:t>
      </w:r>
    </w:p>
    <w:p w14:paraId="0343FEEB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Complaint Resolution</w:t>
      </w:r>
    </w:p>
    <w:p w14:paraId="629722AF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Active Listening &amp; Empathy</w:t>
      </w:r>
    </w:p>
    <w:p w14:paraId="5B1A7EF3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Sales &amp; Customer Relations</w:t>
      </w:r>
    </w:p>
    <w:p w14:paraId="228505EC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Team Collaboration</w:t>
      </w:r>
    </w:p>
    <w:p w14:paraId="6440F9D0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Time Management &amp; Multitasking</w:t>
      </w:r>
    </w:p>
    <w:p w14:paraId="2BBC7A8E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Attention to Detail</w:t>
      </w:r>
    </w:p>
    <w:p w14:paraId="78B652D4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Problem-Solving</w:t>
      </w:r>
    </w:p>
    <w:p w14:paraId="05948688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Microsoft Office Suite (Word, Excel, PowerPoint, Outlook)</w:t>
      </w:r>
    </w:p>
    <w:p w14:paraId="2DF9B818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Data Entry &amp; Record Keeping</w:t>
      </w:r>
    </w:p>
    <w:p w14:paraId="60183C65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Adaptability &amp; Fast Learning</w:t>
      </w:r>
    </w:p>
    <w:p w14:paraId="1CD1DA11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8"/>
          <w:szCs w:val="24"/>
        </w:rPr>
        <w:t>PROFESSIONAL EXPERIENCE</w:t>
      </w:r>
    </w:p>
    <w:p w14:paraId="39A77CD1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4"/>
          <w:szCs w:val="24"/>
        </w:rPr>
        <w:t>Medical Sales Receptionist | Blueworth Global Resources Limited, Lagos | February 2025 – Present</w:t>
      </w:r>
    </w:p>
    <w:p w14:paraId="696C3211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Welcome and assist customers professionally, ensuring a positive and friendly experience.</w:t>
      </w:r>
    </w:p>
    <w:p w14:paraId="76C9B5B3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Respond to customer inquiries regarding products, prescriptions, and purchases promptly and accurately.</w:t>
      </w:r>
    </w:p>
    <w:p w14:paraId="334C9A13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Maintain customer records, invoices, and inventory updates using Microsoft Office tools.</w:t>
      </w:r>
    </w:p>
    <w:p w14:paraId="1CBFA318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Coordinate with sales representatives to process orders and resolve customer concerns efficiently.</w:t>
      </w:r>
    </w:p>
    <w:p w14:paraId="7EE0A189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lastRenderedPageBreak/>
        <w:t>Support daily front-desk operations while maintaining a customer-focused environment.</w:t>
      </w:r>
    </w:p>
    <w:p w14:paraId="0AA21276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4"/>
          <w:szCs w:val="24"/>
        </w:rPr>
        <w:t>National Service Member | National Youth Service Corps (NYSC), Lagos | January 2025 – December 2025</w:t>
      </w:r>
    </w:p>
    <w:p w14:paraId="06AAFEEE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Provided administrative and operational support in a structured work environment.</w:t>
      </w:r>
    </w:p>
    <w:p w14:paraId="69029D91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Assisted with communication and coordination between team members and stakeholders.</w:t>
      </w:r>
    </w:p>
    <w:p w14:paraId="2463AADB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Managed assigned responsibilities efficiently while meeting deadlines and organizational standards.</w:t>
      </w:r>
    </w:p>
    <w:p w14:paraId="1E9E4B9B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4"/>
          <w:szCs w:val="24"/>
        </w:rPr>
        <w:t>Industrial Training Intern | National Agency for Food and Drug Administration and Control (NAFDAC), Yaba | January 2023 – June 2023</w:t>
      </w:r>
    </w:p>
    <w:p w14:paraId="39C74E0E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Maintained accurate documentation and organized records with strong attention to detail.</w:t>
      </w:r>
    </w:p>
    <w:p w14:paraId="2E0A3346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Worked collaboratively with team members to support daily operational activities.</w:t>
      </w:r>
    </w:p>
    <w:p w14:paraId="585DC325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Followed organizational procedures and maintained professionalism in all assigned duties.</w:t>
      </w:r>
    </w:p>
    <w:p w14:paraId="20143D8E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4"/>
          <w:szCs w:val="24"/>
        </w:rPr>
        <w:t>Hospital Intern | Aviation Medical Clinic, Ikeja | April 2018</w:t>
      </w:r>
    </w:p>
    <w:p w14:paraId="438A45A1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Assisted patients with appointment scheduling and general inquiries.</w:t>
      </w:r>
    </w:p>
    <w:p w14:paraId="2A9E118C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Maintained patient records while ensuring confidentiality and accuracy.</w:t>
      </w:r>
    </w:p>
    <w:p w14:paraId="0D13FC75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Supported administrative operations and contributed to smooth customer service delivery.</w:t>
      </w:r>
    </w:p>
    <w:p w14:paraId="52C8CAC0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8"/>
          <w:szCs w:val="24"/>
        </w:rPr>
        <w:t>EDUCATION</w:t>
      </w:r>
    </w:p>
    <w:p w14:paraId="7C171511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Bachelor’s Degree in Applied Biochemistry | Nnamdi Azikiwe University, Awka | 2019 – 2023</w:t>
      </w:r>
    </w:p>
    <w:p w14:paraId="1C902DE8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8"/>
          <w:szCs w:val="24"/>
        </w:rPr>
        <w:t>CERTIFICATIONS</w:t>
      </w:r>
    </w:p>
    <w:p w14:paraId="623DD327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Certificate of Completion in Product Design – 2026 | Axia Africa</w:t>
      </w:r>
    </w:p>
    <w:p w14:paraId="78DA7002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National Youth Service Corps (NYSC) Certification – 2025</w:t>
      </w:r>
    </w:p>
    <w:p w14:paraId="6F07EBB1" w14:textId="77777777" w:rsidR="00D63A15" w:rsidRPr="005860F7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Health, Safety, and Environment (HSE) Certification – 2025</w:t>
      </w:r>
    </w:p>
    <w:p w14:paraId="1DE9E5F4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b/>
          <w:sz w:val="28"/>
          <w:szCs w:val="24"/>
        </w:rPr>
        <w:t>REFERENCES</w:t>
      </w:r>
    </w:p>
    <w:p w14:paraId="312796D6" w14:textId="77777777" w:rsidR="00D63A15" w:rsidRPr="005860F7" w:rsidRDefault="00000000">
      <w:pPr>
        <w:rPr>
          <w:rFonts w:ascii="Times New Roman" w:hAnsi="Times New Roman" w:cs="Times New Roman"/>
          <w:sz w:val="24"/>
          <w:szCs w:val="24"/>
        </w:rPr>
      </w:pPr>
      <w:r w:rsidRPr="005860F7">
        <w:rPr>
          <w:rFonts w:ascii="Times New Roman" w:hAnsi="Times New Roman" w:cs="Times New Roman"/>
          <w:sz w:val="24"/>
          <w:szCs w:val="24"/>
        </w:rPr>
        <w:t>Available upon request.</w:t>
      </w:r>
    </w:p>
    <w:sectPr w:rsidR="00D63A15" w:rsidRPr="005860F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78CD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2500538">
    <w:abstractNumId w:val="8"/>
  </w:num>
  <w:num w:numId="2" w16cid:durableId="1101949152">
    <w:abstractNumId w:val="6"/>
  </w:num>
  <w:num w:numId="3" w16cid:durableId="1367102509">
    <w:abstractNumId w:val="5"/>
  </w:num>
  <w:num w:numId="4" w16cid:durableId="2022510837">
    <w:abstractNumId w:val="4"/>
  </w:num>
  <w:num w:numId="5" w16cid:durableId="580915292">
    <w:abstractNumId w:val="7"/>
  </w:num>
  <w:num w:numId="6" w16cid:durableId="557934052">
    <w:abstractNumId w:val="3"/>
  </w:num>
  <w:num w:numId="7" w16cid:durableId="1286617603">
    <w:abstractNumId w:val="2"/>
  </w:num>
  <w:num w:numId="8" w16cid:durableId="1462729846">
    <w:abstractNumId w:val="1"/>
  </w:num>
  <w:num w:numId="9" w16cid:durableId="50444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102"/>
    <w:rsid w:val="0015074B"/>
    <w:rsid w:val="0029639D"/>
    <w:rsid w:val="00326F90"/>
    <w:rsid w:val="00442750"/>
    <w:rsid w:val="005860F7"/>
    <w:rsid w:val="008040F2"/>
    <w:rsid w:val="00AA1D8D"/>
    <w:rsid w:val="00B47730"/>
    <w:rsid w:val="00CB0664"/>
    <w:rsid w:val="00D63A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24923D"/>
  <w14:defaultImageDpi w14:val="300"/>
  <w15:docId w15:val="{F27C0F00-5693-4054-91CB-AF2B0E98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860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0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inkedin.com/in/oluchi-azuogu-077b3436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luchiazuogu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Azuogu Oluchi</dc:creator>
  <cp:keywords/>
  <dc:description>generated by python-docx</dc:description>
  <cp:lastModifiedBy>Oluchi Azuogu</cp:lastModifiedBy>
  <cp:revision>3</cp:revision>
  <dcterms:created xsi:type="dcterms:W3CDTF">2026-05-24T14:17:00Z</dcterms:created>
  <dcterms:modified xsi:type="dcterms:W3CDTF">2026-05-24T15:45:00Z</dcterms:modified>
  <cp:category/>
</cp:coreProperties>
</file>