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6"/>
        </w:rPr>
        <w:t>BAMGBOPA ABOSEDE MFONABONG</w:t>
      </w:r>
    </w:p>
    <w:p>
      <w:pPr>
        <w:jc w:val="center"/>
      </w:pPr>
      <w:r>
        <w:rPr>
          <w:sz w:val="18"/>
        </w:rPr>
        <w:t>Oworonshoki, Lagos  |  08109130814  |  09014297846  |  grace30206@gmail.com</w:t>
      </w:r>
    </w:p>
    <w:p>
      <w:pPr>
        <w:spacing w:before="160" w:after="60"/>
        <w:pBdr>
          <w:bottom w:val="single" w:sz="6" w:space="2"/>
        </w:pBdr>
      </w:pPr>
      <w:r>
        <w:rPr>
          <w:b/>
          <w:sz w:val="22"/>
        </w:rPr>
        <w:t>CAREER OBJECTIVE</w:t>
      </w:r>
    </w:p>
    <w:p>
      <w:r>
        <w:t>To secure a suitable position in a reputable organization where I can apply my skills, gain experience, and contribute to the growth of the company.</w:t>
      </w:r>
    </w:p>
    <w:p>
      <w:pPr>
        <w:spacing w:before="160" w:after="60"/>
        <w:pBdr>
          <w:bottom w:val="single" w:sz="6" w:space="2"/>
        </w:pBdr>
      </w:pPr>
      <w:r>
        <w:rPr>
          <w:b/>
          <w:sz w:val="22"/>
        </w:rPr>
        <w:t>EDUCATION</w:t>
      </w:r>
    </w:p>
    <w:p>
      <w:r>
        <w:rPr>
          <w:b/>
        </w:rPr>
        <w:t>Gateway ICT Polytechnic, Saapade</w:t>
      </w:r>
      <w:r>
        <w:br/>
        <w:t>National Diploma (OND), Mass Communication</w:t>
      </w:r>
      <w:r>
        <w:br/>
        <w:t>September 2024 – August 2026</w:t>
      </w:r>
    </w:p>
    <w:p>
      <w:pPr>
        <w:spacing w:before="160" w:after="60"/>
        <w:pBdr>
          <w:bottom w:val="single" w:sz="6" w:space="2"/>
        </w:pBdr>
      </w:pPr>
      <w:r>
        <w:rPr>
          <w:b/>
          <w:sz w:val="22"/>
        </w:rPr>
        <w:t>WORK EXPERIENCE</w:t>
      </w:r>
    </w:p>
    <w:p>
      <w:r>
        <w:rPr>
          <w:b/>
        </w:rPr>
        <w:t>Library Assistant | CIPM</w:t>
      </w:r>
      <w:r>
        <w:br/>
        <w:t>Ikeja, Lagos | August 2022 – April 2023</w:t>
      </w:r>
    </w:p>
    <w:p>
      <w:pPr>
        <w:pStyle w:val="ListBullet"/>
      </w:pPr>
      <w:r>
        <w:t>Assisted with organizing and maintaining library materials and records.</w:t>
      </w:r>
    </w:p>
    <w:p>
      <w:pPr>
        <w:pStyle w:val="ListBullet"/>
      </w:pPr>
      <w:r>
        <w:t>Helped users locate information and supported day-to-day library activities.</w:t>
      </w:r>
    </w:p>
    <w:p>
      <w:pPr>
        <w:pStyle w:val="ListBullet"/>
      </w:pPr>
      <w:r>
        <w:t>Maintained an orderly and welcoming environment.</w:t>
      </w:r>
    </w:p>
    <w:p>
      <w:r>
        <w:rPr>
          <w:b/>
        </w:rPr>
        <w:t>Cashier | Toasties Limited</w:t>
      </w:r>
      <w:r>
        <w:br/>
        <w:t>Ikoyi, Lagos | June 2023 – August 2024</w:t>
      </w:r>
    </w:p>
    <w:p>
      <w:pPr>
        <w:pStyle w:val="ListBullet"/>
      </w:pPr>
      <w:r>
        <w:t>Processed customer payments and handled cash transactions accurately.</w:t>
      </w:r>
    </w:p>
    <w:p>
      <w:pPr>
        <w:pStyle w:val="ListBullet"/>
      </w:pPr>
      <w:r>
        <w:t>Provided polite customer service and responded to basic customer enquiries.</w:t>
      </w:r>
    </w:p>
    <w:p>
      <w:pPr>
        <w:pStyle w:val="ListBullet"/>
      </w:pPr>
      <w:r>
        <w:t>Helped maintain an organized checkout area and supported daily operations.</w:t>
      </w:r>
    </w:p>
    <w:p>
      <w:pPr>
        <w:spacing w:before="160" w:after="60"/>
        <w:pBdr>
          <w:bottom w:val="single" w:sz="6" w:space="2"/>
        </w:pBdr>
      </w:pPr>
      <w:r>
        <w:rPr>
          <w:b/>
          <w:sz w:val="22"/>
        </w:rPr>
        <w:t>SKILLS</w:t>
      </w:r>
    </w:p>
    <w:p>
      <w:pPr>
        <w:pStyle w:val="ListBullet"/>
      </w:pPr>
      <w:r>
        <w:t>Communication: Ability to communicate clearly, share ideas effectively, and interact positively with others.</w:t>
      </w:r>
    </w:p>
    <w:p>
      <w:pPr>
        <w:pStyle w:val="ListBullet"/>
      </w:pPr>
      <w:r>
        <w:t>Customer service and interpersonal skills</w:t>
      </w:r>
    </w:p>
    <w:p>
      <w:pPr>
        <w:pStyle w:val="ListBullet"/>
      </w:pPr>
      <w:r>
        <w:t>Organization and attention to detail</w:t>
      </w:r>
    </w:p>
    <w:p>
      <w:pPr>
        <w:pStyle w:val="ListBullet"/>
      </w:pPr>
      <w:r>
        <w:t>Teamwork and willingness to learn</w:t>
      </w:r>
    </w:p>
    <w:p>
      <w:pPr>
        <w:spacing w:before="160" w:after="60"/>
        <w:pBdr>
          <w:bottom w:val="single" w:sz="6" w:space="2"/>
        </w:pBdr>
      </w:pPr>
      <w:r>
        <w:rPr>
          <w:b/>
          <w:sz w:val="22"/>
        </w:rPr>
        <w:t>LANGUAGES</w:t>
      </w:r>
    </w:p>
    <w:p>
      <w:r>
        <w:t>English and Yoruba</w:t>
      </w:r>
    </w:p>
    <w:p>
      <w:pPr>
        <w:spacing w:before="160" w:after="60"/>
        <w:pBdr>
          <w:bottom w:val="single" w:sz="6" w:space="2"/>
        </w:pBdr>
      </w:pPr>
      <w:r>
        <w:rPr>
          <w:b/>
          <w:sz w:val="22"/>
        </w:rPr>
        <w:t>ADDITIONAL INFORMATION</w:t>
      </w:r>
    </w:p>
    <w:p>
      <w:r>
        <w:t>Interested in office-based opportunities.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