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ADEDOKUN, COMFORT IRETI</w:t>
        <w:br/>
      </w:r>
    </w:p>
    <w:p>
      <w:pPr>
        <w:jc w:val="center"/>
      </w:pPr>
      <w:r>
        <w:t>Remote Virtual Assistant | Ghostwriter | AI-Enabled Customer Support Specialist | Transcription Professional</w:t>
        <w:br/>
      </w:r>
      <w:r>
        <w:t>Nigeria | Available for Global Remote Opportunities</w:t>
        <w:br/>
      </w:r>
      <w:r>
        <w:t>+234 706 157 6091 | comfortgideon7@gmail.com</w:t>
      </w:r>
    </w:p>
    <w:p>
      <w:pPr>
        <w:pStyle w:val="Heading1"/>
      </w:pPr>
      <w:r>
        <w:t>PROFESSIONAL SUMMARY</w:t>
      </w:r>
    </w:p>
    <w:p>
      <w:r>
        <w:t>Versatile and results-oriented Remote Virtual Assistant, Ghostwriter, Customer Support Specialist, and Transcription Professional with experience supporting businesses, organizations, and remote teams through administrative coordination, customer service, content creation, research, documentation, and data management. Proficient in AI-powered productivity tools including ChatGPT for content development, workflow optimization, research support, and professional communication. Recognized for accuracy, confidentiality, strong organizational skills, and the ability to deliver high-quality work independently while meeting deadlines.</w:t>
      </w:r>
    </w:p>
    <w:p>
      <w:pPr>
        <w:pStyle w:val="Heading1"/>
      </w:pPr>
      <w:r>
        <w:t>CORE COMPETENCIES</w:t>
      </w:r>
    </w:p>
    <w:p>
      <w:r>
        <w:t>• Virtual Assistance &amp; Administrative Support</w:t>
        <w:br/>
        <w:t>• Ghostwriting &amp; Content Development</w:t>
        <w:br/>
        <w:t>• Customer Service (Email, Chat &amp; Phone)</w:t>
        <w:br/>
        <w:t>• AI-Assisted Productivity &amp; Workflow Optimization</w:t>
        <w:br/>
        <w:t>• Transcription &amp; Translation (Hausa–English)</w:t>
        <w:br/>
        <w:t>• Research &amp; Documentation</w:t>
        <w:br/>
        <w:t>• Data Entry, Validation &amp; Reporting</w:t>
        <w:br/>
        <w:t>• CRM Management &amp; Customer Records</w:t>
        <w:br/>
        <w:t>• Microsoft Word &amp; Excel</w:t>
        <w:br/>
        <w:t>• Time Management &amp; Remote Collaboration</w:t>
        <w:br/>
        <w:t>• Proofreading &amp; Editing</w:t>
        <w:br/>
        <w:t>• Confidential Information Handling</w:t>
      </w:r>
    </w:p>
    <w:p>
      <w:pPr>
        <w:pStyle w:val="Heading1"/>
      </w:pPr>
      <w:r>
        <w:t>PROFESSIONAL EXPERIENCE</w:t>
      </w:r>
    </w:p>
    <w:p>
      <w:r>
        <w:t>FREELANCE GHOSTWRITER, TRANSCRIPTION SPECIALIST &amp; VIRTUAL SUPPORT PROFESSIONAL | 2025–Present</w:t>
        <w:br/>
        <w:br/>
        <w:t>• Create articles, blog posts, scripts, biographies, storytelling content, and other client-focused written materials.</w:t>
        <w:br/>
        <w:t>• Conduct in-depth research and transform complex information into engaging, reader-friendly content.</w:t>
        <w:br/>
        <w:t>• Transcribe interviews, webinars, meetings, podcasts, and research recordings with high accuracy.</w:t>
        <w:br/>
        <w:t>• Edit, proofread, and format content to professional publication standards.</w:t>
        <w:br/>
        <w:t>• Utilize AI tools responsibly to improve productivity, content structure, and document quality.</w:t>
        <w:br/>
        <w:t>• Manage multiple projects simultaneously while maintaining strict confidentiality and meeting deadlines.</w:t>
        <w:br/>
        <w:br/>
        <w:t>CUSTOMER SERVICE REPRESENTATIVE | ISON BPO XPERIENCES | 2020</w:t>
        <w:br/>
        <w:br/>
        <w:t>• Managed high-volume inbound customer interactions and resolved service-related concerns efficiently.</w:t>
        <w:br/>
        <w:t>• Maintained detailed customer records using CRM and internal documentation systems.</w:t>
        <w:br/>
        <w:t>• Consistently achieved customer satisfaction and response-time targets.</w:t>
        <w:br/>
        <w:t>• Prepared operational reports and supported performance monitoring activities.</w:t>
        <w:br/>
        <w:br/>
        <w:t>ADMINISTRATIVE &amp; DATA SUPPORT (PROJECT-BASED) | NGO &amp; RESEARCH PROJECTS | 2017–2019</w:t>
        <w:br/>
        <w:br/>
        <w:t>• Entered, reviewed, and validated project data to ensure accuracy and completeness.</w:t>
        <w:br/>
        <w:t>• Transcribed interviews and translated Hausa-language content into professional English documentation.</w:t>
        <w:br/>
        <w:t>• Assisted with report preparation, research documentation, and records management.</w:t>
        <w:br/>
        <w:t>• Maintained confidentiality while handling sensitive project information.</w:t>
        <w:br/>
        <w:br/>
        <w:t>BIOLOGY TEACHER (NYSC) | COMMUNITY COMPREHENSIVE SECONDARY SCHOOL | 2018–2019</w:t>
        <w:br/>
        <w:br/>
        <w:t>• Delivered structured lesson plans and prepared students for WAEC and NECO examinations.</w:t>
        <w:br/>
        <w:t>• Maintained academic records and student performance documentation.</w:t>
        <w:br/>
        <w:t>• Developed strong communication, presentation, and organizational skills transferable to remote work environments.</w:t>
      </w:r>
    </w:p>
    <w:p>
      <w:pPr>
        <w:pStyle w:val="Heading1"/>
      </w:pPr>
      <w:r>
        <w:t>AI &amp; DIGITAL SKILLS</w:t>
      </w:r>
    </w:p>
    <w:p>
      <w:r>
        <w:t>• ChatGPT &amp; AI Productivity Tools</w:t>
        <w:br/>
        <w:t>• Content Generation &amp; Editing</w:t>
        <w:br/>
        <w:t>• Research Assistance</w:t>
        <w:br/>
        <w:t>• Document Summarization</w:t>
        <w:br/>
        <w:t>• Meeting Notes &amp; Documentation</w:t>
        <w:br/>
        <w:t>• Workflow Optimization</w:t>
        <w:br/>
        <w:t>• Professional Email Drafting</w:t>
      </w:r>
    </w:p>
    <w:p>
      <w:pPr>
        <w:pStyle w:val="Heading1"/>
      </w:pPr>
      <w:r>
        <w:t>EDUCATION</w:t>
      </w:r>
    </w:p>
    <w:p>
      <w:r>
        <w:t>Bachelor of Technology (B.Tech), Biology Education</w:t>
        <w:br/>
        <w:t>Federal University of Technology, Minna, Nigeria</w:t>
      </w:r>
    </w:p>
    <w:p>
      <w:pPr>
        <w:pStyle w:val="Heading1"/>
      </w:pPr>
      <w:r>
        <w:t>CERTIFICATIONS</w:t>
      </w:r>
    </w:p>
    <w:p>
      <w:r>
        <w:t>• Certificate in Data Use for Program Managers – USAID / Johns Hopkins University</w:t>
        <w:br/>
        <w:t>• Certificate in Data Quality – USAID / Johns Hopkins University</w:t>
        <w:br/>
        <w:t>• Certified Customer Care Representative – ISON Xperiences</w:t>
        <w:br/>
        <w:t>• Diploma in Computer Appreciation</w:t>
      </w:r>
    </w:p>
    <w:p>
      <w:pPr>
        <w:pStyle w:val="Heading1"/>
      </w:pPr>
      <w:r>
        <w:t>LANGUAGES</w:t>
      </w:r>
    </w:p>
    <w:p>
      <w:r>
        <w:t>English (Fluent) | Hausa (Fluent) | Yoruba (Conversational)</w:t>
      </w:r>
    </w:p>
    <w:p>
      <w:pPr>
        <w:pStyle w:val="Heading1"/>
      </w:pPr>
      <w:r>
        <w:t>ADDITIONAL INFORMATION</w:t>
      </w:r>
    </w:p>
    <w:p>
      <w:r>
        <w:t>Fully Remote-Ready • Reliable Internet Access • Self-Motivated • Detail-Oriented • Strong Professional Ethics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