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STEPHEN EJIOFFOR</w:t>
      </w:r>
    </w:p>
    <w:p>
      <w:pPr>
        <w:jc w:val="center"/>
      </w:pPr>
      <w:r>
        <w:t>ELECTRICAL &amp; ELECTRONICS TECHNICIAN | INDUSTRIAL ELECTRICIAN | MAINTENANCE &amp; FACILITY SPECIALIST</w:t>
      </w:r>
    </w:p>
    <w:p>
      <w:r>
        <w:t>PROFESSIONAL PROFILE</w:t>
        <w:br/>
        <w:t>Electrical and Electronics Engineering professional with hands-on experience in industrial electrical installations, equipment maintenance, electrical fault diagnosis, power distribution, control panels, motors, pumps, compressors, transformers and electrical appliances. Experienced in testing, commissioning, preventive maintenance and troubleshooting of electrical systems across industrial, oil &amp; gas, construction and kitchen-appliance environments. Strong practical knowledge of electrical drawings, cable termination, panel wiring, LV distribution, switchgear and electronic/electrical components within modern appliances. Committed to safe, reliable equipment performance and minimising operational downtime.</w:t>
      </w:r>
    </w:p>
    <w:p>
      <w:pPr>
        <w:pStyle w:val="Heading2"/>
      </w:pPr>
      <w:r>
        <w:t>PROFESSIONAL EXPERIENCE</w:t>
      </w:r>
    </w:p>
    <w:p>
      <w:pPr>
        <w:pStyle w:val="Heading3"/>
      </w:pPr>
      <w:r>
        <w:t>Technical Support Executive | Newmatic Kitchen Technique</w:t>
      </w:r>
    </w:p>
    <w:p>
      <w:r>
        <w:t>March 2025 – Present</w:t>
      </w:r>
    </w:p>
    <w:p>
      <w:pPr>
        <w:pStyle w:val="ListBullet"/>
      </w:pPr>
      <w:r>
        <w:t>Provide electrical and technical support for ovens, hobs, hoods, dishwashers, microwaves and refrigerators, including electrical and electronic components and control systems.</w:t>
      </w:r>
    </w:p>
    <w:p>
      <w:pPr>
        <w:pStyle w:val="ListBullet"/>
      </w:pPr>
      <w:r>
        <w:t>Lead electrical installation inspections, testing and commissioning checks to ensure compliance with manufacturer standards and safety requirements.</w:t>
      </w:r>
    </w:p>
    <w:p>
      <w:pPr>
        <w:pStyle w:val="ListBullet"/>
      </w:pPr>
      <w:r>
        <w:t>Diagnose and resolve electrical and electronic faults, including ignition failures, appliance control issues, burner-related faults and ventilation problems.</w:t>
      </w:r>
    </w:p>
    <w:p>
      <w:pPr>
        <w:pStyle w:val="ListBullet"/>
      </w:pPr>
      <w:r>
        <w:t>Prepare technical reports and coordinate warranty and after-sales support.</w:t>
      </w:r>
    </w:p>
    <w:p>
      <w:pPr>
        <w:pStyle w:val="ListBullet"/>
      </w:pPr>
      <w:r>
        <w:t>Support installers, customers and sales teams with product training and technical guidance.</w:t>
      </w:r>
    </w:p>
    <w:p>
      <w:pPr>
        <w:pStyle w:val="Heading3"/>
      </w:pPr>
      <w:r>
        <w:t>Electrical Technician | NISALEE Industries Ltd</w:t>
      </w:r>
    </w:p>
    <w:p>
      <w:r>
        <w:t>November 2021 – March 2025</w:t>
      </w:r>
    </w:p>
    <w:p>
      <w:pPr>
        <w:pStyle w:val="ListBullet"/>
      </w:pPr>
      <w:r>
        <w:t>Operated and maintained industrial steam boilers supporting uninterrupted production.</w:t>
      </w:r>
    </w:p>
    <w:p>
      <w:pPr>
        <w:pStyle w:val="ListBullet"/>
      </w:pPr>
      <w:r>
        <w:t>Performed preventive electrical maintenance on motors, pumps, compressors and industrial electrical distribution systems.</w:t>
      </w:r>
    </w:p>
    <w:p>
      <w:pPr>
        <w:pStyle w:val="ListBullet"/>
      </w:pPr>
      <w:r>
        <w:t>Conducted burner adjustments, water treatment monitoring and pressure inspections.</w:t>
      </w:r>
    </w:p>
    <w:p>
      <w:pPr>
        <w:pStyle w:val="ListBullet"/>
      </w:pPr>
      <w:r>
        <w:t>Diagnosed equipment and electrical failures using systematic troubleshooting and root-cause analysis.</w:t>
      </w:r>
    </w:p>
    <w:p>
      <w:pPr>
        <w:pStyle w:val="ListBullet"/>
      </w:pPr>
      <w:r>
        <w:t>Worked with production teams to minimise downtime.</w:t>
      </w:r>
    </w:p>
    <w:p>
      <w:pPr>
        <w:pStyle w:val="Heading3"/>
      </w:pPr>
      <w:r>
        <w:t>Electrical Technician | Elektrint Nigeria Ltd / Shell Projects</w:t>
      </w:r>
    </w:p>
    <w:p>
      <w:r>
        <w:t>October 2017 – November 2021</w:t>
      </w:r>
    </w:p>
    <w:p>
      <w:pPr>
        <w:pStyle w:val="ListBullet"/>
      </w:pPr>
      <w:r>
        <w:t>Installed, tested and commissioned industrial electrical systems for oil and gas facilities.</w:t>
      </w:r>
    </w:p>
    <w:p>
      <w:pPr>
        <w:pStyle w:val="ListBullet"/>
      </w:pPr>
      <w:r>
        <w:t>Performed electrical cable pulling, termination, glanding and control/power panel wiring.</w:t>
      </w:r>
    </w:p>
    <w:p>
      <w:pPr>
        <w:pStyle w:val="ListBullet"/>
      </w:pPr>
      <w:r>
        <w:t>Maintained switchgear, transformers, MCC panels, LV systems and power distribution equipment.</w:t>
      </w:r>
    </w:p>
    <w:p>
      <w:pPr>
        <w:pStyle w:val="ListBullet"/>
      </w:pPr>
      <w:r>
        <w:t>Interpreted electrical drawings and carried out insulation resistance and other electrical testing activities.</w:t>
      </w:r>
    </w:p>
    <w:p>
      <w:pPr>
        <w:pStyle w:val="ListBullet"/>
      </w:pPr>
      <w:r>
        <w:t>Complied with Shell HSE procedures and permit-to-work requirements.</w:t>
      </w:r>
    </w:p>
    <w:p>
      <w:pPr>
        <w:pStyle w:val="Heading3"/>
      </w:pPr>
      <w:r>
        <w:t>Electrician | Julius Berger Nigeria Plc</w:t>
      </w:r>
    </w:p>
    <w:p>
      <w:r>
        <w:t>January 2017 – October 2017</w:t>
      </w:r>
    </w:p>
    <w:p>
      <w:pPr>
        <w:pStyle w:val="ListBullet"/>
      </w:pPr>
      <w:r>
        <w:t>Installed conduits, cable trays, trunking and electrical wiring for building and industrial electrical systems.</w:t>
      </w:r>
    </w:p>
    <w:p>
      <w:pPr>
        <w:pStyle w:val="ListBullet"/>
      </w:pPr>
      <w:r>
        <w:t>Assisted with installation and connection of transformers and LV electrical distribution systems.</w:t>
      </w:r>
    </w:p>
    <w:p>
      <w:pPr>
        <w:pStyle w:val="ListBullet"/>
      </w:pPr>
      <w:r>
        <w:t>Installed lighting systems, sockets, protective devices and circuit breakers.</w:t>
      </w:r>
    </w:p>
    <w:p>
      <w:pPr>
        <w:pStyle w:val="ListBullet"/>
      </w:pPr>
      <w:r>
        <w:t>Performed inspections before project handover.</w:t>
      </w:r>
    </w:p>
    <w:p>
      <w:pPr>
        <w:pStyle w:val="ListBullet"/>
      </w:pPr>
      <w:r>
        <w:t>Worked with engineers to complete projects safely.</w:t>
      </w:r>
    </w:p>
    <w:p>
      <w:r>
        <w:t>CORE ELECTRICAL &amp; ELECTRONICS COMPETENCIES</w:t>
        <w:br/>
        <w:t>• Industrial Electrical Installation &amp; Maintenance</w:t>
        <w:br/>
        <w:t>• Electrical &amp; Electronic Fault Diagnosis</w:t>
        <w:br/>
        <w:t>• Motors, Pumps &amp; Compressors Maintenance</w:t>
        <w:br/>
        <w:t>• Switchgear, Transformers &amp; MCC Panels</w:t>
        <w:br/>
        <w:t>• LV Power Distribution &amp; Protection Systems</w:t>
        <w:br/>
        <w:t>• Control &amp; Power Panel Wiring</w:t>
        <w:br/>
        <w:t>• Cable Termination, Glanding &amp; Testing</w:t>
        <w:br/>
        <w:t>• Electrical Drawings &amp; Insulation Resistance Testing</w:t>
        <w:br/>
        <w:t>• Kitchen Appliance Electrical/Electronic Systems</w:t>
        <w:br/>
        <w:t>• Preventive Maintenance, Troubleshooting &amp; Commissioning</w:t>
        <w:br/>
        <w:t>• Solar Energy System Design &amp; Installation</w:t>
      </w:r>
    </w:p>
    <w:p>
      <w:pPr>
        <w:pStyle w:val="Heading2"/>
      </w:pPr>
      <w:r>
        <w:t>EDUCATION</w:t>
      </w:r>
    </w:p>
    <w:p>
      <w:r>
        <w:t>Higher National Diploma (HND) in Electrical/Electronic Engineering (Power Option)</w:t>
        <w:br/>
        <w:t>Akanu Ibiam Federal Polytechnic, Unwana, Ebonyi State, Nigeria</w:t>
        <w:br/>
        <w:t>2013 – 2017</w:t>
      </w:r>
    </w:p>
    <w:p>
      <w:pPr>
        <w:pStyle w:val="Heading2"/>
      </w:pPr>
      <w:r>
        <w:t>PROFESSIONAL CERTIFICATIONS</w:t>
      </w:r>
    </w:p>
    <w:p>
      <w:pPr>
        <w:pStyle w:val="ListBullet"/>
      </w:pPr>
      <w:r>
        <w:t>Operation and Maintenance Management (2025)</w:t>
      </w:r>
    </w:p>
    <w:p>
      <w:pPr>
        <w:pStyle w:val="ListBullet"/>
      </w:pPr>
      <w:r>
        <w:t>Industrial Automation Engineering – AETI (2021)</w:t>
      </w:r>
    </w:p>
    <w:p>
      <w:pPr>
        <w:pStyle w:val="ListBullet"/>
      </w:pPr>
      <w:r>
        <w:t>Applied Intensive Solar Energy System Design &amp; Installation – Wavetra Energy</w:t>
      </w:r>
    </w:p>
    <w:p>
      <w:pPr>
        <w:pStyle w:val="ListBullet"/>
      </w:pPr>
      <w:r>
        <w:t>Quality, Health, Safety &amp; Environment (QHSE) (2019)</w:t>
      </w:r>
    </w:p>
    <w:p>
      <w:pPr>
        <w:pStyle w:val="ListBullet"/>
      </w:pPr>
      <w:r>
        <w:t>Labour Trade Test Certificate – Grade I (2020)</w:t>
      </w:r>
    </w:p>
    <w:p>
      <w:pPr>
        <w:pStyle w:val="ListBullet"/>
      </w:pPr>
      <w:r>
        <w:t>Labour Trade Test Certificate – Grade II &amp; III (2019)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