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OZIOMA MERCY AMOS</w:t>
      </w:r>
    </w:p>
    <w:p>
      <w:pPr>
        <w:jc w:val="center"/>
      </w:pPr>
      <w:r>
        <w:rPr>
          <w:sz w:val="19"/>
        </w:rPr>
        <w:t>Lagos State, Nigeria  |  08183990115  |  oziomaamos09@gmail.com</w:t>
      </w:r>
    </w:p>
    <w:p>
      <w:pPr>
        <w:spacing w:before="140" w:after="60"/>
        <w:pBdr>
          <w:bottom w:val="single" w:sz="6" w:space="1" w:color="808080"/>
        </w:pBdr>
      </w:pPr>
      <w:r>
        <w:rPr>
          <w:b/>
          <w:sz w:val="22"/>
        </w:rPr>
        <w:t>PROFESSIONAL SUMMARY</w:t>
      </w:r>
    </w:p>
    <w:p>
      <w:pPr>
        <w:spacing w:after="60"/>
      </w:pPr>
      <w:r>
        <w:t>Reliable and hardworking professional with experience in customer communication, telemarketing, loan collection and administrative support. Strong interpersonal and communication skills, with the ability to work independently, learn quickly and contribute effectively toward organizational goals.</w:t>
      </w:r>
    </w:p>
    <w:p>
      <w:pPr>
        <w:spacing w:before="140" w:after="60"/>
        <w:pBdr>
          <w:bottom w:val="single" w:sz="6" w:space="1" w:color="808080"/>
        </w:pBdr>
      </w:pPr>
      <w:r>
        <w:rPr>
          <w:b/>
          <w:sz w:val="22"/>
        </w:rPr>
        <w:t>PROFESSIONAL EXPERIENCE</w:t>
      </w:r>
    </w:p>
    <w:p>
      <w:pPr>
        <w:spacing w:after="20"/>
      </w:pPr>
      <w:r>
        <w:rPr>
          <w:b/>
        </w:rPr>
        <w:t>Customer Service</w:t>
      </w:r>
      <w:r>
        <w:t xml:space="preserve"> | Lagrasha | 2021 – 2022</w:t>
      </w:r>
    </w:p>
    <w:p>
      <w:pPr>
        <w:spacing w:after="20"/>
      </w:pPr>
      <w:r>
        <w:rPr>
          <w:i/>
        </w:rPr>
        <w:t>13 Anifowose Street, Ikeja, Lagos</w:t>
      </w:r>
    </w:p>
    <w:p>
      <w:pPr>
        <w:spacing w:after="20"/>
      </w:pPr>
      <w:r>
        <w:rPr>
          <w:i w:val="0"/>
        </w:rPr>
        <w:t> Assisted customers with enquiries and provided professional customer service.</w:t>
      </w:r>
    </w:p>
    <w:p>
      <w:pPr>
        <w:spacing w:after="20"/>
      </w:pPr>
      <w:r>
        <w:rPr>
          <w:i w:val="0"/>
        </w:rPr>
        <w:t> Communicated effectively with customers and supported day-to-day service activities.</w:t>
      </w:r>
    </w:p>
    <w:p>
      <w:pPr>
        <w:spacing w:after="20"/>
      </w:pPr>
      <w:r>
        <w:rPr>
          <w:b/>
          <w:sz w:val="21"/>
        </w:rPr>
        <w:t>Collection Agent</w:t>
      </w:r>
      <w:r>
        <w:t xml:space="preserve">  |  FLEXICASH MFB  |  2024 – 2026</w:t>
      </w:r>
    </w:p>
    <w:p>
      <w:pPr>
        <w:spacing w:after="20"/>
      </w:pPr>
      <w:r>
        <w:rPr>
          <w:i/>
          <w:sz w:val="18"/>
        </w:rPr>
        <w:t>1 Adeniyi Jones, Ikeja, Lagos</w:t>
      </w:r>
    </w:p>
    <w:p>
      <w:pPr>
        <w:pStyle w:val="ListBullet"/>
        <w:spacing w:after="20"/>
      </w:pPr>
      <w:r>
        <w:t>Handled customer communication relating to loan collection and repayment.</w:t>
      </w:r>
    </w:p>
    <w:p>
      <w:pPr>
        <w:pStyle w:val="ListBullet"/>
        <w:spacing w:after="20"/>
      </w:pPr>
      <w:r>
        <w:t>Maintained professional communication with customers while pursuing collection objectives.</w:t>
      </w:r>
    </w:p>
    <w:p>
      <w:pPr>
        <w:spacing w:after="20"/>
      </w:pPr>
      <w:r>
        <w:rPr>
          <w:b/>
          <w:sz w:val="21"/>
        </w:rPr>
        <w:t>Telemarketer</w:t>
      </w:r>
      <w:r>
        <w:t xml:space="preserve">  |  Dover Credit  |  2023 – 2024</w:t>
      </w:r>
    </w:p>
    <w:p>
      <w:pPr>
        <w:spacing w:after="20"/>
      </w:pPr>
      <w:r>
        <w:rPr>
          <w:i/>
          <w:sz w:val="18"/>
        </w:rPr>
        <w:t>Adeniyi Jones, Ikeja, Lagos</w:t>
      </w:r>
    </w:p>
    <w:p>
      <w:pPr>
        <w:pStyle w:val="ListBullet"/>
        <w:spacing w:after="20"/>
      </w:pPr>
      <w:r>
        <w:t>Communicated with customers by phone and supported telemarketing activities.</w:t>
      </w:r>
    </w:p>
    <w:p>
      <w:pPr>
        <w:pStyle w:val="ListBullet"/>
        <w:spacing w:after="20"/>
      </w:pPr>
      <w:r>
        <w:t>Applied strong communication and interpersonal skills in customer interactions.</w:t>
      </w:r>
    </w:p>
    <w:p>
      <w:pPr>
        <w:spacing w:after="20"/>
      </w:pPr>
      <w:r>
        <w:rPr>
          <w:b/>
          <w:sz w:val="21"/>
        </w:rPr>
        <w:t>Secretary</w:t>
      </w:r>
      <w:r>
        <w:t xml:space="preserve">  |  Mafia Business Center  |  2022</w:t>
      </w:r>
    </w:p>
    <w:p>
      <w:pPr>
        <w:spacing w:after="20"/>
      </w:pPr>
      <w:r>
        <w:rPr>
          <w:i/>
          <w:sz w:val="18"/>
        </w:rPr>
        <w:t>Police College, Ikeja, Lagos</w:t>
      </w:r>
    </w:p>
    <w:p>
      <w:pPr>
        <w:pStyle w:val="ListBullet"/>
        <w:spacing w:after="20"/>
      </w:pPr>
      <w:r>
        <w:t>Provided administrative and secretarial support.</w:t>
      </w:r>
    </w:p>
    <w:p>
      <w:pPr>
        <w:pStyle w:val="ListBullet"/>
        <w:spacing w:after="20"/>
      </w:pPr>
      <w:r>
        <w:t>Supported day-to-day office activities and customer-facing tasks.</w:t>
      </w:r>
    </w:p>
    <w:p>
      <w:pPr>
        <w:spacing w:before="140" w:after="60"/>
        <w:pBdr>
          <w:bottom w:val="single" w:sz="6" w:space="1" w:color="808080"/>
        </w:pBdr>
      </w:pPr>
      <w:r>
        <w:rPr>
          <w:b/>
          <w:sz w:val="22"/>
        </w:rPr>
        <w:t>EDUCATION</w:t>
      </w:r>
    </w:p>
    <w:p>
      <w:pPr>
        <w:spacing w:after="20"/>
      </w:pPr>
      <w:r>
        <w:rPr>
          <w:b/>
        </w:rPr>
        <w:t>Yaba College of Technology</w:t>
      </w:r>
      <w:r>
        <w:t xml:space="preserve">  |  National Diploma (ND)  |  2019 – 2022</w:t>
      </w:r>
    </w:p>
    <w:p>
      <w:pPr>
        <w:spacing w:after="20"/>
      </w:pPr>
      <w:r>
        <w:rPr>
          <w:b/>
        </w:rPr>
        <w:t>Manankin’s Comprehensive College</w:t>
      </w:r>
      <w:r>
        <w:t xml:space="preserve">  |  Senior Secondary School Certificate (SSCE)  |  2013 – 2019</w:t>
      </w:r>
    </w:p>
    <w:p>
      <w:pPr>
        <w:spacing w:after="20"/>
      </w:pPr>
      <w:r>
        <w:rPr>
          <w:b/>
        </w:rPr>
        <w:t>God’s Shield Nursery &amp; Primary School</w:t>
      </w:r>
      <w:r>
        <w:t xml:space="preserve">  |  First School Leaving Certificate (FSLC)  |  2007 – 2013</w:t>
      </w:r>
    </w:p>
    <w:p>
      <w:pPr>
        <w:spacing w:before="140" w:after="60"/>
        <w:pBdr>
          <w:bottom w:val="single" w:sz="6" w:space="1" w:color="808080"/>
        </w:pBdr>
      </w:pPr>
      <w:r>
        <w:rPr>
          <w:b/>
          <w:sz w:val="22"/>
        </w:rPr>
        <w:t>CORE SKILLS</w:t>
      </w:r>
    </w:p>
    <w:p>
      <w:pPr>
        <w:pStyle w:val="ListBullet"/>
        <w:spacing w:after="20"/>
      </w:pPr>
      <w:r>
        <w:t>Excellent communication and interpersonal skills</w:t>
      </w:r>
    </w:p>
    <w:p>
      <w:pPr>
        <w:pStyle w:val="ListBullet"/>
        <w:spacing w:after="20"/>
      </w:pPr>
      <w:r>
        <w:t>Customer service and customer relationship management</w:t>
      </w:r>
    </w:p>
    <w:p>
      <w:pPr>
        <w:pStyle w:val="ListBullet"/>
        <w:spacing w:after="20"/>
      </w:pPr>
      <w:r>
        <w:t>Loan collection and repayment follow-up</w:t>
      </w:r>
    </w:p>
    <w:p>
      <w:pPr>
        <w:pStyle w:val="ListBullet"/>
        <w:spacing w:after="20"/>
      </w:pPr>
      <w:r>
        <w:t>Telemarketing and telephone communication</w:t>
      </w:r>
    </w:p>
    <w:p>
      <w:pPr>
        <w:pStyle w:val="ListBullet"/>
        <w:spacing w:after="20"/>
      </w:pPr>
      <w:r>
        <w:t>Ability to work with little or no supervision</w:t>
      </w:r>
    </w:p>
    <w:p>
      <w:pPr>
        <w:pStyle w:val="ListBullet"/>
        <w:spacing w:after="20"/>
      </w:pPr>
      <w:r>
        <w:t>Self-motivated, hardworking and adaptable</w:t>
      </w:r>
    </w:p>
    <w:p>
      <w:pPr>
        <w:spacing w:before="140" w:after="60"/>
        <w:pBdr>
          <w:bottom w:val="single" w:sz="6" w:space="1" w:color="808080"/>
        </w:pBdr>
      </w:pPr>
      <w:r>
        <w:rPr>
          <w:b/>
          <w:sz w:val="22"/>
        </w:rPr>
        <w:t>PERSONAL DETAILS</w:t>
      </w:r>
    </w:p>
    <w:p>
      <w:pPr>
        <w:spacing w:after="20"/>
      </w:pPr>
      <w:r>
        <w:rPr>
          <w:b/>
        </w:rPr>
        <w:t xml:space="preserve">Date of Birth: </w:t>
      </w:r>
      <w:r>
        <w:t>10 May 2002</w:t>
      </w:r>
    </w:p>
    <w:p>
      <w:pPr>
        <w:spacing w:after="20"/>
      </w:pPr>
      <w:r>
        <w:rPr>
          <w:b/>
        </w:rPr>
        <w:t xml:space="preserve">State of Origin: </w:t>
      </w:r>
      <w:r>
        <w:t>Anambra</w:t>
      </w:r>
    </w:p>
    <w:p>
      <w:pPr>
        <w:spacing w:after="20"/>
      </w:pPr>
      <w:r>
        <w:rPr>
          <w:b/>
        </w:rPr>
        <w:t xml:space="preserve">Local Government Area: </w:t>
      </w:r>
      <w:r>
        <w:t>Ayamelum</w:t>
      </w:r>
    </w:p>
    <w:p>
      <w:pPr>
        <w:spacing w:after="20"/>
      </w:pPr>
      <w:r>
        <w:rPr>
          <w:b/>
        </w:rPr>
        <w:t xml:space="preserve">Nationality: </w:t>
      </w:r>
      <w:r>
        <w:t>Nigerian</w:t>
      </w:r>
    </w:p>
    <w:p>
      <w:pPr>
        <w:spacing w:after="20"/>
      </w:pPr>
      <w:r>
        <w:rPr>
          <w:b/>
        </w:rPr>
        <w:t xml:space="preserve">Gender: </w:t>
      </w:r>
      <w:r>
        <w:t>Female</w:t>
      </w:r>
    </w:p>
    <w:p>
      <w:pPr>
        <w:spacing w:after="20"/>
      </w:pPr>
      <w:r>
        <w:rPr>
          <w:b/>
        </w:rPr>
        <w:t xml:space="preserve">Marital Status: </w:t>
      </w:r>
      <w:r>
        <w:t>Single</w:t>
      </w:r>
    </w:p>
    <w:p>
      <w:pPr>
        <w:spacing w:before="140" w:after="60"/>
        <w:pBdr>
          <w:bottom w:val="single" w:sz="6" w:space="1" w:color="808080"/>
        </w:pBdr>
      </w:pPr>
      <w:r>
        <w:rPr>
          <w:b/>
          <w:sz w:val="22"/>
        </w:rPr>
        <w:t>INTERESTS</w:t>
      </w:r>
    </w:p>
    <w:p>
      <w:r>
        <w:t>Reading, Cooking and Music</w:t>
      </w:r>
    </w:p>
    <w:p>
      <w:pPr>
        <w:spacing w:before="140" w:after="60"/>
        <w:pBdr>
          <w:bottom w:val="single" w:sz="6" w:space="1" w:color="808080"/>
        </w:pBdr>
      </w:pPr>
      <w:r>
        <w:rPr>
          <w:b/>
          <w:sz w:val="22"/>
        </w:rPr>
        <w:t>REFEREE</w:t>
      </w:r>
    </w:p>
    <w:p>
      <w:pPr>
        <w:spacing w:after="20"/>
      </w:pPr>
      <w:r>
        <w:rPr>
          <w:b/>
        </w:rPr>
        <w:t>Mrs. Florence Amos</w:t>
      </w:r>
    </w:p>
    <w:p>
      <w:r>
        <w:t>Tel: 08138899169</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