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DD0CA" w14:textId="7FEBD798" w:rsidR="009E1811" w:rsidRPr="00F97F35" w:rsidRDefault="00F97F35" w:rsidP="00F97F35">
      <w:pPr>
        <w:tabs>
          <w:tab w:val="left" w:pos="1534"/>
          <w:tab w:val="center" w:pos="5112"/>
        </w:tabs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ab/>
      </w:r>
      <w:r w:rsidRPr="00F97F35">
        <w:rPr>
          <w:rFonts w:ascii="Times New Roman" w:hAnsi="Times New Roman" w:cs="Times New Roman"/>
          <w:b/>
          <w:sz w:val="28"/>
          <w:szCs w:val="28"/>
        </w:rPr>
        <w:tab/>
      </w:r>
      <w:r w:rsidR="00000000" w:rsidRPr="00F97F35">
        <w:rPr>
          <w:rFonts w:ascii="Times New Roman" w:hAnsi="Times New Roman" w:cs="Times New Roman"/>
          <w:b/>
          <w:sz w:val="28"/>
          <w:szCs w:val="28"/>
        </w:rPr>
        <w:t>KOMOLAFE EZEKIEL BOLUWATIFE</w:t>
      </w:r>
    </w:p>
    <w:p w14:paraId="576FC64C" w14:textId="77777777" w:rsidR="009E1811" w:rsidRPr="00F97F35" w:rsidRDefault="00000000">
      <w:pPr>
        <w:jc w:val="center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Mechanical Engineering Graduate | Marine Engineering | Mechanical Maintenance | CAD Design</w:t>
      </w:r>
    </w:p>
    <w:p w14:paraId="3FFB46AB" w14:textId="5B716F22" w:rsidR="00F97F35" w:rsidRDefault="00F97F35" w:rsidP="00F97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Phone number :</w:t>
      </w:r>
      <w:r w:rsidR="00000000" w:rsidRPr="00F97F35">
        <w:rPr>
          <w:rFonts w:ascii="Times New Roman" w:hAnsi="Times New Roman" w:cs="Times New Roman"/>
          <w:sz w:val="28"/>
          <w:szCs w:val="28"/>
        </w:rPr>
        <w:t xml:space="preserve">08105524297  </w:t>
      </w:r>
    </w:p>
    <w:p w14:paraId="27E5B246" w14:textId="77777777" w:rsidR="00F97F35" w:rsidRDefault="00F97F35" w:rsidP="00F97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Email Address:</w:t>
      </w:r>
      <w:r w:rsidR="00000000" w:rsidRPr="00F97F35">
        <w:rPr>
          <w:rFonts w:ascii="Times New Roman" w:hAnsi="Times New Roman" w:cs="Times New Roman"/>
          <w:sz w:val="28"/>
          <w:szCs w:val="28"/>
        </w:rPr>
        <w:t xml:space="preserve"> komolafeezekiel450@gmail.com  </w:t>
      </w:r>
    </w:p>
    <w:p w14:paraId="7617479E" w14:textId="6C691805" w:rsidR="009E1811" w:rsidRPr="00F97F35" w:rsidRDefault="00F97F35" w:rsidP="00F97F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Contact Address: </w:t>
      </w:r>
      <w:r w:rsidR="00000000" w:rsidRPr="00F97F35">
        <w:rPr>
          <w:rFonts w:ascii="Times New Roman" w:hAnsi="Times New Roman" w:cs="Times New Roman"/>
          <w:sz w:val="28"/>
          <w:szCs w:val="28"/>
        </w:rPr>
        <w:t>Ago Palace, Lagos, Nigeria</w:t>
      </w:r>
    </w:p>
    <w:p w14:paraId="13A90D85" w14:textId="77777777" w:rsidR="00F97F35" w:rsidRDefault="00F97F35">
      <w:pPr>
        <w:spacing w:before="120" w:after="40"/>
        <w:rPr>
          <w:rFonts w:ascii="Times New Roman" w:hAnsi="Times New Roman" w:cs="Times New Roman"/>
          <w:b/>
          <w:sz w:val="28"/>
          <w:szCs w:val="28"/>
        </w:rPr>
      </w:pPr>
    </w:p>
    <w:p w14:paraId="76237BD2" w14:textId="16CB6331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PROFESSIONAL SUMMARY</w:t>
      </w:r>
    </w:p>
    <w:p w14:paraId="4A521835" w14:textId="3F70CD38" w:rsidR="009E1811" w:rsidRPr="00F97F35" w:rsidRDefault="00000000">
      <w:pPr>
        <w:spacing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 xml:space="preserve">Recent Mechanical Engineering graduate from Nigeria Maritime University with a </w:t>
      </w:r>
      <w:r w:rsidR="00F97F35" w:rsidRPr="00F97F35">
        <w:rPr>
          <w:rFonts w:ascii="Times New Roman" w:hAnsi="Times New Roman" w:cs="Times New Roman"/>
          <w:sz w:val="28"/>
          <w:szCs w:val="28"/>
        </w:rPr>
        <w:t>Second-Class</w:t>
      </w:r>
      <w:r w:rsidRPr="00F97F35">
        <w:rPr>
          <w:rFonts w:ascii="Times New Roman" w:hAnsi="Times New Roman" w:cs="Times New Roman"/>
          <w:sz w:val="28"/>
          <w:szCs w:val="28"/>
        </w:rPr>
        <w:t xml:space="preserve"> Upper (2:1) degree and practical exposure to mechanical maintenance, machinery operation, equipment inspection and marine engineering activities. Experienced in maintenance and supervision through industrial and apprenticeship training. Completed a final-year engineering project involving the design and simulation of an Organic Rankine Cycle (ORC) evaporator and turbine for a typical marine diesel generator using SolidWorks. Interested in opportunities in mechanical engineering, maintenance, marine engineering, mechanical design, CAD and technical operations.</w:t>
      </w:r>
    </w:p>
    <w:p w14:paraId="23D7ED04" w14:textId="77777777" w:rsidR="00F97F35" w:rsidRDefault="00F97F35">
      <w:pPr>
        <w:spacing w:before="120" w:after="40"/>
        <w:rPr>
          <w:rFonts w:ascii="Times New Roman" w:hAnsi="Times New Roman" w:cs="Times New Roman"/>
          <w:b/>
          <w:sz w:val="28"/>
          <w:szCs w:val="28"/>
        </w:rPr>
      </w:pPr>
    </w:p>
    <w:p w14:paraId="4A7778E7" w14:textId="657DBD66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EDUCATION</w:t>
      </w:r>
    </w:p>
    <w:p w14:paraId="646612FA" w14:textId="77777777" w:rsidR="009E1811" w:rsidRPr="00F97F35" w:rsidRDefault="00000000">
      <w:pPr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Nigeria Maritime University</w:t>
      </w:r>
      <w:r w:rsidRPr="00F97F35">
        <w:rPr>
          <w:rFonts w:ascii="Times New Roman" w:hAnsi="Times New Roman" w:cs="Times New Roman"/>
          <w:b/>
          <w:sz w:val="28"/>
          <w:szCs w:val="28"/>
        </w:rPr>
        <w:br/>
      </w:r>
      <w:r w:rsidRPr="00F97F35">
        <w:rPr>
          <w:rFonts w:ascii="Times New Roman" w:hAnsi="Times New Roman" w:cs="Times New Roman"/>
          <w:sz w:val="28"/>
          <w:szCs w:val="28"/>
        </w:rPr>
        <w:t>Bachelor of Engineering (B.Eng.) — Mechanical Engineering | 2026 | Second Class Upper Division</w:t>
      </w:r>
    </w:p>
    <w:p w14:paraId="3AF2F197" w14:textId="77777777" w:rsidR="009E1811" w:rsidRPr="00F97F35" w:rsidRDefault="00000000">
      <w:pPr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Mustard Seed International Group of Schools</w:t>
      </w:r>
      <w:r w:rsidRPr="00F97F35">
        <w:rPr>
          <w:rFonts w:ascii="Times New Roman" w:hAnsi="Times New Roman" w:cs="Times New Roman"/>
          <w:b/>
          <w:sz w:val="28"/>
          <w:szCs w:val="28"/>
        </w:rPr>
        <w:br/>
      </w:r>
      <w:r w:rsidRPr="00F97F35">
        <w:rPr>
          <w:rFonts w:ascii="Times New Roman" w:hAnsi="Times New Roman" w:cs="Times New Roman"/>
          <w:sz w:val="28"/>
          <w:szCs w:val="28"/>
        </w:rPr>
        <w:t>Secondary School Education | 2019</w:t>
      </w:r>
    </w:p>
    <w:p w14:paraId="2F659286" w14:textId="77777777" w:rsidR="00F97F35" w:rsidRDefault="00F97F35">
      <w:pPr>
        <w:spacing w:before="120" w:after="40"/>
        <w:rPr>
          <w:rFonts w:ascii="Times New Roman" w:hAnsi="Times New Roman" w:cs="Times New Roman"/>
          <w:b/>
          <w:sz w:val="28"/>
          <w:szCs w:val="28"/>
        </w:rPr>
      </w:pPr>
    </w:p>
    <w:p w14:paraId="152AEF7F" w14:textId="003C967B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INDUSTRIAL &amp; WORK EXPERIENCE</w:t>
      </w:r>
    </w:p>
    <w:p w14:paraId="29D58ADA" w14:textId="77777777" w:rsidR="00F97F35" w:rsidRDefault="00F97F35">
      <w:pPr>
        <w:rPr>
          <w:rFonts w:ascii="Times New Roman" w:hAnsi="Times New Roman" w:cs="Times New Roman"/>
          <w:b/>
          <w:sz w:val="28"/>
          <w:szCs w:val="28"/>
        </w:rPr>
      </w:pPr>
    </w:p>
    <w:p w14:paraId="2B32931C" w14:textId="112A9652" w:rsidR="009E1811" w:rsidRPr="00F97F35" w:rsidRDefault="00000000">
      <w:pPr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LTT Coastal and Marine — Cadet | June 2025</w:t>
      </w:r>
    </w:p>
    <w:p w14:paraId="4E4266F2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Assisted with mechanical maintenance activities on marine machinery and equipment.</w:t>
      </w:r>
    </w:p>
    <w:p w14:paraId="64744095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Participated in equipment inspection and monitoring.</w:t>
      </w:r>
    </w:p>
    <w:p w14:paraId="5ADE78D5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Assisted with supervision of maintenance activities.</w:t>
      </w:r>
    </w:p>
    <w:p w14:paraId="23CE6204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Gained practical exposure to marine engineering operations and machinery.</w:t>
      </w:r>
    </w:p>
    <w:p w14:paraId="3F92F6BD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lastRenderedPageBreak/>
        <w:t>Developed an understanding of machinery operation and maintenance procedures.</w:t>
      </w:r>
    </w:p>
    <w:p w14:paraId="76540AAD" w14:textId="77777777" w:rsidR="00F97F35" w:rsidRDefault="00F97F35">
      <w:pPr>
        <w:rPr>
          <w:rFonts w:ascii="Times New Roman" w:hAnsi="Times New Roman" w:cs="Times New Roman"/>
          <w:b/>
          <w:sz w:val="28"/>
          <w:szCs w:val="28"/>
        </w:rPr>
      </w:pPr>
    </w:p>
    <w:p w14:paraId="04108ED9" w14:textId="3E023911" w:rsidR="009E1811" w:rsidRPr="00F97F35" w:rsidRDefault="00000000">
      <w:pPr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High Guy Tech — Apprentice | October 2021</w:t>
      </w:r>
    </w:p>
    <w:p w14:paraId="0A44DAAD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Assisted with mechanical maintenance activities.</w:t>
      </w:r>
    </w:p>
    <w:p w14:paraId="0E85C909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Participated in inspection and basic servicing of mechanical equipment.</w:t>
      </w:r>
    </w:p>
    <w:p w14:paraId="3D7E1BDC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Developed practical understanding of machinery operation and maintenance.</w:t>
      </w:r>
    </w:p>
    <w:p w14:paraId="29FFAC9A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Assisted with troubleshooting and routine maintenance activities.</w:t>
      </w:r>
    </w:p>
    <w:p w14:paraId="4A398859" w14:textId="77777777" w:rsidR="00F97F35" w:rsidRDefault="00F97F35">
      <w:pPr>
        <w:spacing w:before="120" w:after="40"/>
        <w:rPr>
          <w:rFonts w:ascii="Times New Roman" w:hAnsi="Times New Roman" w:cs="Times New Roman"/>
          <w:b/>
          <w:sz w:val="28"/>
          <w:szCs w:val="28"/>
        </w:rPr>
      </w:pPr>
    </w:p>
    <w:p w14:paraId="508D5614" w14:textId="2DAC68B4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FINAL-YEAR ENGINEERING PROJECT</w:t>
      </w:r>
    </w:p>
    <w:p w14:paraId="592C17B4" w14:textId="77777777" w:rsidR="009E1811" w:rsidRPr="00F97F35" w:rsidRDefault="00000000">
      <w:pPr>
        <w:rPr>
          <w:rFonts w:ascii="Times New Roman" w:hAnsi="Times New Roman" w:cs="Times New Roman"/>
          <w:bCs/>
          <w:sz w:val="28"/>
          <w:szCs w:val="28"/>
        </w:rPr>
      </w:pPr>
      <w:r w:rsidRPr="00F97F35">
        <w:rPr>
          <w:rFonts w:ascii="Times New Roman" w:hAnsi="Times New Roman" w:cs="Times New Roman"/>
          <w:bCs/>
          <w:sz w:val="28"/>
          <w:szCs w:val="28"/>
        </w:rPr>
        <w:t>Designing an ORC for a Typical Marine Diesel Generator</w:t>
      </w:r>
    </w:p>
    <w:p w14:paraId="0B963773" w14:textId="77777777" w:rsidR="009E1811" w:rsidRPr="00F97F35" w:rsidRDefault="00000000">
      <w:pPr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Software: SolidWorks</w:t>
      </w:r>
    </w:p>
    <w:p w14:paraId="1CD9EF33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Designed an Organic Rankine Cycle (ORC) evaporator and turbine for a typical marine diesel generator.</w:t>
      </w:r>
    </w:p>
    <w:p w14:paraId="6FBA48BF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Developed the engineering design of the evaporator and turbine.</w:t>
      </w:r>
    </w:p>
    <w:p w14:paraId="5885C3B1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Performed simulation of the designed evaporator and turbine.</w:t>
      </w:r>
    </w:p>
    <w:p w14:paraId="1EB14454" w14:textId="4F279EC1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Compared t</w:t>
      </w:r>
      <w:r w:rsidR="00F97F35">
        <w:rPr>
          <w:rFonts w:ascii="Times New Roman" w:hAnsi="Times New Roman" w:cs="Times New Roman"/>
          <w:sz w:val="28"/>
          <w:szCs w:val="28"/>
        </w:rPr>
        <w:t>hermodynamics</w:t>
      </w:r>
      <w:r w:rsidRPr="00F97F35">
        <w:rPr>
          <w:rFonts w:ascii="Times New Roman" w:hAnsi="Times New Roman" w:cs="Times New Roman"/>
          <w:sz w:val="28"/>
          <w:szCs w:val="28"/>
        </w:rPr>
        <w:t xml:space="preserve"> analysis results with simulation results.</w:t>
      </w:r>
    </w:p>
    <w:p w14:paraId="11971AFE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Applied principles of thermodynamics, heat transfer and mechanical design during the project.</w:t>
      </w:r>
    </w:p>
    <w:p w14:paraId="6CF338E5" w14:textId="77777777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TECHNICAL SKILLS</w:t>
      </w:r>
    </w:p>
    <w:p w14:paraId="49DA92FD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Mechanical Maintenance</w:t>
      </w:r>
    </w:p>
    <w:p w14:paraId="6145E008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Machinery Operation</w:t>
      </w:r>
    </w:p>
    <w:p w14:paraId="50B070DE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Equipment Inspection</w:t>
      </w:r>
    </w:p>
    <w:p w14:paraId="1BE6C5F3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Mechanical Troubleshooting</w:t>
      </w:r>
    </w:p>
    <w:p w14:paraId="7F44B1D2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Marine Machinery</w:t>
      </w:r>
    </w:p>
    <w:p w14:paraId="0966CE7D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Mechanical Design</w:t>
      </w:r>
    </w:p>
    <w:p w14:paraId="480C3500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Engineering Drawing</w:t>
      </w:r>
    </w:p>
    <w:p w14:paraId="175A258E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CAD Design</w:t>
      </w:r>
    </w:p>
    <w:p w14:paraId="785F8948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Basic SolidWorks</w:t>
      </w:r>
    </w:p>
    <w:p w14:paraId="0422810D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AutoCAD</w:t>
      </w:r>
    </w:p>
    <w:p w14:paraId="3ABD86CC" w14:textId="77777777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SOFTWARE SKILLS</w:t>
      </w:r>
    </w:p>
    <w:p w14:paraId="13E906FF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AutoCAD — Good working knowledge</w:t>
      </w:r>
    </w:p>
    <w:p w14:paraId="6DBE11AB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SolidWorks — Basic/working knowledge</w:t>
      </w:r>
    </w:p>
    <w:p w14:paraId="2FB8AD55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Microsoft Word — Good working knowledge</w:t>
      </w:r>
    </w:p>
    <w:p w14:paraId="5ADE520C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lastRenderedPageBreak/>
        <w:t>Microsoft Excel — Basic knowledge</w:t>
      </w:r>
    </w:p>
    <w:p w14:paraId="1DFE6ABB" w14:textId="77777777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ADDITIONAL TECHNICAL EXPERIENCE</w:t>
      </w:r>
    </w:p>
    <w:p w14:paraId="44514FA4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Automobile maintenance and operation</w:t>
      </w:r>
    </w:p>
    <w:p w14:paraId="7E6919E5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Practical machinery maintenance</w:t>
      </w:r>
    </w:p>
    <w:p w14:paraId="211365CC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Equipment inspection</w:t>
      </w:r>
    </w:p>
    <w:p w14:paraId="0035037A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Understanding of mechanical machinery working principles</w:t>
      </w:r>
    </w:p>
    <w:p w14:paraId="0CD313EC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Marine engineering operations</w:t>
      </w:r>
    </w:p>
    <w:p w14:paraId="18B00BD8" w14:textId="77777777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CERTIFICATIONS &amp; TRAINING</w:t>
      </w:r>
    </w:p>
    <w:p w14:paraId="34C32DC9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STCW / Marine Training Certification</w:t>
      </w:r>
    </w:p>
    <w:p w14:paraId="3EC037D2" w14:textId="77777777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PROFESSIONAL STRENGTHS</w:t>
      </w:r>
    </w:p>
    <w:p w14:paraId="6F2A5388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Technical problem-solving</w:t>
      </w:r>
    </w:p>
    <w:p w14:paraId="45D381A4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Willingness to learn</w:t>
      </w:r>
    </w:p>
    <w:p w14:paraId="5E214685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Mechanical aptitude</w:t>
      </w:r>
    </w:p>
    <w:p w14:paraId="3D9B4345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Teamwork</w:t>
      </w:r>
    </w:p>
    <w:p w14:paraId="08707793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Equipment observation and inspection</w:t>
      </w:r>
    </w:p>
    <w:p w14:paraId="5DA7FD25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Adaptability</w:t>
      </w:r>
    </w:p>
    <w:p w14:paraId="10A75DDE" w14:textId="77777777" w:rsidR="009E1811" w:rsidRPr="00F97F35" w:rsidRDefault="00000000">
      <w:pPr>
        <w:pStyle w:val="ListBullet"/>
        <w:spacing w:after="0"/>
        <w:ind w:left="288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Practical approach to engineering tasks</w:t>
      </w:r>
    </w:p>
    <w:p w14:paraId="7FC8D6ED" w14:textId="77777777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NYSC STATUS</w:t>
      </w:r>
    </w:p>
    <w:p w14:paraId="56EA34A9" w14:textId="77777777" w:rsidR="009E1811" w:rsidRPr="00F97F35" w:rsidRDefault="00000000">
      <w:pPr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Yet to serve</w:t>
      </w:r>
    </w:p>
    <w:p w14:paraId="71F32D41" w14:textId="77777777" w:rsidR="009E1811" w:rsidRPr="00F97F35" w:rsidRDefault="00000000">
      <w:pPr>
        <w:spacing w:before="120" w:after="40"/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b/>
          <w:sz w:val="28"/>
          <w:szCs w:val="28"/>
        </w:rPr>
        <w:t>REFERENCES</w:t>
      </w:r>
    </w:p>
    <w:p w14:paraId="191C0C1B" w14:textId="77777777" w:rsidR="009E1811" w:rsidRPr="00F97F35" w:rsidRDefault="00000000">
      <w:pPr>
        <w:rPr>
          <w:rFonts w:ascii="Times New Roman" w:hAnsi="Times New Roman" w:cs="Times New Roman"/>
          <w:sz w:val="28"/>
          <w:szCs w:val="28"/>
        </w:rPr>
      </w:pPr>
      <w:r w:rsidRPr="00F97F35">
        <w:rPr>
          <w:rFonts w:ascii="Times New Roman" w:hAnsi="Times New Roman" w:cs="Times New Roman"/>
          <w:sz w:val="28"/>
          <w:szCs w:val="28"/>
        </w:rPr>
        <w:t>Available upon request.</w:t>
      </w:r>
    </w:p>
    <w:sectPr w:rsidR="009E1811" w:rsidRPr="00F97F35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7913997">
    <w:abstractNumId w:val="8"/>
  </w:num>
  <w:num w:numId="2" w16cid:durableId="1817606614">
    <w:abstractNumId w:val="6"/>
  </w:num>
  <w:num w:numId="3" w16cid:durableId="1290238398">
    <w:abstractNumId w:val="5"/>
  </w:num>
  <w:num w:numId="4" w16cid:durableId="629091351">
    <w:abstractNumId w:val="4"/>
  </w:num>
  <w:num w:numId="5" w16cid:durableId="1507016251">
    <w:abstractNumId w:val="7"/>
  </w:num>
  <w:num w:numId="6" w16cid:durableId="1914200897">
    <w:abstractNumId w:val="3"/>
  </w:num>
  <w:num w:numId="7" w16cid:durableId="1352880040">
    <w:abstractNumId w:val="2"/>
  </w:num>
  <w:num w:numId="8" w16cid:durableId="2137942251">
    <w:abstractNumId w:val="1"/>
  </w:num>
  <w:num w:numId="9" w16cid:durableId="2132550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E1811"/>
    <w:rsid w:val="00AA1D8D"/>
    <w:rsid w:val="00B47730"/>
    <w:rsid w:val="00C62353"/>
    <w:rsid w:val="00CB0664"/>
    <w:rsid w:val="00F97F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2F28B1"/>
  <w14:defaultImageDpi w14:val="300"/>
  <w15:docId w15:val="{D71E5BAE-3CDB-4B9E-93D6-676821BA1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2026-09-23T13:43:00Z</dcterms:modified>
  <cp:category/>
</cp:coreProperties>
</file>