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DAMILOLA ROFIAT OMOTAYO</w:t>
      </w:r>
    </w:p>
    <w:p>
      <w:pPr>
        <w:spacing w:after="160"/>
        <w:jc w:val="center"/>
      </w:pPr>
      <w:r>
        <w:rPr>
          <w:sz w:val="19"/>
        </w:rPr>
        <w:t>Ikorodu, Lagos  |  Omotayodamilola787@gmail.com</w:t>
      </w:r>
    </w:p>
    <w:p>
      <w:pPr>
        <w:spacing w:before="140" w:after="60"/>
        <w:pBdr>
          <w:bottom w:val="single" w:sz="6" w:space="1" w:color="808080"/>
        </w:pBdr>
      </w:pPr>
      <w:r>
        <w:rPr>
          <w:b/>
          <w:sz w:val="20"/>
        </w:rPr>
        <w:t>PROFESSIONAL SUMMARY</w:t>
      </w:r>
    </w:p>
    <w:p>
      <w:r>
        <w:t>Customer-focused and organised professional with experience in customer service, front desk administration, retail operations and office support. Skilled in handling customer enquiries, maintaining records, coordinating inventory, processing cash transactions and supporting day-to-day business operations. Proficient in Microsoft Office, with an HND in Microbiology. Seeking a customer service, administrative, operations or data-support role.</w:t>
      </w:r>
    </w:p>
    <w:p>
      <w:pPr>
        <w:spacing w:before="140" w:after="60"/>
        <w:pBdr>
          <w:bottom w:val="single" w:sz="6" w:space="1" w:color="808080"/>
        </w:pBdr>
      </w:pPr>
      <w:r>
        <w:rPr>
          <w:b/>
          <w:sz w:val="20"/>
        </w:rPr>
        <w:t>CORE COMPETENCIES</w:t>
      </w:r>
    </w:p>
    <w:p>
      <w:r>
        <w:t>Customer Service &amp; Complaint Resolution  •  Administrative Support  •  Record Keeping  •  Inventory Coordination  •  Cash Handling  •  Microsoft Word, Excel &amp; PowerPoint  •  Communication  •  Time Management  •  Problem Solving</w:t>
      </w:r>
    </w:p>
    <w:p>
      <w:pPr>
        <w:spacing w:before="140" w:after="60"/>
        <w:pBdr>
          <w:bottom w:val="single" w:sz="6" w:space="1" w:color="808080"/>
        </w:pBdr>
      </w:pPr>
      <w:r>
        <w:rPr>
          <w:b/>
          <w:sz w:val="20"/>
        </w:rPr>
        <w:t>PROFESSIONAL EXPERIENCE</w:t>
      </w:r>
    </w:p>
    <w:p>
      <w:pPr>
        <w:spacing w:before="60" w:after="20"/>
      </w:pPr>
      <w:r>
        <w:rPr>
          <w:b/>
          <w:sz w:val="20"/>
        </w:rPr>
        <w:t>Retail Operations Manager</w:t>
      </w:r>
      <w:r>
        <w:rPr>
          <w:i/>
        </w:rPr>
        <w:t xml:space="preserve">  |  Ilyaspoly, Ikorodu</w:t>
      </w:r>
      <w:r>
        <w:br/>
        <w:t>2022–2025</w:t>
      </w:r>
    </w:p>
    <w:p>
      <w:pPr>
        <w:pStyle w:val="ListBullet"/>
        <w:spacing w:after="20"/>
        <w:ind w:left="259"/>
      </w:pPr>
      <w:r>
        <w:t>Managed daily retail operations, including stock control, supplier coordination and customer service.</w:t>
      </w:r>
    </w:p>
    <w:p>
      <w:pPr>
        <w:pStyle w:val="ListBullet"/>
        <w:spacing w:after="20"/>
        <w:ind w:left="259"/>
      </w:pPr>
      <w:r>
        <w:t>Maintained sales records, monitored cash transactions and supported daily reconciliation.</w:t>
      </w:r>
    </w:p>
    <w:p>
      <w:pPr>
        <w:pStyle w:val="ListBullet"/>
        <w:spacing w:after="20"/>
        <w:ind w:left="259"/>
      </w:pPr>
      <w:r>
        <w:t>Handled customer enquiries and complaints professionally, ensuring timely and satisfactory resolution.</w:t>
      </w:r>
    </w:p>
    <w:p>
      <w:pPr>
        <w:pStyle w:val="ListBullet"/>
        <w:spacing w:after="20"/>
        <w:ind w:left="259"/>
      </w:pPr>
      <w:r>
        <w:t>Coordinated inventory replenishment and maintained organised product records.</w:t>
      </w:r>
    </w:p>
    <w:p>
      <w:pPr>
        <w:pStyle w:val="ListBullet"/>
        <w:spacing w:after="20"/>
        <w:ind w:left="259"/>
      </w:pPr>
      <w:r>
        <w:t>Built strong customer relationships through dependable service and effective communication.</w:t>
      </w:r>
    </w:p>
    <w:p>
      <w:pPr>
        <w:spacing w:before="60" w:after="20"/>
      </w:pPr>
      <w:r>
        <w:rPr>
          <w:b/>
          <w:sz w:val="20"/>
        </w:rPr>
        <w:t>Customer Service Representative</w:t>
      </w:r>
      <w:r>
        <w:rPr>
          <w:i/>
        </w:rPr>
        <w:t xml:space="preserve">  |  Outcess Solutions Nigeria Ltd</w:t>
      </w:r>
      <w:r>
        <w:br/>
        <w:t>2022</w:t>
      </w:r>
    </w:p>
    <w:p>
      <w:pPr>
        <w:pStyle w:val="ListBullet"/>
        <w:spacing w:after="20"/>
        <w:ind w:left="259"/>
      </w:pPr>
      <w:r>
        <w:t>Responded to customer enquiries and provided clear, professional assistance.</w:t>
      </w:r>
    </w:p>
    <w:p>
      <w:pPr>
        <w:pStyle w:val="ListBullet"/>
        <w:spacing w:after="20"/>
        <w:ind w:left="259"/>
      </w:pPr>
      <w:r>
        <w:t>Resolved customer complaints while maintaining a positive and service-focused approach.</w:t>
      </w:r>
    </w:p>
    <w:p>
      <w:pPr>
        <w:pStyle w:val="ListBullet"/>
        <w:spacing w:after="20"/>
        <w:ind w:left="259"/>
      </w:pPr>
      <w:r>
        <w:t>Updated customer information and maintained accurate service records.</w:t>
      </w:r>
    </w:p>
    <w:p>
      <w:pPr>
        <w:spacing w:before="60" w:after="20"/>
      </w:pPr>
      <w:r>
        <w:rPr>
          <w:b/>
          <w:sz w:val="20"/>
        </w:rPr>
        <w:t>Front Desk Officer</w:t>
      </w:r>
      <w:r>
        <w:rPr>
          <w:i/>
        </w:rPr>
        <w:t xml:space="preserve">  |  Ayodimeji Olalekan &amp; Co.</w:t>
      </w:r>
      <w:r>
        <w:br/>
        <w:t>2020</w:t>
      </w:r>
    </w:p>
    <w:p>
      <w:pPr>
        <w:pStyle w:val="ListBullet"/>
        <w:spacing w:after="20"/>
        <w:ind w:left="259"/>
      </w:pPr>
      <w:r>
        <w:t>Welcomed visitors, managed incoming calls and directed enquiries appropriately.</w:t>
      </w:r>
    </w:p>
    <w:p>
      <w:pPr>
        <w:pStyle w:val="ListBullet"/>
        <w:spacing w:after="20"/>
        <w:ind w:left="259"/>
      </w:pPr>
      <w:r>
        <w:t>Provided administrative support and maintained office records and correspondence.</w:t>
      </w:r>
    </w:p>
    <w:p>
      <w:pPr>
        <w:pStyle w:val="ListBullet"/>
        <w:spacing w:after="20"/>
        <w:ind w:left="259"/>
      </w:pPr>
      <w:r>
        <w:t>Supported the smooth running of daily front desk and office activities.</w:t>
      </w:r>
    </w:p>
    <w:p>
      <w:pPr>
        <w:spacing w:before="60" w:after="20"/>
      </w:pPr>
      <w:r>
        <w:rPr>
          <w:b/>
          <w:sz w:val="20"/>
        </w:rPr>
        <w:t>Presiding Officer</w:t>
      </w:r>
      <w:r>
        <w:rPr>
          <w:i/>
        </w:rPr>
        <w:t xml:space="preserve">  |  Independent National Electoral Commission (INEC)</w:t>
      </w:r>
      <w:r>
        <w:br/>
        <w:t>2019</w:t>
      </w:r>
    </w:p>
    <w:p>
      <w:pPr>
        <w:pStyle w:val="ListBullet"/>
        <w:spacing w:after="20"/>
        <w:ind w:left="259"/>
      </w:pPr>
      <w:r>
        <w:t>Coordinated polling activities in line with assigned procedures and responsibilities.</w:t>
      </w:r>
    </w:p>
    <w:p>
      <w:pPr>
        <w:pStyle w:val="ListBullet"/>
        <w:spacing w:after="20"/>
        <w:ind w:left="259"/>
      </w:pPr>
      <w:r>
        <w:t>Completed and maintained election-related documentation accurately.</w:t>
      </w:r>
    </w:p>
    <w:p>
      <w:pPr>
        <w:spacing w:before="60" w:after="20"/>
      </w:pPr>
      <w:r>
        <w:rPr>
          <w:b/>
          <w:sz w:val="20"/>
        </w:rPr>
        <w:t>Secretary, NYSC</w:t>
      </w:r>
      <w:r>
        <w:rPr>
          <w:i/>
        </w:rPr>
        <w:t xml:space="preserve">  |  Ifon High School</w:t>
      </w:r>
      <w:r>
        <w:br/>
        <w:t>2018–2019</w:t>
      </w:r>
    </w:p>
    <w:p>
      <w:pPr>
        <w:pStyle w:val="ListBullet"/>
        <w:spacing w:after="20"/>
        <w:ind w:left="259"/>
      </w:pPr>
      <w:r>
        <w:t>Managed correspondence, documentation and routine office records.</w:t>
      </w:r>
    </w:p>
    <w:p>
      <w:pPr>
        <w:pStyle w:val="ListBullet"/>
        <w:spacing w:after="20"/>
        <w:ind w:left="259"/>
      </w:pPr>
      <w:r>
        <w:t>Provided administrative support to staff and assisted with daily school office activities.</w:t>
      </w:r>
    </w:p>
    <w:p>
      <w:pPr>
        <w:spacing w:before="140" w:after="60"/>
        <w:pBdr>
          <w:bottom w:val="single" w:sz="6" w:space="1" w:color="808080"/>
        </w:pBdr>
      </w:pPr>
      <w:r>
        <w:rPr>
          <w:b/>
          <w:sz w:val="20"/>
        </w:rPr>
        <w:t>EDUCATION</w:t>
      </w:r>
    </w:p>
    <w:p>
      <w:r>
        <w:t>Higher National Diploma (HND), Microbiology — Kwara State Polytechnic, 2018</w:t>
      </w:r>
    </w:p>
    <w:p>
      <w:r>
        <w:t>National Diploma (ND), Science Laboratory Technology — Kwara State Polytechnic, 2015</w:t>
      </w:r>
    </w:p>
    <w:p>
      <w:pPr>
        <w:spacing w:before="140" w:after="60"/>
        <w:pBdr>
          <w:bottom w:val="single" w:sz="6" w:space="1" w:color="808080"/>
        </w:pBdr>
      </w:pPr>
      <w:r>
        <w:rPr>
          <w:b/>
          <w:sz w:val="20"/>
        </w:rPr>
        <w:t>CERTIFICATION</w:t>
      </w:r>
    </w:p>
    <w:p>
      <w:r>
        <w:t>Fundamentals of Digital Marketing — 2020</w:t>
      </w:r>
    </w:p>
    <w:p>
      <w:pPr>
        <w:spacing w:before="140" w:after="60"/>
        <w:pBdr>
          <w:bottom w:val="single" w:sz="6" w:space="1" w:color="808080"/>
        </w:pBdr>
      </w:pPr>
      <w:r>
        <w:rPr>
          <w:b/>
          <w:sz w:val="20"/>
        </w:rPr>
        <w:t>REFERENCES</w:t>
      </w:r>
    </w:p>
    <w:p>
      <w:r>
        <w:t>Available upon request.</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