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rFonts w:ascii="Arial" w:hAnsi="Arial"/>
          <w:b/>
          <w:sz w:val="32"/>
        </w:rPr>
        <w:t>KPOKPO DESTINY</w:t>
      </w:r>
    </w:p>
    <w:p>
      <w:pPr>
        <w:spacing w:before="0" w:after="20"/>
        <w:jc w:val="center"/>
      </w:pPr>
      <w:r>
        <w:rPr>
          <w:rFonts w:ascii="Arial" w:hAnsi="Arial"/>
          <w:b w:val="0"/>
          <w:sz w:val="19"/>
        </w:rPr>
        <w:t>08057285912  |  destinykpokpo569@gmail.com</w:t>
      </w:r>
    </w:p>
    <w:p>
      <w:pPr>
        <w:spacing w:before="0" w:after="100"/>
        <w:jc w:val="center"/>
      </w:pPr>
      <w:r>
        <w:rPr>
          <w:rFonts w:ascii="Arial" w:hAnsi="Arial"/>
          <w:b w:val="0"/>
          <w:sz w:val="18"/>
        </w:rPr>
        <w:t>Gadaffi Street, Off Ibori Ogharefe, Oghara, Delta State, Nigeria</w:t>
      </w:r>
    </w:p>
    <w:p>
      <w:pPr>
        <w:spacing w:before="100" w:after="40"/>
        <w:pBdr>
          <w:bottom w:val="single" w:sz="6" w:space="1" w:color="000000"/>
        </w:pBdr>
      </w:pPr>
      <w:r>
        <w:rPr>
          <w:rFonts w:ascii="Arial" w:hAnsi="Arial"/>
          <w:b/>
          <w:sz w:val="21"/>
        </w:rPr>
        <w:t>PROFESSIONAL PROFILE</w:t>
      </w:r>
    </w:p>
    <w:p>
      <w:pPr>
        <w:spacing w:before="0" w:after="40"/>
      </w:pPr>
      <w:r>
        <w:rPr>
          <w:rFonts w:ascii="Arial" w:hAnsi="Arial"/>
          <w:b w:val="0"/>
          <w:sz w:val="19"/>
        </w:rPr>
        <w:t>A motivated and hardworking Business Administration and Management graduate with National Diploma (ND) and Higher National Diploma (HND) qualifications. Possesses one year of work experience at Mary Land Fast Food. Responsible, adaptable, and organized, with good communication, customer service, and teamwork skills. Eager to contribute positively to a professional organization and grow professionally.</w:t>
      </w:r>
    </w:p>
    <w:p>
      <w:pPr>
        <w:spacing w:before="100" w:after="40"/>
        <w:pBdr>
          <w:bottom w:val="single" w:sz="6" w:space="1" w:color="000000"/>
        </w:pBdr>
      </w:pPr>
      <w:r>
        <w:rPr>
          <w:rFonts w:ascii="Arial" w:hAnsi="Arial"/>
          <w:b/>
          <w:sz w:val="21"/>
        </w:rPr>
        <w:t>EDUCATIONAL BACKGROUND</w:t>
      </w:r>
    </w:p>
    <w:p>
      <w:pPr>
        <w:spacing w:before="0" w:after="40"/>
      </w:pPr>
      <w:r>
        <w:rPr>
          <w:rFonts w:ascii="Arial" w:hAnsi="Arial"/>
          <w:b/>
          <w:sz w:val="19"/>
        </w:rPr>
        <w:t>Higher National Diploma (HND) – Business Administration and Management</w:t>
      </w:r>
    </w:p>
    <w:p>
      <w:pPr>
        <w:spacing w:before="0" w:after="40"/>
      </w:pPr>
      <w:r>
        <w:rPr>
          <w:rFonts w:ascii="Arial" w:hAnsi="Arial"/>
          <w:b w:val="0"/>
          <w:sz w:val="19"/>
        </w:rPr>
        <w:t>Delta State Polytechnic, Otefe-Oghara | 2021–2023</w:t>
      </w:r>
    </w:p>
    <w:p>
      <w:pPr>
        <w:spacing w:before="0" w:after="40"/>
      </w:pPr>
      <w:r>
        <w:rPr>
          <w:rFonts w:ascii="Arial" w:hAnsi="Arial"/>
          <w:b/>
          <w:sz w:val="19"/>
        </w:rPr>
        <w:t>National Diploma (ND) – Business Administration and Management</w:t>
      </w:r>
    </w:p>
    <w:p>
      <w:pPr>
        <w:spacing w:before="0" w:after="40"/>
      </w:pPr>
      <w:r>
        <w:rPr>
          <w:rFonts w:ascii="Arial" w:hAnsi="Arial"/>
          <w:b w:val="0"/>
          <w:sz w:val="19"/>
        </w:rPr>
        <w:t>Delta State Polytechnic, Otefe-Oghara | 2019–2021</w:t>
      </w:r>
    </w:p>
    <w:p>
      <w:pPr>
        <w:spacing w:before="0" w:after="40"/>
      </w:pPr>
      <w:r>
        <w:rPr>
          <w:rFonts w:ascii="Arial" w:hAnsi="Arial"/>
          <w:b/>
          <w:sz w:val="19"/>
        </w:rPr>
        <w:t>Senior Secondary School Certificate (SSCE)</w:t>
      </w:r>
    </w:p>
    <w:p>
      <w:pPr>
        <w:spacing w:before="0" w:after="40"/>
      </w:pPr>
      <w:r>
        <w:rPr>
          <w:rFonts w:ascii="Arial" w:hAnsi="Arial"/>
          <w:b w:val="0"/>
          <w:sz w:val="19"/>
        </w:rPr>
        <w:t>Eagles Education Center | 2018</w:t>
      </w:r>
    </w:p>
    <w:p>
      <w:pPr>
        <w:spacing w:before="100" w:after="40"/>
        <w:pBdr>
          <w:bottom w:val="single" w:sz="6" w:space="1" w:color="000000"/>
        </w:pBdr>
      </w:pPr>
      <w:r>
        <w:rPr>
          <w:rFonts w:ascii="Arial" w:hAnsi="Arial"/>
          <w:b/>
          <w:sz w:val="21"/>
        </w:rPr>
        <w:t>PROFESSIONAL EXPERIENCE</w:t>
      </w:r>
    </w:p>
    <w:p>
      <w:pPr>
        <w:spacing w:before="0" w:after="40"/>
      </w:pPr>
      <w:r>
        <w:rPr>
          <w:rFonts w:ascii="Arial" w:hAnsi="Arial"/>
          <w:b/>
          <w:sz w:val="19"/>
        </w:rPr>
        <w:t>Community Secondary School, Nihi, Rivers State — Staff</w:t>
      </w:r>
    </w:p>
    <w:p>
      <w:pPr>
        <w:spacing w:before="0" w:after="40"/>
      </w:pPr>
      <w:r>
        <w:rPr>
          <w:rFonts w:ascii="Arial" w:hAnsi="Arial"/>
          <w:b w:val="0"/>
          <w:sz w:val="19"/>
        </w:rPr>
        <w:t>• Performed assigned duties responsibly and professionally.</w:t>
      </w:r>
    </w:p>
    <w:p>
      <w:pPr>
        <w:spacing w:before="0" w:after="40"/>
      </w:pPr>
      <w:r>
        <w:rPr>
          <w:rFonts w:ascii="Arial" w:hAnsi="Arial"/>
          <w:b w:val="0"/>
          <w:sz w:val="19"/>
        </w:rPr>
        <w:t>• Supported the smooth running of daily activities.</w:t>
      </w:r>
    </w:p>
    <w:p>
      <w:pPr>
        <w:spacing w:before="0" w:after="40"/>
      </w:pPr>
      <w:r>
        <w:rPr>
          <w:rFonts w:ascii="Arial" w:hAnsi="Arial"/>
          <w:b w:val="0"/>
          <w:sz w:val="19"/>
        </w:rPr>
        <w:t>• Worked cooperatively with colleagues and maintained good communication.</w:t>
      </w:r>
    </w:p>
    <w:p>
      <w:pPr>
        <w:spacing w:before="0" w:after="40"/>
      </w:pPr>
      <w:r>
        <w:rPr>
          <w:rFonts w:ascii="Arial" w:hAnsi="Arial"/>
          <w:b/>
          <w:sz w:val="19"/>
        </w:rPr>
        <w:t>Mary Land Fast Food — Staff</w:t>
      </w:r>
    </w:p>
    <w:p>
      <w:pPr>
        <w:spacing w:before="0" w:after="40"/>
      </w:pPr>
      <w:r>
        <w:rPr>
          <w:rFonts w:ascii="Arial" w:hAnsi="Arial"/>
          <w:b w:val="0"/>
          <w:sz w:val="19"/>
        </w:rPr>
        <w:t>Duration: One Year</w:t>
      </w:r>
    </w:p>
    <w:p>
      <w:pPr>
        <w:spacing w:before="0" w:after="40"/>
      </w:pPr>
      <w:r>
        <w:rPr>
          <w:rFonts w:ascii="Arial" w:hAnsi="Arial"/>
          <w:b w:val="0"/>
          <w:sz w:val="19"/>
        </w:rPr>
        <w:t>• Assisted with daily business operations.</w:t>
      </w:r>
    </w:p>
    <w:p>
      <w:pPr>
        <w:spacing w:before="0" w:after="40"/>
      </w:pPr>
      <w:r>
        <w:rPr>
          <w:rFonts w:ascii="Arial" w:hAnsi="Arial"/>
          <w:b w:val="0"/>
          <w:sz w:val="19"/>
        </w:rPr>
        <w:t>• Attended to customers and maintained good customer relationships.</w:t>
      </w:r>
    </w:p>
    <w:p>
      <w:pPr>
        <w:spacing w:before="0" w:after="40"/>
      </w:pPr>
      <w:r>
        <w:rPr>
          <w:rFonts w:ascii="Arial" w:hAnsi="Arial"/>
          <w:b w:val="0"/>
          <w:sz w:val="19"/>
        </w:rPr>
        <w:t>• Worked effectively with other members of staff.</w:t>
      </w:r>
    </w:p>
    <w:p>
      <w:pPr>
        <w:spacing w:before="0" w:after="40"/>
      </w:pPr>
      <w:r>
        <w:rPr>
          <w:rFonts w:ascii="Arial" w:hAnsi="Arial"/>
          <w:b w:val="0"/>
          <w:sz w:val="19"/>
        </w:rPr>
        <w:t>• Maintained an organized and productive work environment.</w:t>
      </w:r>
    </w:p>
    <w:p>
      <w:pPr>
        <w:spacing w:before="0" w:after="40"/>
      </w:pPr>
      <w:r>
        <w:rPr>
          <w:rFonts w:ascii="Arial" w:hAnsi="Arial"/>
          <w:b w:val="0"/>
          <w:sz w:val="19"/>
        </w:rPr>
        <w:t>• Carried out assigned duties responsibly and efficiently.</w:t>
      </w:r>
    </w:p>
    <w:p>
      <w:pPr>
        <w:spacing w:before="100" w:after="40"/>
        <w:pBdr>
          <w:bottom w:val="single" w:sz="6" w:space="1" w:color="000000"/>
        </w:pBdr>
      </w:pPr>
      <w:r>
        <w:rPr>
          <w:rFonts w:ascii="Arial" w:hAnsi="Arial"/>
          <w:b/>
          <w:sz w:val="21"/>
        </w:rPr>
        <w:t>UNDERGRADUATE RESEARCH</w:t>
      </w:r>
    </w:p>
    <w:p>
      <w:pPr>
        <w:spacing w:before="0" w:after="40"/>
      </w:pPr>
      <w:r>
        <w:rPr>
          <w:rFonts w:ascii="Arial" w:hAnsi="Arial"/>
          <w:b w:val="0"/>
          <w:sz w:val="19"/>
        </w:rPr>
        <w:t>Research Topic: The Effect of Environment on Small-Scale Business</w:t>
      </w:r>
    </w:p>
    <w:p>
      <w:pPr>
        <w:spacing w:before="100" w:after="40"/>
        <w:pBdr>
          <w:bottom w:val="single" w:sz="6" w:space="1" w:color="000000"/>
        </w:pBdr>
      </w:pPr>
      <w:r>
        <w:rPr>
          <w:rFonts w:ascii="Arial" w:hAnsi="Arial"/>
          <w:b/>
          <w:sz w:val="21"/>
        </w:rPr>
        <w:t>LEADERSHIP EXPERIENCE</w:t>
      </w:r>
    </w:p>
    <w:p>
      <w:pPr>
        <w:spacing w:before="0" w:after="40"/>
      </w:pPr>
      <w:r>
        <w:rPr>
          <w:rFonts w:ascii="Arial" w:hAnsi="Arial"/>
          <w:b/>
          <w:sz w:val="19"/>
        </w:rPr>
        <w:t>Accounting Course Representative</w:t>
      </w:r>
    </w:p>
    <w:p>
      <w:pPr>
        <w:spacing w:before="0" w:after="40"/>
      </w:pPr>
      <w:r>
        <w:rPr>
          <w:rFonts w:ascii="Arial" w:hAnsi="Arial"/>
          <w:b w:val="0"/>
          <w:sz w:val="19"/>
        </w:rPr>
        <w:t>• Represented students in the Accounting course.</w:t>
      </w:r>
    </w:p>
    <w:p>
      <w:pPr>
        <w:spacing w:before="0" w:after="40"/>
      </w:pPr>
      <w:r>
        <w:rPr>
          <w:rFonts w:ascii="Arial" w:hAnsi="Arial"/>
          <w:b w:val="0"/>
          <w:sz w:val="19"/>
        </w:rPr>
        <w:t>• Communicated relevant information between students and course instructors.</w:t>
      </w:r>
    </w:p>
    <w:p>
      <w:pPr>
        <w:spacing w:before="0" w:after="40"/>
      </w:pPr>
      <w:r>
        <w:rPr>
          <w:rFonts w:ascii="Arial" w:hAnsi="Arial"/>
          <w:b w:val="0"/>
          <w:sz w:val="19"/>
        </w:rPr>
        <w:t>• Assisted in coordinating communication among classmates.</w:t>
      </w:r>
    </w:p>
    <w:p>
      <w:pPr>
        <w:spacing w:before="100" w:after="40"/>
        <w:pBdr>
          <w:bottom w:val="single" w:sz="6" w:space="1" w:color="000000"/>
        </w:pBdr>
      </w:pPr>
      <w:r>
        <w:rPr>
          <w:rFonts w:ascii="Arial" w:hAnsi="Arial"/>
          <w:b/>
          <w:sz w:val="21"/>
        </w:rPr>
        <w:t>SKILLS</w:t>
      </w:r>
    </w:p>
    <w:p>
      <w:pPr>
        <w:spacing w:before="0" w:after="40"/>
      </w:pPr>
      <w:r>
        <w:rPr>
          <w:rFonts w:ascii="Arial" w:hAnsi="Arial"/>
          <w:b w:val="0"/>
          <w:sz w:val="19"/>
        </w:rPr>
        <w:t>Communication • Customer Service • Teamwork • Adaptability • Time Management • Organization • Baking • Willingness to Learn</w:t>
      </w:r>
    </w:p>
    <w:p>
      <w:pPr>
        <w:spacing w:before="100" w:after="40"/>
        <w:pBdr>
          <w:bottom w:val="single" w:sz="6" w:space="1" w:color="000000"/>
        </w:pBdr>
      </w:pPr>
      <w:r>
        <w:rPr>
          <w:rFonts w:ascii="Arial" w:hAnsi="Arial"/>
          <w:b/>
          <w:sz w:val="21"/>
        </w:rPr>
        <w:t>CERTIFICATIONS &amp; QUALIFICATIONS</w:t>
      </w:r>
    </w:p>
    <w:p>
      <w:pPr>
        <w:spacing w:before="0" w:after="40"/>
      </w:pPr>
      <w:r>
        <w:rPr>
          <w:rFonts w:ascii="Arial" w:hAnsi="Arial"/>
          <w:b w:val="0"/>
          <w:sz w:val="19"/>
        </w:rPr>
        <w:t>• National Diploma (ND), Business Administration and Management — 2019–2021</w:t>
      </w:r>
    </w:p>
    <w:p>
      <w:pPr>
        <w:spacing w:before="0" w:after="40"/>
      </w:pPr>
      <w:r>
        <w:rPr>
          <w:rFonts w:ascii="Arial" w:hAnsi="Arial"/>
          <w:b w:val="0"/>
          <w:sz w:val="19"/>
        </w:rPr>
        <w:t>• Higher National Diploma (HND), Business Administration and Management — 2021–2023</w:t>
      </w:r>
    </w:p>
    <w:p>
      <w:pPr>
        <w:spacing w:before="0" w:after="40"/>
      </w:pPr>
      <w:r>
        <w:rPr>
          <w:rFonts w:ascii="Arial" w:hAnsi="Arial"/>
          <w:b w:val="0"/>
          <w:sz w:val="19"/>
        </w:rPr>
        <w:t>• National Youth Service Corps (NYSC) Certificate — 2024–2025</w:t>
      </w:r>
    </w:p>
    <w:p>
      <w:pPr>
        <w:spacing w:before="100" w:after="40"/>
        <w:pBdr>
          <w:bottom w:val="single" w:sz="6" w:space="1" w:color="000000"/>
        </w:pBdr>
      </w:pPr>
      <w:r>
        <w:rPr>
          <w:rFonts w:ascii="Arial" w:hAnsi="Arial"/>
          <w:b/>
          <w:sz w:val="21"/>
        </w:rPr>
        <w:t>REFERENCES</w:t>
      </w:r>
    </w:p>
    <w:p>
      <w:pPr>
        <w:spacing w:before="0" w:after="40"/>
      </w:pPr>
      <w:r>
        <w:rPr>
          <w:rFonts w:ascii="Arial" w:hAnsi="Arial"/>
          <w:b w:val="0"/>
          <w:sz w:val="19"/>
        </w:rPr>
        <w:t>Available upon request.</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