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0000"/>
        </w:rPr>
        <w:t>EDEHEMI PAUL ASUQUO</w:t>
      </w:r>
    </w:p>
    <w:p>
      <w:r>
        <w:rPr>
          <w:b/>
          <w:color w:val="000000"/>
        </w:rPr>
        <w:t>AI Video Creator | Visual Designer | Social Media Manager</w:t>
        <w:br/>
      </w:r>
      <w:r>
        <w:rPr>
          <w:b w:val="0"/>
          <w:color w:val="000000"/>
        </w:rPr>
        <w:t>Lagos, Nigeria | 08161245312 | edehemipaul39@gmail.com</w:t>
        <w:br/>
      </w:r>
      <w:r>
        <w:rPr>
          <w:b w:val="0"/>
          <w:color w:val="000000"/>
        </w:rPr>
        <w:t>TikTok: https://vm.tiktok.com/ZS9e1UQkxe717-ej3ho/</w:t>
      </w:r>
    </w:p>
    <w:p/>
    <w:p>
      <w:pPr>
        <w:pStyle w:val="Heading2"/>
      </w:pPr>
      <w:r>
        <w:rPr>
          <w:b/>
          <w:color w:val="000000"/>
        </w:rPr>
        <w:t>PROFESSIONAL SUMMARY</w:t>
      </w:r>
    </w:p>
    <w:p>
      <w:r>
        <w:rPr>
          <w:b w:val="0"/>
          <w:color w:val="000000"/>
        </w:rPr>
        <w:t>Creative and detail-oriented AI video creator and visual designer with experience producing cinematic, faceless video content and managing digital brand presence. Strong in visual storytelling, content strategy, and delivering high-quality creative assets for social media and promotional use.</w:t>
      </w:r>
    </w:p>
    <w:p>
      <w:pPr>
        <w:pStyle w:val="Heading2"/>
      </w:pPr>
      <w:r>
        <w:rPr>
          <w:b/>
          <w:color w:val="000000"/>
        </w:rPr>
        <w:t>CORE SKILLS</w:t>
      </w:r>
    </w:p>
    <w:p>
      <w:pPr>
        <w:pStyle w:val="ListBullet"/>
      </w:pPr>
      <w:r>
        <w:rPr>
          <w:b w:val="0"/>
          <w:color w:val="000000"/>
        </w:rPr>
        <w:t>AI Video Creation &amp; Prompt Engineering</w:t>
      </w:r>
    </w:p>
    <w:p>
      <w:pPr>
        <w:pStyle w:val="ListBullet"/>
      </w:pPr>
      <w:r>
        <w:rPr>
          <w:b w:val="0"/>
          <w:color w:val="000000"/>
        </w:rPr>
        <w:t>Cinematic Concepts &amp; Storyboarding</w:t>
      </w:r>
    </w:p>
    <w:p>
      <w:pPr>
        <w:pStyle w:val="ListBullet"/>
      </w:pPr>
      <w:r>
        <w:rPr>
          <w:b w:val="0"/>
          <w:color w:val="000000"/>
        </w:rPr>
        <w:t>Faceless Video Content Production</w:t>
      </w:r>
    </w:p>
    <w:p>
      <w:pPr>
        <w:pStyle w:val="ListBullet"/>
      </w:pPr>
      <w:r>
        <w:rPr>
          <w:b w:val="0"/>
          <w:color w:val="000000"/>
        </w:rPr>
        <w:t>Visual Storytelling &amp; Creative Direction</w:t>
      </w:r>
    </w:p>
    <w:p>
      <w:pPr>
        <w:pStyle w:val="ListBullet"/>
      </w:pPr>
      <w:r>
        <w:rPr>
          <w:b w:val="0"/>
          <w:color w:val="000000"/>
        </w:rPr>
        <w:t>Social Media Content Strategy</w:t>
      </w:r>
    </w:p>
    <w:p>
      <w:pPr>
        <w:pStyle w:val="ListBullet"/>
      </w:pPr>
      <w:r>
        <w:rPr>
          <w:b w:val="0"/>
          <w:color w:val="000000"/>
        </w:rPr>
        <w:t>Brand &amp; Digital Visual Design</w:t>
      </w:r>
    </w:p>
    <w:p>
      <w:pPr>
        <w:pStyle w:val="Heading2"/>
      </w:pPr>
      <w:r>
        <w:rPr>
          <w:b/>
          <w:color w:val="000000"/>
        </w:rPr>
        <w:t>WORK EXPERIENCE</w:t>
      </w:r>
    </w:p>
    <w:p>
      <w:r>
        <w:rPr>
          <w:b/>
          <w:color w:val="000000"/>
        </w:rPr>
        <w:t>Founder &amp; Social Media Manager – CHEVKOAIVISUALS | Lagos, Nigeria (2023 – Present)</w:t>
      </w:r>
    </w:p>
    <w:p>
      <w:pPr>
        <w:pStyle w:val="ListBullet"/>
      </w:pPr>
      <w:r>
        <w:rPr>
          <w:b w:val="0"/>
          <w:color w:val="000000"/>
        </w:rPr>
        <w:t>Founded and manage a creative visual brand focused on AI-generated video content</w:t>
      </w:r>
    </w:p>
    <w:p>
      <w:pPr>
        <w:pStyle w:val="ListBullet"/>
      </w:pPr>
      <w:r>
        <w:rPr>
          <w:b w:val="0"/>
          <w:color w:val="000000"/>
        </w:rPr>
        <w:t>Create cinematic and faceless AI videos for ads, promos, and social platforms</w:t>
      </w:r>
    </w:p>
    <w:p>
      <w:pPr>
        <w:pStyle w:val="ListBullet"/>
      </w:pPr>
      <w:r>
        <w:rPr>
          <w:b w:val="0"/>
          <w:color w:val="000000"/>
        </w:rPr>
        <w:t>Develop content strategies to increase engagement and brand visibility</w:t>
      </w:r>
    </w:p>
    <w:p>
      <w:pPr>
        <w:pStyle w:val="ListBullet"/>
      </w:pPr>
      <w:r>
        <w:rPr>
          <w:b w:val="0"/>
          <w:color w:val="000000"/>
        </w:rPr>
        <w:t>Manage social media content planning, posting, and audience interaction</w:t>
      </w:r>
    </w:p>
    <w:p>
      <w:pPr>
        <w:pStyle w:val="ListBullet"/>
      </w:pPr>
      <w:r>
        <w:rPr>
          <w:b w:val="0"/>
          <w:color w:val="000000"/>
        </w:rPr>
        <w:t>Collaborate remotely with clients to deliver high-quality visual solutions</w:t>
      </w:r>
    </w:p>
    <w:p>
      <w:pPr>
        <w:pStyle w:val="Heading2"/>
      </w:pPr>
      <w:r>
        <w:rPr>
          <w:b/>
          <w:color w:val="000000"/>
        </w:rPr>
        <w:t>EDUCATION</w:t>
      </w:r>
    </w:p>
    <w:p>
      <w:r>
        <w:rPr>
          <w:b w:val="0"/>
          <w:color w:val="000000"/>
        </w:rPr>
        <w:t>Bachelor of Science (B.Sc.) in Computer Science</w:t>
        <w:br/>
        <w:t>University of Calabar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