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EKWEJUNOR ETCHIE JOHNSON</w:t>
      </w:r>
    </w:p>
    <w:p>
      <w:pPr>
        <w:jc w:val="center"/>
      </w:pPr>
      <w:r>
        <w:rPr>
          <w:b/>
          <w:sz w:val="21"/>
        </w:rPr>
        <w:t>Administrative Officer | Administrative Assistant | Driver</w:t>
      </w:r>
    </w:p>
    <w:p>
      <w:pPr>
        <w:jc w:val="center"/>
      </w:pPr>
      <w:r>
        <w:rPr>
          <w:sz w:val="19"/>
        </w:rPr>
        <w:t>08160864551  •  Johnsonluv21@gmail.com  •  Kubwa, Abuja, Nigeria</w:t>
      </w:r>
    </w:p>
    <w:p>
      <w:pPr>
        <w:spacing w:before="140" w:after="60"/>
      </w:pPr>
      <w:r>
        <w:rPr>
          <w:b/>
          <w:sz w:val="22"/>
        </w:rPr>
        <w:t>PROFESSIONAL PROFILE</w:t>
      </w:r>
    </w:p>
    <w:p>
      <w:pPr>
        <w:spacing w:after="40"/>
      </w:pPr>
      <w:r>
        <w:t>Motivated and detail-oriented professional with experience in administrative support and driving responsibilities within a fast-paced work environment. Strong communication and problem-solving skills, with a dependable approach to supporting daily operations. Quick to learn, adaptable to new challenges and technologies, and committed to delivering high-quality results.</w:t>
      </w:r>
    </w:p>
    <w:p>
      <w:pPr>
        <w:spacing w:before="140" w:after="60"/>
      </w:pPr>
      <w:r>
        <w:rPr>
          <w:b/>
          <w:sz w:val="22"/>
        </w:rPr>
        <w:t>CORE COMPETENCIES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sz w:val="19"/>
              </w:rPr>
              <w:t>• Administrative support and office assistance</w:t>
            </w:r>
          </w:p>
        </w:tc>
        <w:tc>
          <w:tcPr>
            <w:tcW w:type="dxa" w:w="5184"/>
          </w:tcPr>
          <w:p>
            <w:r>
              <w:rPr>
                <w:sz w:val="19"/>
              </w:rPr>
              <w:t>• Professional driving and transportation support</w:t>
            </w:r>
          </w:p>
        </w:tc>
      </w:tr>
      <w:tr>
        <w:tc>
          <w:tcPr>
            <w:tcW w:type="dxa" w:w="5184"/>
          </w:tcPr>
          <w:p>
            <w:r>
              <w:rPr>
                <w:sz w:val="19"/>
              </w:rPr>
              <w:t>• Communication and interpersonal skills</w:t>
            </w:r>
          </w:p>
        </w:tc>
        <w:tc>
          <w:tcPr>
            <w:tcW w:type="dxa" w:w="5184"/>
          </w:tcPr>
          <w:p>
            <w:r>
              <w:rPr>
                <w:sz w:val="19"/>
              </w:rPr>
              <w:t>• Problem-solving and adaptability</w:t>
            </w:r>
          </w:p>
        </w:tc>
      </w:tr>
      <w:tr>
        <w:tc>
          <w:tcPr>
            <w:tcW w:type="dxa" w:w="5184"/>
          </w:tcPr>
          <w:p>
            <w:r>
              <w:rPr>
                <w:sz w:val="19"/>
              </w:rPr>
              <w:t>• Time management and reliability</w:t>
            </w:r>
          </w:p>
        </w:tc>
        <w:tc>
          <w:tcPr>
            <w:tcW w:type="dxa" w:w="5184"/>
          </w:tcPr>
          <w:p>
            <w:r>
              <w:rPr>
                <w:sz w:val="19"/>
              </w:rPr>
              <w:t>• Ability to work effectively in fast-paced environments</w:t>
            </w:r>
          </w:p>
        </w:tc>
      </w:tr>
    </w:tbl>
    <w:p>
      <w:pPr>
        <w:spacing w:before="140" w:after="60"/>
      </w:pPr>
      <w:r>
        <w:rPr>
          <w:b/>
          <w:sz w:val="22"/>
        </w:rPr>
        <w:t>PROFESSIONAL EXPERIENCE</w:t>
      </w:r>
    </w:p>
    <w:p>
      <w:pPr>
        <w:spacing w:after="0"/>
      </w:pPr>
      <w:r>
        <w:rPr>
          <w:b/>
          <w:sz w:val="22"/>
        </w:rPr>
        <w:t>B. Stabilini Ltd</w:t>
      </w:r>
      <w:r>
        <w:rPr>
          <w:b/>
        </w:rPr>
        <w:t xml:space="preserve">  |  Administrative Officer</w:t>
      </w:r>
    </w:p>
    <w:p>
      <w:pPr>
        <w:spacing w:after="20"/>
      </w:pPr>
      <w:r>
        <w:rPr>
          <w:i/>
          <w:sz w:val="19"/>
        </w:rPr>
        <w:t>June 2015 – June 2022</w:t>
      </w:r>
    </w:p>
    <w:p>
      <w:pPr>
        <w:spacing w:after="20"/>
        <w:ind w:left="259" w:hanging="173"/>
      </w:pPr>
      <w:r>
        <w:t>• Provided administrative assistance in support of the yard manager and day-to-day operations.</w:t>
      </w:r>
    </w:p>
    <w:p>
      <w:pPr>
        <w:spacing w:after="20"/>
        <w:ind w:left="259" w:hanging="173"/>
      </w:pPr>
      <w:r>
        <w:t>• Worked as a driver to the yard manager, providing dependable transportation support.</w:t>
      </w:r>
    </w:p>
    <w:p>
      <w:pPr>
        <w:spacing w:after="20"/>
        <w:ind w:left="259" w:hanging="173"/>
      </w:pPr>
      <w:r>
        <w:t>• Supported a fast-paced working environment while maintaining a professional and service-focused approach.</w:t>
      </w:r>
    </w:p>
    <w:p>
      <w:pPr>
        <w:spacing w:before="140" w:after="60"/>
      </w:pPr>
      <w:r>
        <w:rPr>
          <w:b/>
          <w:sz w:val="22"/>
        </w:rPr>
        <w:t>EDUCATION</w:t>
      </w:r>
    </w:p>
    <w:p>
      <w:r>
        <w:rPr>
          <w:b/>
        </w:rPr>
        <w:t>Bachelor of Science (B.Sc.) in Economics</w:t>
      </w:r>
    </w:p>
    <w:p>
      <w:pPr>
        <w:spacing w:before="140" w:after="60"/>
      </w:pPr>
      <w:r>
        <w:rPr>
          <w:b/>
          <w:sz w:val="22"/>
        </w:rPr>
        <w:t>PERSONAL DETAILS</w:t>
      </w:r>
    </w:p>
    <w:p>
      <w:pPr>
        <w:spacing w:after="20"/>
      </w:pPr>
      <w:r>
        <w:rPr>
          <w:b/>
        </w:rPr>
        <w:t xml:space="preserve">Location: </w:t>
      </w:r>
      <w:r>
        <w:t>Kubwa, Abuja, Nigeria</w:t>
      </w:r>
    </w:p>
    <w:p>
      <w:pPr>
        <w:spacing w:after="20"/>
      </w:pPr>
      <w:r>
        <w:rPr>
          <w:b/>
        </w:rPr>
        <w:t xml:space="preserve">Phone: </w:t>
      </w:r>
      <w:r>
        <w:t>08160864551</w:t>
      </w:r>
    </w:p>
    <w:p>
      <w:pPr>
        <w:spacing w:after="20"/>
      </w:pPr>
      <w:r>
        <w:rPr>
          <w:b/>
        </w:rPr>
        <w:t xml:space="preserve">Email: </w:t>
      </w:r>
      <w:r>
        <w:t>Johnsonluv21@gmail.com</w:t>
      </w:r>
    </w:p>
    <w:p>
      <w:pPr>
        <w:spacing w:before="140" w:after="60"/>
      </w:pPr>
      <w:r>
        <w:rPr>
          <w:b/>
          <w:sz w:val="22"/>
        </w:rPr>
        <w:t>REFERENCES</w:t>
      </w:r>
    </w:p>
    <w:p>
      <w:r>
        <w:t>Available upon request.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