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73CD7" w14:textId="77777777" w:rsidR="00123FFE" w:rsidRPr="00F84E54" w:rsidRDefault="00000000" w:rsidP="00F84E54">
      <w:pPr>
        <w:pStyle w:val="Heading1"/>
        <w:rPr>
          <w:rFonts w:ascii="Times New Roman" w:hAnsi="Times New Roman" w:cs="Times New Roman"/>
          <w:sz w:val="36"/>
          <w:szCs w:val="36"/>
        </w:rPr>
      </w:pPr>
      <w:r w:rsidRPr="00F84E54">
        <w:rPr>
          <w:rFonts w:ascii="Times New Roman" w:hAnsi="Times New Roman" w:cs="Times New Roman"/>
          <w:sz w:val="36"/>
          <w:szCs w:val="36"/>
        </w:rPr>
        <w:t>GOMA HARUNA</w:t>
      </w:r>
    </w:p>
    <w:p w14:paraId="30C5E763" w14:textId="638EF4C8" w:rsidR="00123FFE" w:rsidRPr="00F84E54" w:rsidRDefault="00000000" w:rsidP="00F84E54">
      <w:pPr>
        <w:rPr>
          <w:rFonts w:ascii="Times New Roman" w:hAnsi="Times New Roman" w:cs="Times New Roman"/>
        </w:rPr>
      </w:pPr>
      <w:r w:rsidRPr="00F84E54">
        <w:rPr>
          <w:rFonts w:ascii="Times New Roman" w:hAnsi="Times New Roman" w:cs="Times New Roman"/>
          <w:b/>
        </w:rPr>
        <w:t>Address:</w:t>
      </w:r>
      <w:r w:rsidR="00F84E54">
        <w:rPr>
          <w:rFonts w:ascii="Times New Roman" w:hAnsi="Times New Roman" w:cs="Times New Roman"/>
        </w:rPr>
        <w:t xml:space="preserve"> </w:t>
      </w:r>
      <w:r w:rsidR="00FD3529">
        <w:rPr>
          <w:rFonts w:ascii="Times New Roman" w:hAnsi="Times New Roman" w:cs="Times New Roman"/>
        </w:rPr>
        <w:t xml:space="preserve">15 </w:t>
      </w:r>
      <w:r w:rsidR="00F84E54">
        <w:rPr>
          <w:rFonts w:ascii="Times New Roman" w:hAnsi="Times New Roman" w:cs="Times New Roman"/>
        </w:rPr>
        <w:t>Awolowo Road</w:t>
      </w:r>
      <w:r w:rsidRPr="00F84E54">
        <w:rPr>
          <w:rFonts w:ascii="Times New Roman" w:hAnsi="Times New Roman" w:cs="Times New Roman"/>
        </w:rPr>
        <w:t>,</w:t>
      </w:r>
      <w:r w:rsidR="00F84E54">
        <w:rPr>
          <w:rFonts w:ascii="Times New Roman" w:hAnsi="Times New Roman" w:cs="Times New Roman"/>
        </w:rPr>
        <w:t xml:space="preserve"> Ikoyi,</w:t>
      </w:r>
      <w:r w:rsidRPr="00F84E54">
        <w:rPr>
          <w:rFonts w:ascii="Times New Roman" w:hAnsi="Times New Roman" w:cs="Times New Roman"/>
        </w:rPr>
        <w:t xml:space="preserve"> Lagos</w:t>
      </w:r>
      <w:r w:rsidRPr="00F84E54">
        <w:rPr>
          <w:rFonts w:ascii="Times New Roman" w:hAnsi="Times New Roman" w:cs="Times New Roman"/>
        </w:rPr>
        <w:br/>
      </w:r>
      <w:r w:rsidRPr="00F84E54">
        <w:rPr>
          <w:rFonts w:ascii="Times New Roman" w:hAnsi="Times New Roman" w:cs="Times New Roman"/>
          <w:b/>
        </w:rPr>
        <w:t xml:space="preserve">Phone: </w:t>
      </w:r>
      <w:r w:rsidRPr="00F84E54">
        <w:rPr>
          <w:rFonts w:ascii="Times New Roman" w:hAnsi="Times New Roman" w:cs="Times New Roman"/>
        </w:rPr>
        <w:t xml:space="preserve">07085785389 </w:t>
      </w:r>
      <w:r w:rsidRPr="00F84E54">
        <w:rPr>
          <w:rFonts w:ascii="Times New Roman" w:hAnsi="Times New Roman" w:cs="Times New Roman"/>
        </w:rPr>
        <w:br/>
      </w:r>
      <w:r w:rsidRPr="00F84E54">
        <w:rPr>
          <w:rFonts w:ascii="Times New Roman" w:hAnsi="Times New Roman" w:cs="Times New Roman"/>
          <w:b/>
        </w:rPr>
        <w:t xml:space="preserve">Email: </w:t>
      </w:r>
      <w:r w:rsidRPr="00F84E54">
        <w:rPr>
          <w:rFonts w:ascii="Times New Roman" w:hAnsi="Times New Roman" w:cs="Times New Roman"/>
        </w:rPr>
        <w:t>aarongoma10@gmail.com</w:t>
      </w:r>
    </w:p>
    <w:p w14:paraId="334A8E4B" w14:textId="77777777" w:rsidR="00123FFE" w:rsidRPr="00F84E54" w:rsidRDefault="00000000" w:rsidP="00F84E54">
      <w:pPr>
        <w:pStyle w:val="Heading2"/>
        <w:rPr>
          <w:rFonts w:ascii="Times New Roman" w:hAnsi="Times New Roman" w:cs="Times New Roman"/>
          <w:sz w:val="22"/>
          <w:szCs w:val="22"/>
        </w:rPr>
      </w:pPr>
      <w:r w:rsidRPr="00F84E54">
        <w:rPr>
          <w:rFonts w:ascii="Times New Roman" w:hAnsi="Times New Roman" w:cs="Times New Roman"/>
          <w:sz w:val="22"/>
          <w:szCs w:val="22"/>
        </w:rPr>
        <w:t>PROFESSIONAL PROFILE</w:t>
      </w:r>
    </w:p>
    <w:p w14:paraId="4E41981B" w14:textId="6FFEDB07" w:rsidR="00123FFE" w:rsidRPr="00F84E54" w:rsidRDefault="00FD3529" w:rsidP="00F84E54">
      <w:pPr>
        <w:rPr>
          <w:rFonts w:ascii="Times New Roman" w:hAnsi="Times New Roman" w:cs="Times New Roman"/>
        </w:rPr>
      </w:pPr>
      <w:r w:rsidRPr="00F84E54">
        <w:rPr>
          <w:rFonts w:ascii="Times New Roman" w:hAnsi="Times New Roman" w:cs="Times New Roman"/>
        </w:rPr>
        <w:t>Adaptable</w:t>
      </w:r>
      <w:r w:rsidR="00000000" w:rsidRPr="00F84E54">
        <w:rPr>
          <w:rFonts w:ascii="Times New Roman" w:hAnsi="Times New Roman" w:cs="Times New Roman"/>
        </w:rPr>
        <w:t xml:space="preserve"> and results-driven professional with hands-on experience </w:t>
      </w:r>
      <w:r w:rsidR="00421990" w:rsidRPr="00F84E54">
        <w:rPr>
          <w:rFonts w:ascii="Times New Roman" w:hAnsi="Times New Roman" w:cs="Times New Roman"/>
        </w:rPr>
        <w:t>across</w:t>
      </w:r>
      <w:r w:rsidR="00000000" w:rsidRPr="00F84E54">
        <w:rPr>
          <w:rFonts w:ascii="Times New Roman" w:hAnsi="Times New Roman" w:cs="Times New Roman"/>
        </w:rPr>
        <w:t xml:space="preserve"> hospitality operations, inventory management</w:t>
      </w:r>
      <w:r w:rsidR="00421990" w:rsidRPr="00F84E54">
        <w:rPr>
          <w:rFonts w:ascii="Times New Roman" w:hAnsi="Times New Roman" w:cs="Times New Roman"/>
        </w:rPr>
        <w:t xml:space="preserve"> and </w:t>
      </w:r>
      <w:r w:rsidR="00000000" w:rsidRPr="00F84E54">
        <w:rPr>
          <w:rFonts w:ascii="Times New Roman" w:hAnsi="Times New Roman" w:cs="Times New Roman"/>
        </w:rPr>
        <w:t xml:space="preserve">customer service. Proven success working as a Social Media Manager, Assistant Store Manager, Store Keeper, Cashier, and Receptionist, with a strong ability to deliver exceptional customer experiences while supporting business growth and operational efficiency. Skilled in managing inventory, handling financial transactions, coordinating front-office operations, and creating engaging digital content that strengthens brand visibility and audience engagement. Recognized for professionalism, integrity, attention to detail, excellent communication, and the ability to thrive in fast-paced, customer-focused environments. </w:t>
      </w:r>
    </w:p>
    <w:p w14:paraId="45751AE0" w14:textId="77777777" w:rsidR="00123FFE" w:rsidRPr="00F84E54" w:rsidRDefault="00000000" w:rsidP="00F84E54">
      <w:pPr>
        <w:pStyle w:val="Heading2"/>
        <w:rPr>
          <w:rFonts w:ascii="Times New Roman" w:hAnsi="Times New Roman" w:cs="Times New Roman"/>
          <w:sz w:val="22"/>
          <w:szCs w:val="22"/>
        </w:rPr>
      </w:pPr>
      <w:r w:rsidRPr="00F84E54">
        <w:rPr>
          <w:rFonts w:ascii="Times New Roman" w:hAnsi="Times New Roman" w:cs="Times New Roman"/>
          <w:sz w:val="22"/>
          <w:szCs w:val="22"/>
        </w:rPr>
        <w:t>PROFESSIONAL EXPERIENCE</w:t>
      </w:r>
    </w:p>
    <w:p w14:paraId="47631ACC" w14:textId="6A0C91D5" w:rsidR="00421990" w:rsidRPr="00F84E54" w:rsidRDefault="00000000" w:rsidP="00F84E54">
      <w:pPr>
        <w:pStyle w:val="ListParagraph"/>
        <w:ind w:left="0"/>
        <w:rPr>
          <w:rFonts w:ascii="Times New Roman" w:hAnsi="Times New Roman" w:cs="Times New Roman"/>
          <w:b/>
          <w:bCs/>
        </w:rPr>
      </w:pPr>
      <w:proofErr w:type="spellStart"/>
      <w:r w:rsidRPr="00F84E54">
        <w:rPr>
          <w:rFonts w:ascii="Times New Roman" w:hAnsi="Times New Roman" w:cs="Times New Roman"/>
          <w:b/>
          <w:bCs/>
        </w:rPr>
        <w:t>Nomaada</w:t>
      </w:r>
      <w:proofErr w:type="spellEnd"/>
      <w:r w:rsidRPr="00F84E54">
        <w:rPr>
          <w:rFonts w:ascii="Times New Roman" w:hAnsi="Times New Roman" w:cs="Times New Roman"/>
          <w:b/>
          <w:bCs/>
        </w:rPr>
        <w:t xml:space="preserve"> Restaurant, Lagos – Assistant Store Manager (</w:t>
      </w:r>
      <w:r w:rsidR="00BD5094" w:rsidRPr="00F84E54">
        <w:rPr>
          <w:rFonts w:ascii="Times New Roman" w:hAnsi="Times New Roman" w:cs="Times New Roman"/>
          <w:b/>
          <w:bCs/>
        </w:rPr>
        <w:t>April</w:t>
      </w:r>
      <w:r w:rsidRPr="00F84E54">
        <w:rPr>
          <w:rFonts w:ascii="Times New Roman" w:hAnsi="Times New Roman" w:cs="Times New Roman"/>
          <w:b/>
          <w:bCs/>
        </w:rPr>
        <w:t xml:space="preserve"> 2025–Present)</w:t>
      </w:r>
      <w:r w:rsidRPr="00F84E54">
        <w:rPr>
          <w:rFonts w:ascii="Times New Roman" w:hAnsi="Times New Roman" w:cs="Times New Roman"/>
        </w:rPr>
        <w:br/>
        <w:t>• Manage inventory control, stock receiving, issuance of supplies.</w:t>
      </w:r>
      <w:r w:rsidRPr="00F84E54">
        <w:rPr>
          <w:rFonts w:ascii="Times New Roman" w:hAnsi="Times New Roman" w:cs="Times New Roman"/>
        </w:rPr>
        <w:br/>
        <w:t>• Maintain accurate stock records and minimize losses.</w:t>
      </w:r>
      <w:r w:rsidRPr="00F84E54">
        <w:rPr>
          <w:rFonts w:ascii="Times New Roman" w:hAnsi="Times New Roman" w:cs="Times New Roman"/>
        </w:rPr>
        <w:br/>
        <w:t>• Coordinate stock replenishment.</w:t>
      </w:r>
      <w:r w:rsidRPr="00F84E54">
        <w:rPr>
          <w:rFonts w:ascii="Times New Roman" w:hAnsi="Times New Roman" w:cs="Times New Roman"/>
        </w:rPr>
        <w:br/>
        <w:t>• Prepare payment summaries.</w:t>
      </w:r>
    </w:p>
    <w:p w14:paraId="2E358B21" w14:textId="77777777" w:rsidR="00BD5094" w:rsidRPr="00F84E54" w:rsidRDefault="00BD5094" w:rsidP="00F84E54">
      <w:pPr>
        <w:rPr>
          <w:rFonts w:ascii="Times New Roman" w:hAnsi="Times New Roman" w:cs="Times New Roman"/>
          <w:b/>
          <w:bCs/>
        </w:rPr>
      </w:pPr>
      <w:r w:rsidRPr="00F84E54">
        <w:rPr>
          <w:rFonts w:ascii="Times New Roman" w:hAnsi="Times New Roman" w:cs="Times New Roman"/>
          <w:b/>
          <w:bCs/>
        </w:rPr>
        <w:t>National Youth Service Corps (NYSC)</w:t>
      </w:r>
    </w:p>
    <w:p w14:paraId="2973C496" w14:textId="77777777" w:rsidR="00986004" w:rsidRDefault="00BD5094" w:rsidP="00986004">
      <w:pPr>
        <w:rPr>
          <w:rFonts w:ascii="Times New Roman" w:hAnsi="Times New Roman" w:cs="Times New Roman"/>
        </w:rPr>
      </w:pPr>
      <w:r w:rsidRPr="00F84E54">
        <w:rPr>
          <w:rFonts w:ascii="Times New Roman" w:hAnsi="Times New Roman" w:cs="Times New Roman"/>
          <w:b/>
          <w:bCs/>
        </w:rPr>
        <w:t>JSK Consulting Group-</w:t>
      </w:r>
      <w:r w:rsidR="00421990" w:rsidRPr="00F84E54">
        <w:rPr>
          <w:rFonts w:ascii="Times New Roman" w:hAnsi="Times New Roman" w:cs="Times New Roman"/>
          <w:b/>
          <w:bCs/>
        </w:rPr>
        <w:t xml:space="preserve"> Social Media Manager (</w:t>
      </w:r>
      <w:r w:rsidRPr="00F84E54">
        <w:rPr>
          <w:rFonts w:ascii="Times New Roman" w:hAnsi="Times New Roman" w:cs="Times New Roman"/>
          <w:b/>
          <w:bCs/>
        </w:rPr>
        <w:t>April 2025</w:t>
      </w:r>
      <w:r w:rsidR="00421990" w:rsidRPr="00F84E54">
        <w:rPr>
          <w:rFonts w:ascii="Times New Roman" w:hAnsi="Times New Roman" w:cs="Times New Roman"/>
          <w:b/>
          <w:bCs/>
        </w:rPr>
        <w:t>–</w:t>
      </w:r>
      <w:r w:rsidRPr="00F84E54">
        <w:rPr>
          <w:rFonts w:ascii="Times New Roman" w:hAnsi="Times New Roman" w:cs="Times New Roman"/>
          <w:b/>
          <w:bCs/>
        </w:rPr>
        <w:t xml:space="preserve">March </w:t>
      </w:r>
      <w:r w:rsidR="00421990" w:rsidRPr="00F84E54">
        <w:rPr>
          <w:rFonts w:ascii="Times New Roman" w:hAnsi="Times New Roman" w:cs="Times New Roman"/>
          <w:b/>
          <w:bCs/>
        </w:rPr>
        <w:t>202</w:t>
      </w:r>
      <w:r w:rsidRPr="00F84E54">
        <w:rPr>
          <w:rFonts w:ascii="Times New Roman" w:hAnsi="Times New Roman" w:cs="Times New Roman"/>
          <w:b/>
          <w:bCs/>
        </w:rPr>
        <w:t>6</w:t>
      </w:r>
      <w:r w:rsidR="00421990" w:rsidRPr="00F84E54">
        <w:rPr>
          <w:rFonts w:ascii="Times New Roman" w:hAnsi="Times New Roman" w:cs="Times New Roman"/>
          <w:b/>
          <w:bCs/>
        </w:rPr>
        <w:t>)</w:t>
      </w:r>
      <w:r w:rsidR="00421990" w:rsidRPr="00F84E54">
        <w:rPr>
          <w:rFonts w:ascii="Times New Roman" w:hAnsi="Times New Roman" w:cs="Times New Roman"/>
        </w:rPr>
        <w:br/>
        <w:t>• Managed Facebook, Instagram and LinkedIn accounts.</w:t>
      </w:r>
      <w:r w:rsidR="00421990" w:rsidRPr="00F84E54">
        <w:rPr>
          <w:rFonts w:ascii="Times New Roman" w:hAnsi="Times New Roman" w:cs="Times New Roman"/>
        </w:rPr>
        <w:br/>
        <w:t>• Created content calendars and campaigns.</w:t>
      </w:r>
      <w:r w:rsidR="00421990" w:rsidRPr="00F84E54">
        <w:rPr>
          <w:rFonts w:ascii="Times New Roman" w:hAnsi="Times New Roman" w:cs="Times New Roman"/>
        </w:rPr>
        <w:br/>
        <w:t>• Monitored analytics and engaged audiences.</w:t>
      </w:r>
      <w:r w:rsidRPr="00F84E54">
        <w:rPr>
          <w:rFonts w:ascii="Times New Roman" w:hAnsi="Times New Roman" w:cs="Times New Roman"/>
        </w:rPr>
        <w:br/>
      </w:r>
      <w:r w:rsidRPr="00F84E54">
        <w:rPr>
          <w:rFonts w:ascii="Times New Roman" w:hAnsi="Times New Roman" w:cs="Times New Roman"/>
        </w:rPr>
        <w:br/>
      </w:r>
      <w:r w:rsidRPr="00F84E54">
        <w:rPr>
          <w:rFonts w:ascii="Times New Roman" w:hAnsi="Times New Roman" w:cs="Times New Roman"/>
          <w:b/>
          <w:bCs/>
        </w:rPr>
        <w:t>Federal Palace Hotel &amp; Casino – Store Keeper (Jul 2023–March 2025)</w:t>
      </w:r>
      <w:r w:rsidRPr="00F84E54">
        <w:rPr>
          <w:rFonts w:ascii="Times New Roman" w:hAnsi="Times New Roman" w:cs="Times New Roman"/>
          <w:b/>
          <w:bCs/>
        </w:rPr>
        <w:br/>
      </w:r>
      <w:r w:rsidRPr="00F84E54">
        <w:rPr>
          <w:rFonts w:ascii="Times New Roman" w:hAnsi="Times New Roman" w:cs="Times New Roman"/>
        </w:rPr>
        <w:t>• Managed inventory operations and audits.</w:t>
      </w:r>
      <w:r w:rsidRPr="00F84E54">
        <w:rPr>
          <w:rFonts w:ascii="Times New Roman" w:hAnsi="Times New Roman" w:cs="Times New Roman"/>
        </w:rPr>
        <w:br/>
        <w:t>• Ensured proper storage and safety compliance.</w:t>
      </w:r>
    </w:p>
    <w:p w14:paraId="7770172D" w14:textId="6CF260AD" w:rsidR="00421990" w:rsidRPr="00986004" w:rsidRDefault="00421990" w:rsidP="00986004">
      <w:pPr>
        <w:pStyle w:val="ListParagraph"/>
        <w:numPr>
          <w:ilvl w:val="0"/>
          <w:numId w:val="23"/>
        </w:numPr>
        <w:ind w:left="180" w:hanging="180"/>
        <w:rPr>
          <w:rFonts w:ascii="Times New Roman" w:hAnsi="Times New Roman" w:cs="Times New Roman"/>
        </w:rPr>
      </w:pPr>
      <w:r w:rsidRPr="00986004">
        <w:rPr>
          <w:rFonts w:ascii="Times New Roman" w:hAnsi="Times New Roman" w:cs="Times New Roman"/>
        </w:rPr>
        <w:t>Oversee stock levels, prevent shrinkage, and ensure proper inventory records through regular audits.</w:t>
      </w:r>
    </w:p>
    <w:p w14:paraId="7DA159C3" w14:textId="479D0580" w:rsidR="00421990" w:rsidRPr="00F84E54" w:rsidRDefault="00000000" w:rsidP="00F84E54">
      <w:pPr>
        <w:rPr>
          <w:rFonts w:ascii="Times New Roman" w:hAnsi="Times New Roman" w:cs="Times New Roman"/>
        </w:rPr>
      </w:pPr>
      <w:r w:rsidRPr="00F84E54">
        <w:rPr>
          <w:rFonts w:ascii="Times New Roman" w:hAnsi="Times New Roman" w:cs="Times New Roman"/>
          <w:b/>
          <w:bCs/>
        </w:rPr>
        <w:t>Cilantro Restaurant – Cashier (Mar 202</w:t>
      </w:r>
      <w:r w:rsidR="00FD3529">
        <w:rPr>
          <w:rFonts w:ascii="Times New Roman" w:hAnsi="Times New Roman" w:cs="Times New Roman"/>
          <w:b/>
          <w:bCs/>
        </w:rPr>
        <w:t>1</w:t>
      </w:r>
      <w:r w:rsidRPr="00F84E54">
        <w:rPr>
          <w:rFonts w:ascii="Times New Roman" w:hAnsi="Times New Roman" w:cs="Times New Roman"/>
          <w:b/>
          <w:bCs/>
        </w:rPr>
        <w:t>–Jun 2023)</w:t>
      </w:r>
      <w:r w:rsidRPr="00F84E54">
        <w:rPr>
          <w:rFonts w:ascii="Times New Roman" w:hAnsi="Times New Roman" w:cs="Times New Roman"/>
        </w:rPr>
        <w:br/>
        <w:t>• Processed POS payments.</w:t>
      </w:r>
      <w:r w:rsidRPr="00F84E54">
        <w:rPr>
          <w:rFonts w:ascii="Times New Roman" w:hAnsi="Times New Roman" w:cs="Times New Roman"/>
        </w:rPr>
        <w:br/>
        <w:t>• Balanced daily cash reports.</w:t>
      </w:r>
      <w:r w:rsidRPr="00F84E54">
        <w:rPr>
          <w:rFonts w:ascii="Times New Roman" w:hAnsi="Times New Roman" w:cs="Times New Roman"/>
        </w:rPr>
        <w:br/>
        <w:t>• Delivered excellent customer service.</w:t>
      </w:r>
      <w:r w:rsidRPr="00F84E54">
        <w:rPr>
          <w:rFonts w:ascii="Times New Roman" w:hAnsi="Times New Roman" w:cs="Times New Roman"/>
        </w:rPr>
        <w:br/>
      </w:r>
      <w:r w:rsidRPr="00F84E54">
        <w:rPr>
          <w:rFonts w:ascii="Times New Roman" w:hAnsi="Times New Roman" w:cs="Times New Roman"/>
        </w:rPr>
        <w:br/>
      </w:r>
      <w:r w:rsidRPr="00F84E54">
        <w:rPr>
          <w:rFonts w:ascii="Times New Roman" w:hAnsi="Times New Roman" w:cs="Times New Roman"/>
          <w:b/>
          <w:bCs/>
        </w:rPr>
        <w:t>Cumberland Hotel – Receptionist (Sep 201</w:t>
      </w:r>
      <w:r w:rsidR="00FD3529">
        <w:rPr>
          <w:rFonts w:ascii="Times New Roman" w:hAnsi="Times New Roman" w:cs="Times New Roman"/>
          <w:b/>
          <w:bCs/>
        </w:rPr>
        <w:t>9</w:t>
      </w:r>
      <w:r w:rsidRPr="00F84E54">
        <w:rPr>
          <w:rFonts w:ascii="Times New Roman" w:hAnsi="Times New Roman" w:cs="Times New Roman"/>
          <w:b/>
          <w:bCs/>
        </w:rPr>
        <w:t>–Feb 202</w:t>
      </w:r>
      <w:r w:rsidR="00FD3529">
        <w:rPr>
          <w:rFonts w:ascii="Times New Roman" w:hAnsi="Times New Roman" w:cs="Times New Roman"/>
          <w:b/>
          <w:bCs/>
        </w:rPr>
        <w:t>1</w:t>
      </w:r>
      <w:r w:rsidRPr="00F84E54">
        <w:rPr>
          <w:rFonts w:ascii="Times New Roman" w:hAnsi="Times New Roman" w:cs="Times New Roman"/>
          <w:b/>
          <w:bCs/>
        </w:rPr>
        <w:t>)</w:t>
      </w:r>
    </w:p>
    <w:p w14:paraId="3894DFC3" w14:textId="1C838C12" w:rsidR="00123FFE" w:rsidRPr="00F84E54" w:rsidRDefault="00000000" w:rsidP="00520440">
      <w:pPr>
        <w:pStyle w:val="ListParagraph"/>
        <w:numPr>
          <w:ilvl w:val="0"/>
          <w:numId w:val="22"/>
        </w:numPr>
        <w:ind w:left="90" w:hanging="180"/>
        <w:rPr>
          <w:rFonts w:ascii="Times New Roman" w:hAnsi="Times New Roman" w:cs="Times New Roman"/>
        </w:rPr>
      </w:pPr>
      <w:r w:rsidRPr="00F84E54">
        <w:rPr>
          <w:rFonts w:ascii="Times New Roman" w:hAnsi="Times New Roman" w:cs="Times New Roman"/>
        </w:rPr>
        <w:t>Managed front desk, reservations, guest services and records.</w:t>
      </w:r>
    </w:p>
    <w:p w14:paraId="2B5CBA2C" w14:textId="77777777" w:rsidR="00421990" w:rsidRPr="00F84E54" w:rsidRDefault="00421990" w:rsidP="00520440">
      <w:pPr>
        <w:pStyle w:val="FirstParagraph"/>
        <w:numPr>
          <w:ilvl w:val="0"/>
          <w:numId w:val="22"/>
        </w:numPr>
        <w:spacing w:line="276" w:lineRule="auto"/>
        <w:ind w:left="90" w:hanging="270"/>
        <w:rPr>
          <w:rFonts w:ascii="Times New Roman" w:hAnsi="Times New Roman" w:cs="Times New Roman"/>
          <w:sz w:val="22"/>
          <w:szCs w:val="22"/>
        </w:rPr>
      </w:pPr>
      <w:r w:rsidRPr="00F84E54">
        <w:rPr>
          <w:rFonts w:ascii="Times New Roman" w:hAnsi="Times New Roman" w:cs="Times New Roman"/>
          <w:sz w:val="22"/>
          <w:szCs w:val="22"/>
        </w:rPr>
        <w:lastRenderedPageBreak/>
        <w:t>Handled room reservations via phone, email, and walk-in inquiries.</w:t>
      </w:r>
    </w:p>
    <w:p w14:paraId="1F5EE3C2" w14:textId="77777777" w:rsidR="00421990" w:rsidRPr="00F84E54" w:rsidRDefault="00421990" w:rsidP="00520440">
      <w:pPr>
        <w:pStyle w:val="FirstParagraph"/>
        <w:numPr>
          <w:ilvl w:val="0"/>
          <w:numId w:val="22"/>
        </w:numPr>
        <w:spacing w:line="276" w:lineRule="auto"/>
        <w:ind w:left="-90" w:hanging="90"/>
        <w:rPr>
          <w:rFonts w:ascii="Times New Roman" w:hAnsi="Times New Roman" w:cs="Times New Roman"/>
          <w:sz w:val="22"/>
          <w:szCs w:val="22"/>
        </w:rPr>
      </w:pPr>
      <w:r w:rsidRPr="00F84E54">
        <w:rPr>
          <w:rFonts w:ascii="Times New Roman" w:hAnsi="Times New Roman" w:cs="Times New Roman"/>
          <w:sz w:val="22"/>
          <w:szCs w:val="22"/>
        </w:rPr>
        <w:t>Addressed guest concerns professionally, ensuring high satisfaction levels.</w:t>
      </w:r>
    </w:p>
    <w:p w14:paraId="22AD9DD6" w14:textId="16543EAE" w:rsidR="00421990" w:rsidRPr="00F84E54" w:rsidRDefault="00421990" w:rsidP="00520440">
      <w:pPr>
        <w:pStyle w:val="ListParagraph"/>
        <w:numPr>
          <w:ilvl w:val="0"/>
          <w:numId w:val="22"/>
        </w:numPr>
        <w:ind w:left="-90" w:hanging="90"/>
        <w:rPr>
          <w:rFonts w:ascii="Times New Roman" w:hAnsi="Times New Roman" w:cs="Times New Roman"/>
        </w:rPr>
      </w:pPr>
      <w:r w:rsidRPr="00F84E54">
        <w:rPr>
          <w:rFonts w:ascii="Times New Roman" w:hAnsi="Times New Roman" w:cs="Times New Roman"/>
        </w:rPr>
        <w:t>Maintained organized booking records and financial documentation.</w:t>
      </w:r>
    </w:p>
    <w:p w14:paraId="42591441" w14:textId="77777777" w:rsidR="00123FFE" w:rsidRPr="00F84E54" w:rsidRDefault="00000000" w:rsidP="00F84E54">
      <w:pPr>
        <w:pStyle w:val="Heading2"/>
        <w:rPr>
          <w:rFonts w:ascii="Times New Roman" w:hAnsi="Times New Roman" w:cs="Times New Roman"/>
          <w:sz w:val="22"/>
          <w:szCs w:val="22"/>
        </w:rPr>
      </w:pPr>
      <w:r w:rsidRPr="00F84E54">
        <w:rPr>
          <w:rFonts w:ascii="Times New Roman" w:hAnsi="Times New Roman" w:cs="Times New Roman"/>
          <w:sz w:val="22"/>
          <w:szCs w:val="22"/>
        </w:rPr>
        <w:t>CORE COMPETENCIES</w:t>
      </w:r>
    </w:p>
    <w:p w14:paraId="6E6AE856" w14:textId="1A456BF7" w:rsidR="00123FFE" w:rsidRPr="00F84E54" w:rsidRDefault="00000000" w:rsidP="00F84E54">
      <w:pPr>
        <w:rPr>
          <w:rFonts w:ascii="Times New Roman" w:hAnsi="Times New Roman" w:cs="Times New Roman"/>
        </w:rPr>
      </w:pPr>
      <w:r w:rsidRPr="00F84E54">
        <w:rPr>
          <w:rFonts w:ascii="Times New Roman" w:hAnsi="Times New Roman" w:cs="Times New Roman"/>
        </w:rPr>
        <w:t>Customer Service &amp; Guest Relations</w:t>
      </w:r>
      <w:r w:rsidRPr="00F84E54">
        <w:rPr>
          <w:rFonts w:ascii="Times New Roman" w:hAnsi="Times New Roman" w:cs="Times New Roman"/>
        </w:rPr>
        <w:br/>
        <w:t>Social Media Management &amp; Content Strategy</w:t>
      </w:r>
      <w:r w:rsidRPr="00F84E54">
        <w:rPr>
          <w:rFonts w:ascii="Times New Roman" w:hAnsi="Times New Roman" w:cs="Times New Roman"/>
        </w:rPr>
        <w:br/>
        <w:t>Inventory Control &amp; Store Management</w:t>
      </w:r>
      <w:r w:rsidRPr="00F84E54">
        <w:rPr>
          <w:rFonts w:ascii="Times New Roman" w:hAnsi="Times New Roman" w:cs="Times New Roman"/>
        </w:rPr>
        <w:br/>
        <w:t>Front Desk &amp; Reception Operations</w:t>
      </w:r>
      <w:r w:rsidRPr="00F84E54">
        <w:rPr>
          <w:rFonts w:ascii="Times New Roman" w:hAnsi="Times New Roman" w:cs="Times New Roman"/>
        </w:rPr>
        <w:br/>
        <w:t>Cash Handling &amp; POS Systems</w:t>
      </w:r>
      <w:r w:rsidRPr="00F84E54">
        <w:rPr>
          <w:rFonts w:ascii="Times New Roman" w:hAnsi="Times New Roman" w:cs="Times New Roman"/>
        </w:rPr>
        <w:br/>
        <w:t>Communication &amp; Interpersonal Skills</w:t>
      </w:r>
      <w:r w:rsidRPr="00F84E54">
        <w:rPr>
          <w:rFonts w:ascii="Times New Roman" w:hAnsi="Times New Roman" w:cs="Times New Roman"/>
        </w:rPr>
        <w:br/>
        <w:t>Team Collaboration</w:t>
      </w:r>
      <w:r w:rsidRPr="00F84E54">
        <w:rPr>
          <w:rFonts w:ascii="Times New Roman" w:hAnsi="Times New Roman" w:cs="Times New Roman"/>
        </w:rPr>
        <w:br/>
        <w:t>Hygiene &amp; Safety Standards</w:t>
      </w:r>
    </w:p>
    <w:p w14:paraId="16602C92" w14:textId="77777777" w:rsidR="00123FFE" w:rsidRPr="00F84E54" w:rsidRDefault="00000000" w:rsidP="00F84E54">
      <w:pPr>
        <w:pStyle w:val="Heading2"/>
        <w:rPr>
          <w:rFonts w:ascii="Times New Roman" w:hAnsi="Times New Roman" w:cs="Times New Roman"/>
          <w:sz w:val="22"/>
          <w:szCs w:val="22"/>
        </w:rPr>
      </w:pPr>
      <w:r w:rsidRPr="00F84E54">
        <w:rPr>
          <w:rFonts w:ascii="Times New Roman" w:hAnsi="Times New Roman" w:cs="Times New Roman"/>
          <w:sz w:val="22"/>
          <w:szCs w:val="22"/>
        </w:rPr>
        <w:t>EDUCATION</w:t>
      </w:r>
    </w:p>
    <w:p w14:paraId="029AA44D" w14:textId="163C6B73" w:rsidR="00123FFE" w:rsidRPr="00F84E54" w:rsidRDefault="00000000" w:rsidP="00F84E54">
      <w:pPr>
        <w:rPr>
          <w:rFonts w:ascii="Times New Roman" w:hAnsi="Times New Roman" w:cs="Times New Roman"/>
        </w:rPr>
      </w:pPr>
      <w:r w:rsidRPr="00F84E54">
        <w:rPr>
          <w:rFonts w:ascii="Times New Roman" w:hAnsi="Times New Roman" w:cs="Times New Roman"/>
        </w:rPr>
        <w:t>University of Jos – B.A. Philosophy (2014–201</w:t>
      </w:r>
      <w:r w:rsidR="00986004">
        <w:rPr>
          <w:rFonts w:ascii="Times New Roman" w:hAnsi="Times New Roman" w:cs="Times New Roman"/>
        </w:rPr>
        <w:t>9</w:t>
      </w:r>
      <w:r w:rsidRPr="00F84E54">
        <w:rPr>
          <w:rFonts w:ascii="Times New Roman" w:hAnsi="Times New Roman" w:cs="Times New Roman"/>
        </w:rPr>
        <w:t>)</w:t>
      </w:r>
      <w:r w:rsidRPr="00F84E54">
        <w:rPr>
          <w:rFonts w:ascii="Times New Roman" w:hAnsi="Times New Roman" w:cs="Times New Roman"/>
        </w:rPr>
        <w:br/>
        <w:t>RIS Computer School – Diploma in Computer Studies</w:t>
      </w:r>
      <w:r w:rsidRPr="00F84E54">
        <w:rPr>
          <w:rFonts w:ascii="Times New Roman" w:hAnsi="Times New Roman" w:cs="Times New Roman"/>
        </w:rPr>
        <w:br/>
        <w:t>Government Secondary School – WAEC</w:t>
      </w:r>
      <w:r w:rsidRPr="00F84E54">
        <w:rPr>
          <w:rFonts w:ascii="Times New Roman" w:hAnsi="Times New Roman" w:cs="Times New Roman"/>
        </w:rPr>
        <w:br/>
        <w:t>LGEA Primary School – First School Leaving Certificate</w:t>
      </w:r>
    </w:p>
    <w:p w14:paraId="019DC77D" w14:textId="77777777" w:rsidR="00123FFE" w:rsidRPr="00F84E54" w:rsidRDefault="00000000" w:rsidP="00F84E54">
      <w:pPr>
        <w:pStyle w:val="Heading2"/>
        <w:rPr>
          <w:rFonts w:ascii="Times New Roman" w:hAnsi="Times New Roman" w:cs="Times New Roman"/>
          <w:sz w:val="22"/>
          <w:szCs w:val="22"/>
        </w:rPr>
      </w:pPr>
      <w:r w:rsidRPr="00F84E54">
        <w:rPr>
          <w:rFonts w:ascii="Times New Roman" w:hAnsi="Times New Roman" w:cs="Times New Roman"/>
          <w:sz w:val="22"/>
          <w:szCs w:val="22"/>
        </w:rPr>
        <w:t>CERTIFICATIONS</w:t>
      </w:r>
    </w:p>
    <w:p w14:paraId="1CFAABA8" w14:textId="77777777" w:rsidR="00123FFE" w:rsidRPr="00F84E54" w:rsidRDefault="00000000" w:rsidP="00F84E54">
      <w:pPr>
        <w:rPr>
          <w:rFonts w:ascii="Times New Roman" w:hAnsi="Times New Roman" w:cs="Times New Roman"/>
        </w:rPr>
      </w:pPr>
      <w:r w:rsidRPr="00F84E54">
        <w:rPr>
          <w:rFonts w:ascii="Times New Roman" w:hAnsi="Times New Roman" w:cs="Times New Roman"/>
        </w:rPr>
        <w:t>Certified Video Editor</w:t>
      </w:r>
      <w:r w:rsidRPr="00F84E54">
        <w:rPr>
          <w:rFonts w:ascii="Times New Roman" w:hAnsi="Times New Roman" w:cs="Times New Roman"/>
        </w:rPr>
        <w:br/>
        <w:t>Certified Interior Decorator</w:t>
      </w:r>
    </w:p>
    <w:p w14:paraId="5797FAB4" w14:textId="77777777" w:rsidR="00123FFE" w:rsidRPr="00F84E54" w:rsidRDefault="00000000" w:rsidP="00F84E54">
      <w:pPr>
        <w:pStyle w:val="Heading2"/>
        <w:rPr>
          <w:rFonts w:ascii="Times New Roman" w:hAnsi="Times New Roman" w:cs="Times New Roman"/>
          <w:sz w:val="22"/>
          <w:szCs w:val="22"/>
        </w:rPr>
      </w:pPr>
      <w:r w:rsidRPr="00F84E54">
        <w:rPr>
          <w:rFonts w:ascii="Times New Roman" w:hAnsi="Times New Roman" w:cs="Times New Roman"/>
          <w:sz w:val="22"/>
          <w:szCs w:val="22"/>
        </w:rPr>
        <w:t>REFERENCES</w:t>
      </w:r>
    </w:p>
    <w:p w14:paraId="7C79BEAA" w14:textId="77777777" w:rsidR="00123FFE" w:rsidRPr="00F84E54" w:rsidRDefault="00000000" w:rsidP="00F84E54">
      <w:pPr>
        <w:rPr>
          <w:rFonts w:ascii="Times New Roman" w:hAnsi="Times New Roman" w:cs="Times New Roman"/>
        </w:rPr>
      </w:pPr>
      <w:r w:rsidRPr="00F84E54">
        <w:rPr>
          <w:rFonts w:ascii="Times New Roman" w:hAnsi="Times New Roman" w:cs="Times New Roman"/>
        </w:rPr>
        <w:t>Available upon request</w:t>
      </w:r>
    </w:p>
    <w:sectPr w:rsidR="00123FFE" w:rsidRPr="00F84E54" w:rsidSect="009860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3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8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EE6966"/>
    <w:multiLevelType w:val="hybridMultilevel"/>
    <w:tmpl w:val="8C2C0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A810FC"/>
    <w:multiLevelType w:val="hybridMultilevel"/>
    <w:tmpl w:val="9CFC09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E13FE8"/>
    <w:multiLevelType w:val="hybridMultilevel"/>
    <w:tmpl w:val="CF127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B96D51"/>
    <w:multiLevelType w:val="hybridMultilevel"/>
    <w:tmpl w:val="B4FCD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C446F"/>
    <w:multiLevelType w:val="hybridMultilevel"/>
    <w:tmpl w:val="B88C8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C7285"/>
    <w:multiLevelType w:val="hybridMultilevel"/>
    <w:tmpl w:val="3CE47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6A6300"/>
    <w:multiLevelType w:val="hybridMultilevel"/>
    <w:tmpl w:val="627E1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C5025"/>
    <w:multiLevelType w:val="hybridMultilevel"/>
    <w:tmpl w:val="D1D0A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954570"/>
    <w:multiLevelType w:val="hybridMultilevel"/>
    <w:tmpl w:val="48DC9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B966C3"/>
    <w:multiLevelType w:val="hybridMultilevel"/>
    <w:tmpl w:val="2730C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935335"/>
    <w:multiLevelType w:val="hybridMultilevel"/>
    <w:tmpl w:val="8770381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2" w15:restartNumberingAfterBreak="0">
    <w:nsid w:val="79B27D80"/>
    <w:multiLevelType w:val="hybridMultilevel"/>
    <w:tmpl w:val="E7E61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064066">
    <w:abstractNumId w:val="8"/>
  </w:num>
  <w:num w:numId="2" w16cid:durableId="1298754823">
    <w:abstractNumId w:val="6"/>
  </w:num>
  <w:num w:numId="3" w16cid:durableId="1181822335">
    <w:abstractNumId w:val="5"/>
  </w:num>
  <w:num w:numId="4" w16cid:durableId="1421104051">
    <w:abstractNumId w:val="4"/>
  </w:num>
  <w:num w:numId="5" w16cid:durableId="799155030">
    <w:abstractNumId w:val="7"/>
  </w:num>
  <w:num w:numId="6" w16cid:durableId="1967854098">
    <w:abstractNumId w:val="3"/>
  </w:num>
  <w:num w:numId="7" w16cid:durableId="1825580984">
    <w:abstractNumId w:val="2"/>
  </w:num>
  <w:num w:numId="8" w16cid:durableId="1507011710">
    <w:abstractNumId w:val="1"/>
  </w:num>
  <w:num w:numId="9" w16cid:durableId="121847448">
    <w:abstractNumId w:val="0"/>
  </w:num>
  <w:num w:numId="10" w16cid:durableId="512383343">
    <w:abstractNumId w:val="9"/>
  </w:num>
  <w:num w:numId="11" w16cid:durableId="1518423849">
    <w:abstractNumId w:val="10"/>
  </w:num>
  <w:num w:numId="12" w16cid:durableId="1329823334">
    <w:abstractNumId w:val="19"/>
  </w:num>
  <w:num w:numId="13" w16cid:durableId="1755934129">
    <w:abstractNumId w:val="11"/>
  </w:num>
  <w:num w:numId="14" w16cid:durableId="881022637">
    <w:abstractNumId w:val="20"/>
  </w:num>
  <w:num w:numId="15" w16cid:durableId="2099714352">
    <w:abstractNumId w:val="22"/>
  </w:num>
  <w:num w:numId="16" w16cid:durableId="210188844">
    <w:abstractNumId w:val="15"/>
  </w:num>
  <w:num w:numId="17" w16cid:durableId="1193803937">
    <w:abstractNumId w:val="17"/>
  </w:num>
  <w:num w:numId="18" w16cid:durableId="793867288">
    <w:abstractNumId w:val="13"/>
  </w:num>
  <w:num w:numId="19" w16cid:durableId="272902851">
    <w:abstractNumId w:val="14"/>
  </w:num>
  <w:num w:numId="20" w16cid:durableId="463696561">
    <w:abstractNumId w:val="16"/>
  </w:num>
  <w:num w:numId="21" w16cid:durableId="1782652096">
    <w:abstractNumId w:val="12"/>
  </w:num>
  <w:num w:numId="22" w16cid:durableId="397484900">
    <w:abstractNumId w:val="21"/>
  </w:num>
  <w:num w:numId="23" w16cid:durableId="5296065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BE1"/>
    <w:rsid w:val="00034616"/>
    <w:rsid w:val="0006063C"/>
    <w:rsid w:val="00123FFE"/>
    <w:rsid w:val="0015074B"/>
    <w:rsid w:val="0029639D"/>
    <w:rsid w:val="00326F90"/>
    <w:rsid w:val="003B70F6"/>
    <w:rsid w:val="00421990"/>
    <w:rsid w:val="00520440"/>
    <w:rsid w:val="00986004"/>
    <w:rsid w:val="00AA1D8D"/>
    <w:rsid w:val="00B12AAB"/>
    <w:rsid w:val="00B47730"/>
    <w:rsid w:val="00BD5094"/>
    <w:rsid w:val="00CB0664"/>
    <w:rsid w:val="00F84E54"/>
    <w:rsid w:val="00FC693F"/>
    <w:rsid w:val="00FD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F2B6BF"/>
  <w14:defaultImageDpi w14:val="300"/>
  <w15:docId w15:val="{F7BC6177-E62C-44FB-8558-D2A39D2EA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rstParagraph">
    <w:name w:val="First Paragraph"/>
    <w:basedOn w:val="BodyText"/>
    <w:next w:val="BodyText"/>
    <w:qFormat/>
    <w:rsid w:val="00421990"/>
    <w:pPr>
      <w:spacing w:before="180" w:after="180" w:line="240" w:lineRule="auto"/>
    </w:pPr>
    <w:rPr>
      <w:rFonts w:ascii="Aptos" w:eastAsia="Aptos" w:hAnsi="Aptos" w:cs="SimSu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store</cp:lastModifiedBy>
  <cp:revision>3</cp:revision>
  <cp:lastPrinted>2026-07-23T00:01:00Z</cp:lastPrinted>
  <dcterms:created xsi:type="dcterms:W3CDTF">2013-12-23T23:15:00Z</dcterms:created>
  <dcterms:modified xsi:type="dcterms:W3CDTF">2026-07-23T00:06:00Z</dcterms:modified>
  <cp:category/>
</cp:coreProperties>
</file>