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color w:val="1F4E79"/>
          <w:sz w:val="40"/>
        </w:rPr>
        <w:t>IBRAHIM SEGUN MOSOBALAJE</w:t>
      </w:r>
    </w:p>
    <w:p>
      <w:pPr>
        <w:spacing w:after="20"/>
        <w:jc w:val="center"/>
      </w:pPr>
      <w:r>
        <w:rPr>
          <w:sz w:val="21"/>
        </w:rPr>
        <w:t>Address: 126, Aladelola, Ikosi Ketu, Lagos</w:t>
      </w:r>
    </w:p>
    <w:p>
      <w:pPr>
        <w:spacing w:after="100"/>
        <w:jc w:val="center"/>
      </w:pPr>
      <w:r>
        <w:rPr>
          <w:sz w:val="21"/>
        </w:rPr>
        <w:t>ibrahimsegun4321@gmail.com</w:t>
      </w:r>
    </w:p>
    <w:p>
      <w:pPr>
        <w:spacing w:before="0" w:after="40"/>
        <w:pBdr>
          <w:bottom w:val="single" w:sz="14" w:space="1" w:color="1F4E79"/>
        </w:pBdr>
      </w:pPr>
    </w:p>
    <w:p>
      <w:pPr>
        <w:spacing w:before="160" w:after="80"/>
        <w:shd w:fill="D9EAF7"/>
      </w:pPr>
      <w:r>
        <w:rPr>
          <w:rFonts w:ascii="Arial" w:hAnsi="Arial"/>
          <w:b/>
          <w:color w:val="1F4E79"/>
          <w:sz w:val="24"/>
        </w:rPr>
        <w:t>PERSONAL PROFILE</w:t>
      </w:r>
    </w:p>
    <w:p>
      <w:pPr>
        <w:spacing w:after="60"/>
      </w:pPr>
      <w:r>
        <w:t>Am seeking to obtain a position that will enable me to use my strong organizational skills, educational background, and ability to work well with people in a challenging environment.</w:t>
      </w:r>
    </w:p>
    <w:p>
      <w:pPr>
        <w:spacing w:before="160" w:after="80"/>
        <w:shd w:fill="D9EAF7"/>
      </w:pPr>
      <w:r>
        <w:rPr>
          <w:rFonts w:ascii="Arial" w:hAnsi="Arial"/>
          <w:b/>
          <w:color w:val="1F4E79"/>
          <w:sz w:val="24"/>
        </w:rPr>
        <w:t>EDUCATIONAL QUALIFICATIONS</w:t>
      </w:r>
    </w:p>
    <w:p>
      <w:pPr>
        <w:spacing w:after="20"/>
      </w:pPr>
      <w:r>
        <w:rPr>
          <w:b/>
          <w:color w:val="1F4E79"/>
        </w:rPr>
        <w:t>High School Certificate</w:t>
      </w:r>
    </w:p>
    <w:p>
      <w:pPr>
        <w:spacing w:after="40"/>
        <w:ind w:left="360"/>
      </w:pPr>
      <w:r>
        <w:t>•  Lexis Senior Secondary School in Art Section 2016</w:t>
      </w:r>
    </w:p>
    <w:p>
      <w:pPr>
        <w:spacing w:before="160" w:after="80"/>
        <w:shd w:fill="D9EAF7"/>
      </w:pPr>
      <w:r>
        <w:rPr>
          <w:rFonts w:ascii="Arial" w:hAnsi="Arial"/>
          <w:b/>
          <w:color w:val="1F4E79"/>
          <w:sz w:val="24"/>
        </w:rPr>
        <w:t>LANGUAGES</w:t>
      </w:r>
    </w:p>
    <w:p>
      <w:pPr>
        <w:spacing w:after="40"/>
        <w:ind w:left="360"/>
      </w:pPr>
      <w:r>
        <w:t>•  English: Good (Speaking / Writing / Reading).</w:t>
      </w:r>
    </w:p>
    <w:p>
      <w:pPr>
        <w:spacing w:before="160" w:after="80"/>
        <w:shd w:fill="D9EAF7"/>
      </w:pPr>
      <w:r>
        <w:rPr>
          <w:rFonts w:ascii="Arial" w:hAnsi="Arial"/>
          <w:b/>
          <w:color w:val="1F4E79"/>
          <w:sz w:val="24"/>
        </w:rPr>
        <w:t>EXPERIENCE</w:t>
      </w:r>
    </w:p>
    <w:p>
      <w:pPr>
        <w:spacing w:before="40" w:after="20"/>
      </w:pPr>
      <w:r>
        <w:rPr>
          <w:b/>
          <w:color w:val="1F4E79"/>
        </w:rPr>
        <w:t>Graphic Designer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2160"/>
      </w:tblGrid>
      <w:tr>
        <w:tc>
          <w:tcPr>
            <w:tcW w:type="dxa" w:w="820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  <w:ind w:left="360"/>
            </w:pPr>
            <w:r>
              <w:t>•  Riam Company – Customer Attendance</w:t>
            </w:r>
          </w:p>
        </w:tc>
        <w:tc>
          <w:tcPr>
            <w:tcW w:type="dxa" w:w="2160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  <w:jc w:val="right"/>
            </w:pPr>
            <w:r>
              <w:rPr>
                <w:b/>
                <w:color w:val="1F4E79"/>
              </w:rPr>
              <w:t>2017 - 2019</w:t>
            </w:r>
          </w:p>
        </w:tc>
      </w:tr>
    </w:tbl>
    <w:p>
      <w:pPr>
        <w:spacing w:before="40" w:after="20"/>
      </w:pPr>
      <w:r>
        <w:rPr>
          <w:b/>
          <w:color w:val="1F4E79"/>
        </w:rPr>
        <w:t>Waiter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2160"/>
      </w:tblGrid>
      <w:tr>
        <w:tc>
          <w:tcPr>
            <w:tcW w:type="dxa" w:w="820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  <w:ind w:left="360"/>
            </w:pPr>
            <w:r>
              <w:t>•  African Shrine</w:t>
            </w:r>
          </w:p>
        </w:tc>
        <w:tc>
          <w:tcPr>
            <w:tcW w:type="dxa" w:w="2160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  <w:jc w:val="right"/>
            </w:pPr>
            <w:r>
              <w:rPr>
                <w:b/>
                <w:color w:val="1F4E79"/>
              </w:rPr>
              <w:t>2020 - 2024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2160"/>
      </w:tblGrid>
      <w:tr>
        <w:tc>
          <w:tcPr>
            <w:tcW w:type="dxa" w:w="820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  <w:ind w:left="360"/>
            </w:pPr>
            <w:r>
              <w:t>•  Anyday Lounge</w:t>
            </w:r>
          </w:p>
        </w:tc>
        <w:tc>
          <w:tcPr>
            <w:tcW w:type="dxa" w:w="2160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  <w:jc w:val="right"/>
            </w:pPr>
            <w:r>
              <w:rPr>
                <w:b/>
                <w:color w:val="1F4E79"/>
              </w:rPr>
              <w:t>2024 - 2025</w:t>
            </w:r>
          </w:p>
        </w:tc>
      </w:tr>
    </w:tbl>
    <w:p>
      <w:pPr>
        <w:spacing w:before="40" w:after="20"/>
      </w:pPr>
      <w:r>
        <w:rPr>
          <w:b/>
          <w:color w:val="1F4E79"/>
        </w:rPr>
        <w:t>Graphic Designer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2160"/>
      </w:tblGrid>
      <w:tr>
        <w:tc>
          <w:tcPr>
            <w:tcW w:type="dxa" w:w="820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  <w:ind w:left="360"/>
            </w:pPr>
            <w:r>
              <w:t>•  Hight-light Company – Customer Attendance (Screen printing)</w:t>
            </w:r>
          </w:p>
        </w:tc>
        <w:tc>
          <w:tcPr>
            <w:tcW w:type="dxa" w:w="2160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  <w:jc w:val="right"/>
            </w:pPr>
            <w:r>
              <w:rPr>
                <w:b/>
                <w:color w:val="1F4E79"/>
              </w:rPr>
              <w:t>2025 - 2026</w:t>
            </w:r>
          </w:p>
        </w:tc>
      </w:tr>
    </w:tbl>
    <w:p>
      <w:pPr>
        <w:spacing w:before="160" w:after="80"/>
        <w:shd w:fill="D9EAF7"/>
      </w:pPr>
      <w:r>
        <w:rPr>
          <w:rFonts w:ascii="Arial" w:hAnsi="Arial"/>
          <w:b/>
          <w:color w:val="1F4E79"/>
          <w:sz w:val="24"/>
        </w:rPr>
        <w:t>SKILLS</w:t>
      </w:r>
    </w:p>
    <w:p>
      <w:pPr>
        <w:spacing w:after="20"/>
      </w:pPr>
      <w:r>
        <w:t>Customer Service | Communication | Order Taking | Cash Handling | Teamwork | Time Management</w:t>
      </w:r>
    </w:p>
    <w:p>
      <w:pPr>
        <w:spacing w:after="40"/>
      </w:pPr>
      <w:r>
        <w:t>Graphics Design | Screen Printing | Signage | Branding.</w:t>
      </w:r>
    </w:p>
    <w:p>
      <w:pPr>
        <w:spacing w:before="160" w:after="80"/>
        <w:shd w:fill="D9EAF7"/>
      </w:pPr>
      <w:r>
        <w:rPr>
          <w:rFonts w:ascii="Arial" w:hAnsi="Arial"/>
          <w:b/>
          <w:color w:val="1F4E79"/>
          <w:sz w:val="24"/>
        </w:rPr>
        <w:t>SPECIAL SKILLS</w:t>
      </w:r>
    </w:p>
    <w:p>
      <w:pPr>
        <w:spacing w:after="20"/>
        <w:ind w:left="360"/>
      </w:pPr>
      <w:r>
        <w:t>•  Ability to work with group, sharing information and exchange knowledge.</w:t>
      </w:r>
    </w:p>
    <w:p>
      <w:pPr>
        <w:spacing w:after="20"/>
        <w:ind w:left="360"/>
      </w:pPr>
      <w:r>
        <w:t>•  Ability to work under pressure and hardworking.</w:t>
      </w:r>
    </w:p>
    <w:p>
      <w:pPr>
        <w:spacing w:after="20"/>
        <w:ind w:left="360"/>
      </w:pPr>
      <w:r>
        <w:t>•  Excellent communication skills in English and Yoruba.</w:t>
      </w:r>
    </w:p>
    <w:p>
      <w:pPr>
        <w:spacing w:before="160" w:after="80"/>
        <w:shd w:fill="D9EAF7"/>
      </w:pPr>
      <w:r>
        <w:rPr>
          <w:rFonts w:ascii="Arial" w:hAnsi="Arial"/>
          <w:b/>
          <w:color w:val="1F4E79"/>
          <w:sz w:val="24"/>
        </w:rPr>
        <w:t>REFEREES</w:t>
      </w:r>
    </w:p>
    <w:p>
      <w:pPr>
        <w:spacing w:after="0"/>
      </w:pPr>
      <w:r>
        <w:t>Available On Request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