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6"/>
        </w:rPr>
        <w:t>IGBOA BENJAMIN AIREFETALOR</w:t>
      </w:r>
    </w:p>
    <w:p>
      <w:pPr>
        <w:jc w:val="center"/>
      </w:pPr>
      <w:r>
        <w:rPr>
          <w:b/>
          <w:sz w:val="20"/>
        </w:rPr>
        <w:t>MECHANICAL MAINTENANCE TECHNOLOGIST | MECHANICAL TECHNICIAN | MACHINIST/FITTER</w:t>
      </w:r>
    </w:p>
    <w:p>
      <w:pPr>
        <w:spacing w:after="160"/>
        <w:jc w:val="center"/>
      </w:pPr>
      <w:r>
        <w:rPr>
          <w:sz w:val="18"/>
        </w:rPr>
        <w:t>Warri, Delta State, Nigeria  |  +234 706 113 9063  |  Igboabenjamin03@gmail.com</w:t>
      </w:r>
    </w:p>
    <w:p>
      <w:pPr>
        <w:spacing w:before="120" w:after="60"/>
        <w:pBdr>
          <w:bottom w:val="single" w:sz="6" w:space="1" w:color="808080"/>
        </w:pBdr>
      </w:pPr>
      <w:r>
        <w:rPr>
          <w:b/>
          <w:sz w:val="22"/>
        </w:rPr>
        <w:t>PROFESSIONAL SUMMARY</w:t>
      </w:r>
    </w:p>
    <w:p>
      <w:pPr>
        <w:spacing w:after="80"/>
      </w:pPr>
      <w:r>
        <w:t>Mechanical Maintenance Technologist with extensive hands-on industrial experience in mechanical maintenance, machining, equipment troubleshooting, machine assembly, preventive maintenance and technical problem-solving. Experienced across dairy/food processing, agro-processing and industrial equipment environments. Holds an HND in Mechanical Engineering (Manufacturing Option) and Trade Test I–III in Lathe Turning. Strong practical background in diagnosing mechanical faults, maintaining production equipment, machining components and supporting reliable plant operations. Committed to continuous learning, safe working practices and dependable equipment performance.</w:t>
      </w:r>
    </w:p>
    <w:p>
      <w:pPr>
        <w:spacing w:before="120" w:after="60"/>
        <w:pBdr>
          <w:bottom w:val="single" w:sz="6" w:space="1" w:color="808080"/>
        </w:pBdr>
      </w:pPr>
      <w:r>
        <w:rPr>
          <w:b/>
          <w:sz w:val="22"/>
        </w:rPr>
        <w:t>CORE TECHNICAL SKILLS</w:t>
      </w:r>
    </w:p>
    <w:p>
      <w:pPr>
        <w:pStyle w:val="ListBullet"/>
        <w:spacing w:after="30"/>
        <w:ind w:left="259" w:hanging="173"/>
      </w:pPr>
      <w:r>
        <w:t>Preventive and corrective maintenance</w:t>
      </w:r>
    </w:p>
    <w:p>
      <w:pPr>
        <w:pStyle w:val="ListBullet"/>
        <w:spacing w:after="30"/>
        <w:ind w:left="259" w:hanging="173"/>
      </w:pPr>
      <w:r>
        <w:t>Mechanical fault diagnosis and troubleshooting</w:t>
      </w:r>
    </w:p>
    <w:p>
      <w:pPr>
        <w:pStyle w:val="ListBullet"/>
        <w:spacing w:after="30"/>
        <w:ind w:left="259" w:hanging="173"/>
      </w:pPr>
      <w:r>
        <w:t>Industrial machinery maintenance</w:t>
      </w:r>
    </w:p>
    <w:p>
      <w:pPr>
        <w:pStyle w:val="ListBullet"/>
        <w:spacing w:after="30"/>
        <w:ind w:left="259" w:hanging="173"/>
      </w:pPr>
      <w:r>
        <w:t>Production and packaging equipment maintenance</w:t>
      </w:r>
    </w:p>
    <w:p>
      <w:pPr>
        <w:pStyle w:val="ListBullet"/>
        <w:spacing w:after="30"/>
        <w:ind w:left="259" w:hanging="173"/>
      </w:pPr>
      <w:r>
        <w:t>Mechanical fitting and assembly</w:t>
      </w:r>
    </w:p>
    <w:p>
      <w:pPr>
        <w:pStyle w:val="ListBullet"/>
        <w:spacing w:after="30"/>
        <w:ind w:left="259" w:hanging="173"/>
      </w:pPr>
      <w:r>
        <w:t>Lathe operation: turning, facing, drilling and threading</w:t>
      </w:r>
    </w:p>
    <w:p>
      <w:pPr>
        <w:pStyle w:val="ListBullet"/>
        <w:spacing w:after="30"/>
        <w:ind w:left="259" w:hanging="173"/>
      </w:pPr>
      <w:r>
        <w:t>Machine setup and adjustment</w:t>
      </w:r>
    </w:p>
    <w:p>
      <w:pPr>
        <w:pStyle w:val="ListBullet"/>
        <w:spacing w:after="30"/>
        <w:ind w:left="259" w:hanging="173"/>
      </w:pPr>
      <w:r>
        <w:t>Bearings, lubrication and routine servicing</w:t>
      </w:r>
    </w:p>
    <w:p>
      <w:pPr>
        <w:pStyle w:val="ListBullet"/>
        <w:spacing w:after="30"/>
        <w:ind w:left="259" w:hanging="173"/>
      </w:pPr>
      <w:r>
        <w:t>Equipment inspection and performance monitoring</w:t>
      </w:r>
    </w:p>
    <w:p>
      <w:pPr>
        <w:pStyle w:val="ListBullet"/>
        <w:spacing w:after="30"/>
        <w:ind w:left="259" w:hanging="173"/>
      </w:pPr>
      <w:r>
        <w:t>Component repair and replacement</w:t>
      </w:r>
    </w:p>
    <w:p>
      <w:pPr>
        <w:pStyle w:val="ListBullet"/>
        <w:spacing w:after="30"/>
        <w:ind w:left="259" w:hanging="173"/>
      </w:pPr>
      <w:r>
        <w:t>Mechanical workshop practice</w:t>
      </w:r>
    </w:p>
    <w:p>
      <w:pPr>
        <w:pStyle w:val="ListBullet"/>
        <w:spacing w:after="30"/>
        <w:ind w:left="259" w:hanging="173"/>
      </w:pPr>
      <w:r>
        <w:t>Technical maintenance reporting</w:t>
      </w:r>
    </w:p>
    <w:p>
      <w:pPr>
        <w:pStyle w:val="ListBullet"/>
        <w:spacing w:after="30"/>
        <w:ind w:left="259" w:hanging="173"/>
      </w:pPr>
      <w:r>
        <w:t>Industrial generator servicing and troubleshooting</w:t>
      </w:r>
    </w:p>
    <w:p>
      <w:pPr>
        <w:pStyle w:val="ListBullet"/>
        <w:spacing w:after="30"/>
        <w:ind w:left="259" w:hanging="173"/>
      </w:pPr>
      <w:r>
        <w:t>Welding, fabrication and general metal work</w:t>
      </w:r>
    </w:p>
    <w:p>
      <w:pPr>
        <w:spacing w:before="120" w:after="60"/>
        <w:pBdr>
          <w:bottom w:val="single" w:sz="6" w:space="1" w:color="808080"/>
        </w:pBdr>
      </w:pPr>
      <w:r>
        <w:rPr>
          <w:b/>
          <w:sz w:val="22"/>
        </w:rPr>
        <w:t>PROFESSIONAL EXPERIENCE</w:t>
      </w:r>
    </w:p>
    <w:p>
      <w:pPr>
        <w:spacing w:before="80" w:after="0"/>
      </w:pPr>
      <w:r>
        <w:rPr>
          <w:b/>
          <w:sz w:val="20"/>
        </w:rPr>
        <w:t>Maintenance Technologist</w:t>
      </w:r>
      <w:r>
        <w:rPr>
          <w:b/>
        </w:rPr>
        <w:t xml:space="preserve"> | Janeben Yogurt &amp; Ice Cream Factory – Takol Group</w:t>
      </w:r>
    </w:p>
    <w:p>
      <w:pPr>
        <w:spacing w:after="40"/>
      </w:pPr>
      <w:r>
        <w:rPr>
          <w:i/>
          <w:sz w:val="17"/>
        </w:rPr>
        <w:t>Dec 2025 – Present  |  Ibafo, Ogun State, Nigeria</w:t>
      </w:r>
    </w:p>
    <w:p>
      <w:pPr>
        <w:pStyle w:val="ListBullet"/>
        <w:spacing w:after="30"/>
        <w:ind w:left="259" w:hanging="173"/>
      </w:pPr>
      <w:r>
        <w:t>Develop and implement routine inspection and servicing schedules to support reliable operation and reduce the risk of equipment failure.</w:t>
      </w:r>
    </w:p>
    <w:p>
      <w:pPr>
        <w:pStyle w:val="ListBullet"/>
        <w:spacing w:after="30"/>
        <w:ind w:left="259" w:hanging="173"/>
      </w:pPr>
      <w:r>
        <w:t>Lead and supervise maintenance activities for daily processing and packaging equipment.</w:t>
      </w:r>
    </w:p>
    <w:p>
      <w:pPr>
        <w:pStyle w:val="ListBullet"/>
        <w:spacing w:after="30"/>
        <w:ind w:left="259" w:hanging="173"/>
      </w:pPr>
      <w:r>
        <w:t>Support mechanical troubleshooting, equipment inspection and corrective maintenance to maintain production continuity.</w:t>
      </w:r>
    </w:p>
    <w:p>
      <w:pPr>
        <w:pStyle w:val="ListBullet"/>
        <w:spacing w:after="30"/>
        <w:ind w:left="259" w:hanging="173"/>
      </w:pPr>
      <w:r>
        <w:t>Coordinate routine servicing and maintenance interventions within the maintenance department.</w:t>
      </w:r>
    </w:p>
    <w:p>
      <w:pPr>
        <w:spacing w:before="80" w:after="0"/>
      </w:pPr>
      <w:r>
        <w:rPr>
          <w:b/>
          <w:sz w:val="20"/>
        </w:rPr>
        <w:t>Machinist/Fitter Technologist</w:t>
      </w:r>
      <w:r>
        <w:rPr>
          <w:b/>
        </w:rPr>
        <w:t xml:space="preserve"> | Prime Feed and Flour Mill Limited</w:t>
      </w:r>
    </w:p>
    <w:p>
      <w:pPr>
        <w:spacing w:after="40"/>
      </w:pPr>
      <w:r>
        <w:rPr>
          <w:i/>
          <w:sz w:val="17"/>
        </w:rPr>
        <w:t>Mar 2023 – Nov 2025  |  Ewu, Edo State, Nigeria</w:t>
      </w:r>
    </w:p>
    <w:p>
      <w:pPr>
        <w:pStyle w:val="ListBullet"/>
        <w:spacing w:after="30"/>
        <w:ind w:left="259" w:hanging="173"/>
      </w:pPr>
      <w:r>
        <w:t>Prepared, adjusted and operated workshop machines including lathes, drilling machines and grinding machines.</w:t>
      </w:r>
    </w:p>
    <w:p>
      <w:pPr>
        <w:pStyle w:val="ListBullet"/>
        <w:spacing w:after="30"/>
        <w:ind w:left="259" w:hanging="173"/>
      </w:pPr>
      <w:r>
        <w:t>Performed routine maintenance, lubrication, cleaning and minor repairs to keep machinery in good working condition.</w:t>
      </w:r>
    </w:p>
    <w:p>
      <w:pPr>
        <w:pStyle w:val="ListBullet"/>
        <w:spacing w:after="30"/>
        <w:ind w:left="259" w:hanging="173"/>
      </w:pPr>
      <w:r>
        <w:t>Diagnosed mechanical faults and repaired or replaced worn and damaged components.</w:t>
      </w:r>
    </w:p>
    <w:p>
      <w:pPr>
        <w:pStyle w:val="ListBullet"/>
        <w:spacing w:after="30"/>
        <w:ind w:left="259" w:hanging="173"/>
      </w:pPr>
      <w:r>
        <w:t>Fitted and assembled machine parts according to engineering drawings and specifications.</w:t>
      </w:r>
    </w:p>
    <w:p>
      <w:pPr>
        <w:pStyle w:val="ListBullet"/>
        <w:spacing w:after="30"/>
        <w:ind w:left="259" w:hanging="173"/>
      </w:pPr>
      <w:r>
        <w:t>Monitored equipment performance, analysed maintenance information and prepared reports to support maintenance decisions.</w:t>
      </w:r>
    </w:p>
    <w:p>
      <w:pPr>
        <w:spacing w:before="80" w:after="0"/>
      </w:pPr>
      <w:r>
        <w:rPr>
          <w:b/>
          <w:sz w:val="20"/>
        </w:rPr>
        <w:t>Industrial Generator Technician</w:t>
      </w:r>
      <w:r>
        <w:rPr>
          <w:b/>
        </w:rPr>
        <w:t xml:space="preserve"> | D. Dominion Industries Limited</w:t>
      </w:r>
    </w:p>
    <w:p>
      <w:pPr>
        <w:spacing w:after="40"/>
      </w:pPr>
      <w:r>
        <w:rPr>
          <w:i/>
          <w:sz w:val="17"/>
        </w:rPr>
        <w:t>Jul 2021 – Feb 2023  |  Warri, Delta State, Nigeria</w:t>
      </w:r>
    </w:p>
    <w:p>
      <w:pPr>
        <w:pStyle w:val="ListBullet"/>
        <w:spacing w:after="30"/>
        <w:ind w:left="259" w:hanging="173"/>
      </w:pPr>
      <w:r>
        <w:t>Performed scheduled servicing including oil changes, filter replacement, coolant checks and battery inspections.</w:t>
      </w:r>
    </w:p>
    <w:p>
      <w:pPr>
        <w:pStyle w:val="ListBullet"/>
        <w:spacing w:after="30"/>
        <w:ind w:left="259" w:hanging="173"/>
      </w:pPr>
      <w:r>
        <w:t>Maintained industrial generators to support reliable operation and prevent unexpected failures.</w:t>
      </w:r>
    </w:p>
    <w:p>
      <w:pPr>
        <w:pStyle w:val="ListBullet"/>
        <w:spacing w:after="30"/>
        <w:ind w:left="259" w:hanging="173"/>
      </w:pPr>
      <w:r>
        <w:t>Diagnosed and repaired generator faults involving injectors, alternators, starters and control panels.</w:t>
      </w:r>
    </w:p>
    <w:p>
      <w:pPr>
        <w:pStyle w:val="ListBullet"/>
        <w:spacing w:after="30"/>
        <w:ind w:left="259" w:hanging="173"/>
      </w:pPr>
      <w:r>
        <w:t>Inspected generator components and replaced faulty or worn parts as required.</w:t>
      </w:r>
    </w:p>
    <w:p>
      <w:pPr>
        <w:spacing w:before="80" w:after="0"/>
      </w:pPr>
      <w:r>
        <w:rPr>
          <w:b/>
          <w:sz w:val="20"/>
        </w:rPr>
        <w:t>Branch Manager</w:t>
      </w:r>
      <w:r>
        <w:rPr>
          <w:b/>
        </w:rPr>
        <w:t xml:space="preserve"> | Anderson Stake and Bets</w:t>
      </w:r>
    </w:p>
    <w:p>
      <w:pPr>
        <w:spacing w:after="40"/>
      </w:pPr>
      <w:r>
        <w:rPr>
          <w:i/>
          <w:sz w:val="17"/>
        </w:rPr>
        <w:t>Oct 2018 – Jun 2021  |  Festac Town, Lagos, Nigeria</w:t>
      </w:r>
    </w:p>
    <w:p>
      <w:pPr>
        <w:pStyle w:val="ListBullet"/>
        <w:spacing w:after="30"/>
        <w:ind w:left="259" w:hanging="173"/>
      </w:pPr>
      <w:r>
        <w:t>Managed daily branch operations, cash flow and transactions.</w:t>
      </w:r>
    </w:p>
    <w:p>
      <w:pPr>
        <w:pStyle w:val="ListBullet"/>
        <w:spacing w:after="30"/>
        <w:ind w:left="259" w:hanging="173"/>
      </w:pPr>
      <w:r>
        <w:t>Resolved customer complaints and supported service delivery and client relationships.</w:t>
      </w:r>
    </w:p>
    <w:p>
      <w:pPr>
        <w:pStyle w:val="ListBullet"/>
        <w:spacing w:after="30"/>
        <w:ind w:left="259" w:hanging="173"/>
      </w:pPr>
      <w:r>
        <w:t>Provided regular updates to senior management on branch performance, challenges and opportunities.</w:t>
      </w:r>
    </w:p>
    <w:p>
      <w:pPr>
        <w:spacing w:before="80" w:after="0"/>
      </w:pPr>
      <w:r>
        <w:rPr>
          <w:b/>
          <w:sz w:val="20"/>
        </w:rPr>
        <w:t>NYSC Subject Teacher – Welding &amp; Fabrication / General Metal Work</w:t>
      </w:r>
      <w:r>
        <w:rPr>
          <w:b/>
        </w:rPr>
        <w:t xml:space="preserve"> | Federal Science and Technical College</w:t>
      </w:r>
    </w:p>
    <w:p>
      <w:pPr>
        <w:spacing w:after="40"/>
      </w:pPr>
      <w:r>
        <w:rPr>
          <w:i/>
          <w:sz w:val="17"/>
        </w:rPr>
        <w:t>Jun 2017 – Jul 2018  |  Doma, Nasarawa State, Nigeria</w:t>
      </w:r>
    </w:p>
    <w:p>
      <w:pPr>
        <w:pStyle w:val="ListBullet"/>
        <w:spacing w:after="30"/>
        <w:ind w:left="259" w:hanging="173"/>
      </w:pPr>
      <w:r>
        <w:t>Taught Welding and Fabrication and General Metal Work to Senior Secondary School students (SSS 1–3).</w:t>
      </w:r>
    </w:p>
    <w:p>
      <w:pPr>
        <w:pStyle w:val="ListBullet"/>
        <w:spacing w:after="30"/>
        <w:ind w:left="259" w:hanging="173"/>
      </w:pPr>
      <w:r>
        <w:t>Delivered practical and theoretical lessons and guided workshop activities.</w:t>
      </w:r>
    </w:p>
    <w:p>
      <w:pPr>
        <w:pStyle w:val="ListBullet"/>
        <w:spacing w:after="30"/>
        <w:ind w:left="259" w:hanging="173"/>
      </w:pPr>
      <w:r>
        <w:t>Supported students in developing foundational metalworking and fabrication skills.</w:t>
      </w:r>
    </w:p>
    <w:p>
      <w:pPr>
        <w:spacing w:before="80" w:after="0"/>
      </w:pPr>
      <w:r>
        <w:rPr>
          <w:b/>
          <w:sz w:val="20"/>
        </w:rPr>
        <w:t>Lathe Machine Operator</w:t>
      </w:r>
      <w:r>
        <w:rPr>
          <w:b/>
        </w:rPr>
        <w:t xml:space="preserve"> | Peblon Global Service</w:t>
      </w:r>
    </w:p>
    <w:p>
      <w:pPr>
        <w:spacing w:after="40"/>
      </w:pPr>
      <w:r>
        <w:rPr>
          <w:i/>
          <w:sz w:val="17"/>
        </w:rPr>
        <w:t>Apr 2011 – Jan 2017  |  Warri, Delta State, Nigeria</w:t>
      </w:r>
    </w:p>
    <w:p>
      <w:pPr>
        <w:pStyle w:val="ListBullet"/>
        <w:spacing w:after="30"/>
        <w:ind w:left="259" w:hanging="173"/>
      </w:pPr>
      <w:r>
        <w:t>Set up and operated lathe machines for turning, facing, drilling and threading operations.</w:t>
      </w:r>
    </w:p>
    <w:p>
      <w:pPr>
        <w:pStyle w:val="ListBullet"/>
        <w:spacing w:after="30"/>
        <w:ind w:left="259" w:hanging="173"/>
      </w:pPr>
      <w:r>
        <w:t>Monitored machine operation for unusual sounds, vibration and performance issues.</w:t>
      </w:r>
    </w:p>
    <w:p>
      <w:pPr>
        <w:pStyle w:val="ListBullet"/>
        <w:spacing w:after="30"/>
        <w:ind w:left="259" w:hanging="173"/>
      </w:pPr>
      <w:r>
        <w:t>Measured finished components with Vernier calipers to verify dimensions against specifications.</w:t>
      </w:r>
    </w:p>
    <w:p>
      <w:pPr>
        <w:spacing w:before="120" w:after="60"/>
        <w:pBdr>
          <w:bottom w:val="single" w:sz="6" w:space="1" w:color="808080"/>
        </w:pBdr>
      </w:pPr>
      <w:r>
        <w:rPr>
          <w:b/>
          <w:sz w:val="22"/>
        </w:rPr>
        <w:t>EDUCATION &amp; PROFESSIONAL TRAINING</w:t>
      </w:r>
    </w:p>
    <w:p>
      <w:pPr>
        <w:spacing w:after="20"/>
      </w:pPr>
      <w:r>
        <w:rPr>
          <w:b/>
        </w:rPr>
        <w:t>Higher National Diploma (HND), Mechanical Engineering Technology – Manufacturing Option</w:t>
      </w:r>
      <w:r>
        <w:br/>
        <w:t>Auchi Polytechnic, Auchi, Nigeria | 2014 – 2016 | Lower Credit</w:t>
      </w:r>
    </w:p>
    <w:p>
      <w:pPr>
        <w:spacing w:after="20"/>
      </w:pPr>
      <w:r>
        <w:rPr>
          <w:b/>
        </w:rPr>
        <w:t>National Diploma (ND), Mechanical Engineering</w:t>
      </w:r>
      <w:r>
        <w:br/>
        <w:t>Auchi Polytechnic, Auchi, Nigeria | 2010 – 2013 | Lower Credit</w:t>
      </w:r>
    </w:p>
    <w:p>
      <w:pPr>
        <w:spacing w:after="20"/>
      </w:pPr>
      <w:r>
        <w:rPr>
          <w:b/>
        </w:rPr>
        <w:t>Trade Test Certificate – Lathe Turning</w:t>
      </w:r>
      <w:r>
        <w:br/>
        <w:t>Federal Ministry of Labour and Employment | Trade Test I – 2018; Trade Test II – 2017; Trade Test III – 2016</w:t>
      </w:r>
    </w:p>
    <w:p>
      <w:pPr>
        <w:spacing w:after="20"/>
      </w:pPr>
      <w:r>
        <w:rPr>
          <w:b/>
        </w:rPr>
        <w:t>National Youth Service Corps (NYSC)</w:t>
      </w:r>
      <w:r>
        <w:br/>
        <w:t>Federal Science and Technical College, Doma, Nasarawa State | 2017 – 2018</w:t>
      </w:r>
    </w:p>
    <w:p>
      <w:pPr>
        <w:spacing w:after="20"/>
      </w:pPr>
      <w:r>
        <w:rPr>
          <w:b/>
        </w:rPr>
        <w:t>One-Year Industrial Training</w:t>
      </w:r>
      <w:r>
        <w:br/>
        <w:t>Grand Cereals and Oil Mill Limited, Onitsha, Anambra State | 2013 – 2014</w:t>
      </w:r>
    </w:p>
    <w:p>
      <w:pPr>
        <w:spacing w:after="20"/>
      </w:pPr>
      <w:r>
        <w:rPr>
          <w:b/>
        </w:rPr>
        <w:t>West African Senior School Certificate Examination (WASSCE)</w:t>
      </w:r>
      <w:r>
        <w:br/>
        <w:t>Annunciation Catholic College, Irrua, Edo State | 2002 – 2008</w:t>
      </w:r>
    </w:p>
    <w:p>
      <w:pPr>
        <w:spacing w:before="120" w:after="60"/>
        <w:pBdr>
          <w:bottom w:val="single" w:sz="6" w:space="1" w:color="808080"/>
        </w:pBdr>
      </w:pPr>
      <w:r>
        <w:rPr>
          <w:b/>
          <w:sz w:val="22"/>
        </w:rPr>
        <w:t>SELECTED ENGINEERING PROJECTS</w:t>
      </w:r>
    </w:p>
    <w:p>
      <w:pPr>
        <w:pStyle w:val="ListBullet"/>
        <w:spacing w:after="30"/>
        <w:ind w:left="259"/>
      </w:pPr>
      <w:r>
        <w:rPr>
          <w:b/>
        </w:rPr>
        <w:t>Design and Construction of Local Exhaust Ventilation (2018)</w:t>
      </w:r>
      <w:r>
        <w:t xml:space="preserve"> – Project focused on controlling workshop fumes.</w:t>
      </w:r>
    </w:p>
    <w:p>
      <w:pPr>
        <w:pStyle w:val="ListBullet"/>
        <w:spacing w:after="30"/>
        <w:ind w:left="259"/>
      </w:pPr>
      <w:r>
        <w:rPr>
          <w:b/>
        </w:rPr>
        <w:t>Design and Construction of a Solar-Powered Tricycle (2016)</w:t>
      </w:r>
    </w:p>
    <w:p>
      <w:pPr>
        <w:pStyle w:val="ListBullet"/>
        <w:spacing w:after="30"/>
        <w:ind w:left="259"/>
      </w:pPr>
      <w:r>
        <w:rPr>
          <w:b/>
        </w:rPr>
        <w:t>Design and Construction of a Wheel Balancing Machine (2013)</w:t>
      </w:r>
    </w:p>
    <w:p>
      <w:pPr>
        <w:spacing w:before="120" w:after="60"/>
        <w:pBdr>
          <w:bottom w:val="single" w:sz="6" w:space="1" w:color="808080"/>
        </w:pBdr>
      </w:pPr>
      <w:r>
        <w:rPr>
          <w:b/>
          <w:sz w:val="22"/>
        </w:rPr>
        <w:t>LANGUAGES</w:t>
      </w:r>
    </w:p>
    <w:p>
      <w:r>
        <w:t>English – Proficient (C2)   |   Esan – Mother Tongue</w:t>
      </w:r>
    </w:p>
    <w:p>
      <w:pPr>
        <w:spacing w:before="120" w:after="60"/>
        <w:pBdr>
          <w:bottom w:val="single" w:sz="6" w:space="1" w:color="808080"/>
        </w:pBdr>
      </w:pPr>
      <w:r>
        <w:rPr>
          <w:b/>
          <w:sz w:val="22"/>
        </w:rPr>
        <w:t>PROFESSIONAL REFERENCES</w:t>
      </w:r>
    </w:p>
    <w:p>
      <w:r>
        <w:rPr>
          <w:b/>
        </w:rPr>
        <w:t>Engr. Okougbo Andy A.</w:t>
      </w:r>
      <w:r>
        <w:t xml:space="preserve"> – Head of Maintenance Department, Prime Feed and Flour Mill Limited</w:t>
        <w:br/>
      </w:r>
      <w:r>
        <w:t>Email: Andyokougbo1@gmail.com  |  Phone: +234 805 223 0797</w:t>
      </w:r>
    </w:p>
    <w:p>
      <w:pPr>
        <w:spacing w:after="0"/>
      </w:pPr>
      <w:r>
        <w:rPr>
          <w:b/>
        </w:rPr>
        <w:t>Engr. Odia Pius</w:t>
      </w:r>
      <w:r>
        <w:t xml:space="preserve"> – Chief Plant Engineer, Prime Feed and Flour Mill Limited</w:t>
        <w:br/>
      </w:r>
      <w:r>
        <w:t>Email: Odiapius544@gmail.com  |  Phone: +234 703 020 0067</w:t>
      </w:r>
    </w:p>
    <w:sectPr w:rsidR="00FC693F" w:rsidRPr="0006063C" w:rsidSect="00034616">
      <w:footerReference w:type="default" r:id="rId9"/>
      <w:pgSz w:w="12240" w:h="15840"/>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Igboa Benjamin Airefetalor | Mechanical Maintenance Professional</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pPr>
    <w:rPr>
      <w:rFonts w:ascii="Aptos" w:hAnsi="Aptos"/>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