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IMRAN ZAKARIYA MUSA</w:t>
      </w:r>
    </w:p>
    <w:p>
      <w:pPr>
        <w:jc w:val="center"/>
      </w:pPr>
      <w:r>
        <w:rPr>
          <w:b/>
        </w:rPr>
        <w:t>CUSTOMER RELATIONS | SALES | MARKETING SUPPORT</w:t>
      </w:r>
    </w:p>
    <w:p>
      <w:pPr>
        <w:jc w:val="center"/>
      </w:pPr>
      <w:r>
        <w:t>Katsina State, Nigeria | 08039941622 | imranzakariyamusa6141@gmail.com</w:t>
      </w:r>
    </w:p>
    <w:p>
      <w:pPr>
        <w:spacing w:before="140" w:after="60"/>
      </w:pPr>
      <w:r>
        <w:rPr>
          <w:b/>
          <w:sz w:val="24"/>
        </w:rPr>
        <w:t>PROFESSIONAL PROFILE</w:t>
      </w:r>
    </w:p>
    <w:p>
      <w:r>
        <w:t>Customer-focused professional with experience in relationship management, sales support, field operations and customer service. Experienced in building customer relationships, supporting business growth, resolving customer issues and communicating professionally with different stakeholders. Worked with Moniepoint as a Personal Relationship Manager and previously with Airtel. Seeking to apply these skills in marketing, customer acquisition, brand growth and business development.</w:t>
      </w:r>
    </w:p>
    <w:p>
      <w:pPr>
        <w:spacing w:before="140" w:after="60"/>
      </w:pPr>
      <w:r>
        <w:rPr>
          <w:b/>
          <w:sz w:val="24"/>
        </w:rPr>
        <w:t>PROFESSIONAL EXPERIENCE</w:t>
      </w:r>
    </w:p>
    <w:p>
      <w:r>
        <w:rPr>
          <w:b/>
        </w:rPr>
        <w:t>Moniepoint — PRM (Personal Relationship Manager)</w:t>
      </w:r>
      <w:r>
        <w:t xml:space="preserve"> | Sep 2023 – Aug 2026</w:t>
      </w:r>
    </w:p>
    <w:p>
      <w:pPr>
        <w:pStyle w:val="ListBullet"/>
      </w:pPr>
      <w:r>
        <w:t>Managed and maintained professional relationships with customers and business clients.</w:t>
      </w:r>
    </w:p>
    <w:p>
      <w:pPr>
        <w:pStyle w:val="ListBullet"/>
      </w:pPr>
      <w:r>
        <w:t>Supported customers with financial services, account and transaction-related requests.</w:t>
      </w:r>
    </w:p>
    <w:p>
      <w:pPr>
        <w:pStyle w:val="ListBullet"/>
      </w:pPr>
      <w:r>
        <w:t>Identified customer needs and communicated suitable products and services.</w:t>
      </w:r>
    </w:p>
    <w:p>
      <w:pPr>
        <w:pStyle w:val="ListBullet"/>
      </w:pPr>
      <w:r>
        <w:t>Handled customer issues professionally and followed company procedures.</w:t>
      </w:r>
    </w:p>
    <w:p>
      <w:pPr>
        <w:pStyle w:val="ListBullet"/>
      </w:pPr>
      <w:r>
        <w:t>Supported field operations, customer engagement and business activities.</w:t>
      </w:r>
    </w:p>
    <w:p>
      <w:pPr>
        <w:pStyle w:val="ListBullet"/>
      </w:pPr>
      <w:r>
        <w:t>Maintained effective communication, teamwork and professional customer service.</w:t>
      </w:r>
    </w:p>
    <w:p>
      <w:r>
        <w:rPr>
          <w:b/>
        </w:rPr>
        <w:t>Airtel — MD</w:t>
      </w:r>
      <w:r>
        <w:t xml:space="preserve"> | 2019 – 2023</w:t>
      </w:r>
    </w:p>
    <w:p>
      <w:pPr>
        <w:pStyle w:val="ListBullet"/>
      </w:pPr>
      <w:r>
        <w:t>Supported customers with telecom products, services and account-related requests.</w:t>
      </w:r>
    </w:p>
    <w:p>
      <w:pPr>
        <w:pStyle w:val="ListBullet"/>
      </w:pPr>
      <w:r>
        <w:t>Promoted products and services through direct customer engagement and field activities.</w:t>
      </w:r>
    </w:p>
    <w:p>
      <w:pPr>
        <w:pStyle w:val="ListBullet"/>
      </w:pPr>
      <w:r>
        <w:t>Built positive customer relationships and responded to customer enquiries.</w:t>
      </w:r>
    </w:p>
    <w:p>
      <w:pPr>
        <w:pStyle w:val="ListBullet"/>
      </w:pPr>
      <w:r>
        <w:t>Supported daily sales and operational activities.</w:t>
      </w:r>
    </w:p>
    <w:p>
      <w:pPr>
        <w:spacing w:before="140" w:after="60"/>
      </w:pPr>
      <w:r>
        <w:rPr>
          <w:b/>
          <w:sz w:val="24"/>
        </w:rPr>
        <w:t>CORE SKILLS</w:t>
      </w:r>
    </w:p>
    <w:p>
      <w:r>
        <w:t>Customer Relationship Management • Sales &amp; Customer Acquisition • Marketing Support • Business Development • Communication • Negotiation • Field Operations • Problem Solving • Teamwork • Customer Service • Basic Digital/Web Skills</w:t>
      </w:r>
    </w:p>
    <w:p>
      <w:pPr>
        <w:spacing w:before="140" w:after="60"/>
      </w:pPr>
      <w:r>
        <w:rPr>
          <w:b/>
          <w:sz w:val="24"/>
        </w:rPr>
        <w:t>EDUCATION</w:t>
      </w:r>
    </w:p>
    <w:p>
      <w:r>
        <w:rPr>
          <w:b/>
        </w:rPr>
        <w:t>OND (Ordinary National Diploma)</w:t>
      </w:r>
      <w:r>
        <w:t xml:space="preserve"> — Nigeria</w:t>
      </w:r>
    </w:p>
    <w:p>
      <w:pPr>
        <w:spacing w:before="140" w:after="60"/>
      </w:pPr>
      <w:r>
        <w:rPr>
          <w:b/>
          <w:sz w:val="24"/>
        </w:rPr>
        <w:t>LANGUAGES</w:t>
      </w:r>
    </w:p>
    <w:p>
      <w:r>
        <w:t>English — Good working proficiency</w:t>
      </w:r>
    </w:p>
    <w:p>
      <w:r>
        <w:t>Hausa — Fluent</w:t>
      </w:r>
    </w:p>
    <w:p>
      <w:pPr>
        <w:spacing w:before="140" w:after="60"/>
      </w:pPr>
      <w:r>
        <w:rPr>
          <w:b/>
          <w:sz w:val="24"/>
        </w:rPr>
        <w:t>CAREER OBJECTIVE</w:t>
      </w:r>
    </w:p>
    <w:p>
      <w:r>
        <w:t>To contribute my customer relationship, sales, communication and business development experience to a growth-focused organization while developing further expertise in marketing and leadership.</w:t>
      </w:r>
    </w:p>
    <w:p>
      <w:pPr>
        <w:spacing w:before="140" w:after="60"/>
      </w:pPr>
      <w:r>
        <w:rPr>
          <w:b/>
          <w:sz w:val="24"/>
        </w:rPr>
        <w:t>REFERENCES</w:t>
      </w:r>
    </w:p>
    <w:p>
      <w:r>
        <w:t>Available upon request.</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