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D63" w:rsidRDefault="006077BA">
      <w:pPr>
        <w:pStyle w:val="Title"/>
      </w:pPr>
      <w:bookmarkStart w:id="0" w:name="_GoBack"/>
      <w:bookmarkEnd w:id="0"/>
      <w:r>
        <w:t>Isaiah Michael Oluwatobi</w:t>
      </w:r>
    </w:p>
    <w:p w:rsidR="00FE2D63" w:rsidRDefault="006077BA">
      <w:pPr>
        <w:pStyle w:val="Subtitle"/>
      </w:pPr>
      <w:r>
        <w:t>Agripreneur | Agriculture Advocate</w:t>
      </w:r>
    </w:p>
    <w:p w:rsidR="00FE2D63" w:rsidRDefault="006077BA">
      <w:r>
        <w:t>Email: Michaeltobby007@gmail.com | Phone: 09025616269</w:t>
      </w:r>
    </w:p>
    <w:p w:rsidR="00FE2D63" w:rsidRDefault="006077BA">
      <w:r>
        <w:t>Lagos, Nigeria</w:t>
      </w:r>
    </w:p>
    <w:p w:rsidR="00FE2D63" w:rsidRDefault="00FE2D63"/>
    <w:p w:rsidR="00FE2D63" w:rsidRDefault="006077BA">
      <w:pPr>
        <w:pStyle w:val="Heading2"/>
      </w:pPr>
      <w:r>
        <w:rPr>
          <w:sz w:val="28"/>
        </w:rPr>
        <w:t>Professional Summary</w:t>
      </w:r>
    </w:p>
    <w:p w:rsidR="00FE2D63" w:rsidRDefault="006077BA">
      <w:r>
        <w:t xml:space="preserve">I am an agripreneur with hands-on experience in poultry production and egg processing, passionate about </w:t>
      </w:r>
      <w:r>
        <w:t>developing sustainable food solutions that reduce waste and improve nutrition. Skilled in project management and product innovation, I aim to scale innovative agri-solutions to empower local farmers and enhance food security.</w:t>
      </w:r>
    </w:p>
    <w:p w:rsidR="00FE2D63" w:rsidRDefault="00FE2D63"/>
    <w:p w:rsidR="00FE2D63" w:rsidRDefault="006077BA">
      <w:pPr>
        <w:pStyle w:val="Heading2"/>
      </w:pPr>
      <w:r>
        <w:rPr>
          <w:sz w:val="28"/>
        </w:rPr>
        <w:t>Work Experience</w:t>
      </w:r>
    </w:p>
    <w:p w:rsidR="00FE2D63" w:rsidRDefault="006077BA">
      <w:r>
        <w:rPr>
          <w:b/>
        </w:rPr>
        <w:t>Assistant Far</w:t>
      </w:r>
      <w:r>
        <w:rPr>
          <w:b/>
        </w:rPr>
        <w:t>m Manager</w:t>
      </w:r>
    </w:p>
    <w:p w:rsidR="00FE2D63" w:rsidRDefault="006077BA">
      <w:r>
        <w:t>Yuma Agro-Allied Venture — Ikorodu, Lagos, Nigeria</w:t>
      </w:r>
    </w:p>
    <w:p w:rsidR="00FE2D63" w:rsidRDefault="006077BA">
      <w:r>
        <w:t>April 2022 – April 2025</w:t>
      </w:r>
    </w:p>
    <w:p w:rsidR="00FE2D63" w:rsidRDefault="006077BA">
      <w:pPr>
        <w:pStyle w:val="ListBullet"/>
      </w:pPr>
      <w:r>
        <w:t>Assisted in overseeing daily farm operations, including poultry management, feeding schedules, and health monitoring.</w:t>
      </w:r>
    </w:p>
    <w:p w:rsidR="00FE2D63" w:rsidRDefault="006077BA">
      <w:pPr>
        <w:pStyle w:val="ListBullet"/>
      </w:pPr>
      <w:r>
        <w:t>Coordinated egg collection, quality control, and pack</w:t>
      </w:r>
      <w:r>
        <w:t>aging processes to ensure high standards.</w:t>
      </w:r>
    </w:p>
    <w:p w:rsidR="00FE2D63" w:rsidRDefault="006077BA">
      <w:pPr>
        <w:pStyle w:val="ListBullet"/>
      </w:pPr>
      <w:r>
        <w:t>Managed inventory and procurement of farm supplies to optimize production efficiency.</w:t>
      </w:r>
    </w:p>
    <w:p w:rsidR="00FE2D63" w:rsidRDefault="006077BA">
      <w:pPr>
        <w:pStyle w:val="ListBullet"/>
      </w:pPr>
      <w:r>
        <w:t>Supervised and trained farm staff to maintain productivity and adherence to safety protocols.</w:t>
      </w:r>
    </w:p>
    <w:p w:rsidR="00FE2D63" w:rsidRDefault="006077BA">
      <w:pPr>
        <w:pStyle w:val="ListBullet"/>
      </w:pPr>
      <w:r>
        <w:t>Implemented best practices that im</w:t>
      </w:r>
      <w:r>
        <w:t>proved operational workflows and reduced losses.</w:t>
      </w:r>
    </w:p>
    <w:p w:rsidR="00FE2D63" w:rsidRDefault="006077BA">
      <w:r>
        <w:rPr>
          <w:b/>
        </w:rPr>
        <w:t>Key Achievements:</w:t>
      </w:r>
    </w:p>
    <w:p w:rsidR="00FE2D63" w:rsidRDefault="006077BA">
      <w:pPr>
        <w:pStyle w:val="ListBullet"/>
      </w:pPr>
      <w:r>
        <w:t>Successfully scaled up egg production volume through improved management and process optimization.</w:t>
      </w:r>
    </w:p>
    <w:p w:rsidR="00FE2D63" w:rsidRDefault="006077BA">
      <w:pPr>
        <w:pStyle w:val="ListBullet"/>
      </w:pPr>
      <w:r>
        <w:t>Expanded customer base by establishing relationships with local retailers and food process</w:t>
      </w:r>
      <w:r>
        <w:t>ors, boosting sales and revenue.</w:t>
      </w:r>
    </w:p>
    <w:p w:rsidR="00FE2D63" w:rsidRDefault="00FE2D63"/>
    <w:p w:rsidR="00FE2D63" w:rsidRDefault="006077BA">
      <w:r>
        <w:rPr>
          <w:b/>
        </w:rPr>
        <w:t>Consultant – Poultry Farming</w:t>
      </w:r>
    </w:p>
    <w:p w:rsidR="00FE2D63" w:rsidRDefault="006077BA">
      <w:r>
        <w:lastRenderedPageBreak/>
        <w:t>Farm Estate, Lagos, Nigeria</w:t>
      </w:r>
    </w:p>
    <w:p w:rsidR="00FE2D63" w:rsidRDefault="006077BA">
      <w:r>
        <w:t>Ongoing</w:t>
      </w:r>
    </w:p>
    <w:p w:rsidR="00FE2D63" w:rsidRDefault="006077BA">
      <w:pPr>
        <w:pStyle w:val="ListBullet"/>
      </w:pPr>
      <w:r>
        <w:t>Provide expert advice on poultry management, feeding schedules, and farm operations to improve productivity.</w:t>
      </w:r>
    </w:p>
    <w:p w:rsidR="00FE2D63" w:rsidRDefault="006077BA">
      <w:pPr>
        <w:pStyle w:val="ListBullet"/>
      </w:pPr>
      <w:r>
        <w:t>Assist in implementing best practices for egg pr</w:t>
      </w:r>
      <w:r>
        <w:t>oduction and quality control.</w:t>
      </w:r>
    </w:p>
    <w:p w:rsidR="00FE2D63" w:rsidRDefault="006077BA">
      <w:pPr>
        <w:pStyle w:val="ListBullet"/>
      </w:pPr>
      <w:r>
        <w:t>Support farm owner in scaling operations and expanding customer reach.</w:t>
      </w:r>
    </w:p>
    <w:p w:rsidR="00FE2D63" w:rsidRDefault="00FE2D63"/>
    <w:p w:rsidR="00FE2D63" w:rsidRDefault="006077BA">
      <w:pPr>
        <w:pStyle w:val="Heading2"/>
      </w:pPr>
      <w:r>
        <w:rPr>
          <w:sz w:val="28"/>
        </w:rPr>
        <w:t>Education</w:t>
      </w:r>
    </w:p>
    <w:p w:rsidR="00FE2D63" w:rsidRDefault="006077BA">
      <w:r>
        <w:rPr>
          <w:b/>
        </w:rPr>
        <w:t>Adeniran Ogunsanya College of Education</w:t>
      </w:r>
    </w:p>
    <w:p w:rsidR="00FE2D63" w:rsidRDefault="006077BA">
      <w:r>
        <w:t>NCE (National Certificate in Education)</w:t>
      </w:r>
    </w:p>
    <w:p w:rsidR="00FE2D63" w:rsidRDefault="006077BA">
      <w:r>
        <w:t>Graduated: September 2021</w:t>
      </w:r>
    </w:p>
    <w:p w:rsidR="00FE2D63" w:rsidRDefault="00FE2D63"/>
    <w:p w:rsidR="00FE2D63" w:rsidRDefault="006077BA">
      <w:pPr>
        <w:pStyle w:val="Heading2"/>
      </w:pPr>
      <w:r>
        <w:rPr>
          <w:sz w:val="28"/>
        </w:rPr>
        <w:t>Skills</w:t>
      </w:r>
    </w:p>
    <w:p w:rsidR="00FE2D63" w:rsidRDefault="006077BA">
      <w:pPr>
        <w:pStyle w:val="ListBullet"/>
      </w:pPr>
      <w:r>
        <w:t xml:space="preserve">Excellent oral and written </w:t>
      </w:r>
      <w:r>
        <w:t>communication skills</w:t>
      </w:r>
    </w:p>
    <w:p w:rsidR="00FE2D63" w:rsidRDefault="006077BA">
      <w:pPr>
        <w:pStyle w:val="ListBullet"/>
      </w:pPr>
      <w:r>
        <w:t>Strong teamwork and collaboration abilities</w:t>
      </w:r>
    </w:p>
    <w:p w:rsidR="00FE2D63" w:rsidRDefault="006077BA">
      <w:pPr>
        <w:pStyle w:val="ListBullet"/>
      </w:pPr>
      <w:r>
        <w:t>Effective problem-solving and adaptability</w:t>
      </w:r>
    </w:p>
    <w:p w:rsidR="00FE2D63" w:rsidRDefault="006077BA">
      <w:pPr>
        <w:pStyle w:val="ListBullet"/>
      </w:pPr>
      <w:r>
        <w:t>Leadership and management skills (gained from Assistant Farm Manager experience)</w:t>
      </w:r>
    </w:p>
    <w:p w:rsidR="00FE2D63" w:rsidRDefault="00FE2D63"/>
    <w:p w:rsidR="00FE2D63" w:rsidRDefault="006077BA">
      <w:pPr>
        <w:pStyle w:val="Heading2"/>
      </w:pPr>
      <w:r>
        <w:rPr>
          <w:sz w:val="28"/>
        </w:rPr>
        <w:t>Languages</w:t>
      </w:r>
    </w:p>
    <w:p w:rsidR="00FE2D63" w:rsidRDefault="006077BA">
      <w:pPr>
        <w:pStyle w:val="ListBullet"/>
      </w:pPr>
      <w:r>
        <w:t>English (Fluent)</w:t>
      </w:r>
    </w:p>
    <w:p w:rsidR="00FE2D63" w:rsidRDefault="006077BA">
      <w:pPr>
        <w:pStyle w:val="ListBullet"/>
      </w:pPr>
      <w:r>
        <w:t>Yoruba (Fluent)</w:t>
      </w:r>
    </w:p>
    <w:p w:rsidR="00FE2D63" w:rsidRDefault="00FE2D63"/>
    <w:p w:rsidR="00FE2D63" w:rsidRDefault="006077BA">
      <w:pPr>
        <w:pStyle w:val="Heading2"/>
      </w:pPr>
      <w:r>
        <w:rPr>
          <w:sz w:val="28"/>
        </w:rPr>
        <w:t>References</w:t>
      </w:r>
    </w:p>
    <w:p w:rsidR="00FE2D63" w:rsidRDefault="006077BA">
      <w:r>
        <w:rPr>
          <w:b/>
        </w:rPr>
        <w:t>Miss Fienem</w:t>
      </w:r>
      <w:r>
        <w:rPr>
          <w:b/>
        </w:rPr>
        <w:t>ika Gladys</w:t>
      </w:r>
    </w:p>
    <w:p w:rsidR="00FE2D63" w:rsidRDefault="006077BA">
      <w:r>
        <w:t>Farm Manager, Yuma Agro-Allied Venture</w:t>
      </w:r>
    </w:p>
    <w:p w:rsidR="00FE2D63" w:rsidRDefault="006077BA">
      <w:r>
        <w:t>Phone: 08061529631</w:t>
      </w:r>
    </w:p>
    <w:p w:rsidR="00FE2D63" w:rsidRDefault="006077BA">
      <w:r>
        <w:t>Email: gladysfienemika@gmail.com</w:t>
      </w:r>
    </w:p>
    <w:p w:rsidR="00FE2D63" w:rsidRDefault="006077BA">
      <w:r>
        <w:t>Relationship: Mentor, Former Manager</w:t>
      </w:r>
    </w:p>
    <w:sectPr w:rsidR="00FE2D6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077BA"/>
    <w:rsid w:val="00AA1D8D"/>
    <w:rsid w:val="00B47730"/>
    <w:rsid w:val="00CB0664"/>
    <w:rsid w:val="00FC693F"/>
    <w:rsid w:val="00FE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4E304A3-F737-401D-8E24-49FBB2F79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9AF0CD-7BFE-4B2D-9544-3F0EC22E2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cp:lastPrinted>2025-05-23T19:55:00Z</cp:lastPrinted>
  <dcterms:created xsi:type="dcterms:W3CDTF">2025-05-23T19:55:00Z</dcterms:created>
  <dcterms:modified xsi:type="dcterms:W3CDTF">2025-05-23T19:55:00Z</dcterms:modified>
  <cp:category/>
</cp:coreProperties>
</file>