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body>
    <w:p>
      <w:pPr>
        <w:jc w:val="center"/>
        <w:spacing w:before="0" w:beforeAutospacing="0" w:after="40" w:afterAutospacing="0" w:lineRule="auto" w:line="240"/>
        <w:rPr>
          <w:b val="0"/>
          <w:i val="0"/>
          <w:sz val="20"/>
          <w:spacing val="0"/>
          <w:w val="100"/>
          <w:caps val="0"/>
        </w:rPr>
        <w:snapToGrid w:val="0"/>
        <w:textAlignment w:val="baseline"/>
      </w:pPr>
      <w:r>
        <w:rPr>
          <w:b w:val="1"/>
          <w:i w:val="0"/>
          <w:sz w:val="32"/>
          <w:spacing w:val="0"/>
          <w:w w:val="100"/>
          <w:rFonts w:ascii="Arial" w:hAnsi="Arial"/>
          <w:caps w:val="0"/>
        </w:rPr>
        <w:t>JOSEPH</w:t>
      </w:r>
      <w:r>
        <w:rPr>
          <w:b w:val="1"/>
          <w:i w:val="0"/>
          <w:sz w:val="32"/>
          <w:spacing w:val="0"/>
          <w:w w:val="100"/>
          <w:rFonts w:ascii="Arial" w:hAnsi="Arial"/>
          <w:caps w:val="0"/>
        </w:rPr>
        <w:t> </w:t>
      </w:r>
      <w:r>
        <w:rPr>
          <w:b w:val="1"/>
          <w:i w:val="0"/>
          <w:sz w:val="32"/>
          <w:spacing w:val="0"/>
          <w:w w:val="100"/>
          <w:rFonts w:ascii="Arial" w:hAnsi="Arial"/>
          <w:caps w:val="0"/>
        </w:rPr>
        <w:t>A</w:t>
      </w:r>
      <w:r>
        <w:rPr>
          <w:b w:val="1"/>
          <w:i w:val="0"/>
          <w:sz w:val="32"/>
          <w:spacing w:val="0"/>
          <w:w w:val="100"/>
          <w:rFonts w:ascii="Arial" w:hAnsi="Arial"/>
          <w:caps w:val="0"/>
        </w:rPr>
        <w:t>DEBESIN</w:t>
      </w:r>
    </w:p>
    <w:p>
      <w:pPr>
        <w:jc w:val="center"/>
        <w:spacing w:before="0" w:beforeAutospacing="0" w:after="40" w:afterAutospacing="0" w:lineRule="auto" w:line="240"/>
        <w:rPr>
          <w:b val="0"/>
          <w:i val="0"/>
          <w:sz val="20"/>
          <w:spacing val="0"/>
          <w:w val="100"/>
          <w:caps val="0"/>
        </w:rPr>
        <w:snapToGrid w:val="0"/>
        <w:textAlignment w:val="baseline"/>
      </w:pPr>
      <w:r>
        <w:rPr>
          <w:b w:val="1"/>
          <w:i w:val="0"/>
          <w:sz w:val="19"/>
          <w:spacing w:val="0"/>
          <w:w w:val="100"/>
          <w:rFonts w:ascii="Arial" w:hAnsi="Arial"/>
          <w:caps w:val="0"/>
        </w:rPr>
        <w:t>ACCOUNTING</w:t>
      </w:r>
      <w:r>
        <w:rPr>
          <w:b w:val="1"/>
          <w:i w:val="0"/>
          <w:sz w:val="19"/>
          <w:spacing w:val="0"/>
          <w:w w:val="100"/>
          <w:rFonts w:ascii="Arial" w:hAnsi="Arial"/>
          <w:caps w:val="0"/>
        </w:rPr>
        <w:t> </w:t>
      </w:r>
      <w:r>
        <w:rPr>
          <w:b w:val="1"/>
          <w:i w:val="0"/>
          <w:sz w:val="19"/>
          <w:spacing w:val="0"/>
          <w:w w:val="100"/>
          <w:rFonts w:ascii="Arial" w:hAnsi="Arial"/>
          <w:caps w:val="0"/>
        </w:rPr>
        <w:t>&amp;</w:t>
      </w:r>
      <w:r>
        <w:rPr>
          <w:b w:val="1"/>
          <w:i w:val="0"/>
          <w:sz w:val="19"/>
          <w:spacing w:val="0"/>
          <w:w w:val="100"/>
          <w:rFonts w:ascii="Arial" w:hAnsi="Arial"/>
          <w:caps w:val="0"/>
        </w:rPr>
        <w:t> </w:t>
      </w:r>
      <w:r>
        <w:rPr>
          <w:b w:val="1"/>
          <w:i w:val="0"/>
          <w:sz w:val="19"/>
          <w:spacing w:val="0"/>
          <w:w w:val="100"/>
          <w:rFonts w:ascii="Arial" w:hAnsi="Arial"/>
          <w:caps w:val="0"/>
        </w:rPr>
        <w:t>FINANCE</w:t>
      </w:r>
      <w:r>
        <w:rPr>
          <w:b w:val="1"/>
          <w:i w:val="0"/>
          <w:sz w:val="19"/>
          <w:spacing w:val="0"/>
          <w:w w:val="100"/>
          <w:rFonts w:ascii="Arial" w:hAnsi="Arial"/>
          <w:caps w:val="0"/>
        </w:rPr>
        <w:t> </w:t>
      </w:r>
      <w:r>
        <w:rPr>
          <w:b w:val="1"/>
          <w:i w:val="0"/>
          <w:sz w:val="19"/>
          <w:spacing w:val="0"/>
          <w:w w:val="100"/>
          <w:rFonts w:ascii="Arial" w:hAnsi="Arial"/>
          <w:caps w:val="0"/>
        </w:rPr>
        <w:t>PROFESSIONAL</w:t>
      </w:r>
      <w:r>
        <w:rPr>
          <w:b w:val="1"/>
          <w:i w:val="0"/>
          <w:sz w:val="19"/>
          <w:spacing w:val="0"/>
          <w:w w:val="100"/>
          <w:rFonts w:ascii="Arial" w:hAnsi="Arial"/>
          <w:caps w:val="0"/>
        </w:rPr>
        <w:t> </w:t>
      </w:r>
      <w:r>
        <w:rPr>
          <w:b w:val="1"/>
          <w:i w:val="0"/>
          <w:sz w:val="19"/>
          <w:spacing w:val="0"/>
          <w:w w:val="100"/>
          <w:rFonts w:ascii="Arial" w:hAnsi="Arial"/>
          <w:caps w:val="0"/>
        </w:rPr>
        <w:t>|</w:t>
      </w:r>
      <w:r>
        <w:rPr>
          <w:b w:val="1"/>
          <w:i w:val="0"/>
          <w:sz w:val="19"/>
          <w:spacing w:val="0"/>
          <w:w w:val="100"/>
          <w:rFonts w:ascii="Arial" w:hAnsi="Arial"/>
          <w:caps w:val="0"/>
        </w:rPr>
        <w:t> </w:t>
      </w:r>
      <w:r>
        <w:rPr>
          <w:b w:val="1"/>
          <w:i w:val="0"/>
          <w:sz w:val="19"/>
          <w:spacing w:val="0"/>
          <w:w w:val="100"/>
          <w:rFonts w:ascii="Arial" w:hAnsi="Arial"/>
          <w:caps w:val="0"/>
        </w:rPr>
        <w:t>AUDIT</w:t>
      </w:r>
      <w:r>
        <w:rPr>
          <w:b w:val="1"/>
          <w:i w:val="0"/>
          <w:sz w:val="19"/>
          <w:spacing w:val="0"/>
          <w:w w:val="100"/>
          <w:rFonts w:ascii="Arial" w:hAnsi="Arial"/>
          <w:caps w:val="0"/>
        </w:rPr>
        <w:t> </w:t>
      </w:r>
      <w:r>
        <w:rPr>
          <w:b w:val="1"/>
          <w:i w:val="0"/>
          <w:sz w:val="19"/>
          <w:spacing w:val="0"/>
          <w:w w:val="100"/>
          <w:rFonts w:ascii="Arial" w:hAnsi="Arial"/>
          <w:caps w:val="0"/>
        </w:rPr>
        <w:t>|</w:t>
      </w:r>
      <w:r>
        <w:rPr>
          <w:b w:val="1"/>
          <w:i w:val="0"/>
          <w:sz w:val="19"/>
          <w:spacing w:val="0"/>
          <w:w w:val="100"/>
          <w:rFonts w:ascii="Arial" w:hAnsi="Arial"/>
          <w:caps w:val="0"/>
        </w:rPr>
        <w:t> </w:t>
      </w:r>
      <w:r>
        <w:rPr>
          <w:b w:val="1"/>
          <w:i w:val="0"/>
          <w:sz w:val="19"/>
          <w:spacing w:val="0"/>
          <w:w w:val="100"/>
          <w:rFonts w:ascii="Arial" w:hAnsi="Arial"/>
          <w:caps w:val="0"/>
        </w:rPr>
        <w:t>REPORTING</w:t>
      </w:r>
      <w:r>
        <w:rPr>
          <w:b w:val="1"/>
          <w:i w:val="0"/>
          <w:sz w:val="19"/>
          <w:spacing w:val="0"/>
          <w:w w:val="100"/>
          <w:rFonts w:ascii="Arial" w:hAnsi="Arial"/>
          <w:caps w:val="0"/>
        </w:rPr>
        <w:t> </w:t>
      </w:r>
      <w:r>
        <w:rPr>
          <w:b w:val="1"/>
          <w:i w:val="0"/>
          <w:sz w:val="19"/>
          <w:spacing w:val="0"/>
          <w:w w:val="100"/>
          <w:rFonts w:ascii="Arial" w:hAnsi="Arial"/>
          <w:caps w:val="0"/>
        </w:rPr>
        <w:t>|</w:t>
      </w:r>
      <w:r>
        <w:rPr>
          <w:b w:val="1"/>
          <w:i w:val="0"/>
          <w:sz w:val="19"/>
          <w:spacing w:val="0"/>
          <w:w w:val="100"/>
          <w:rFonts w:ascii="Arial" w:hAnsi="Arial"/>
          <w:caps w:val="0"/>
        </w:rPr>
        <w:t> </w:t>
      </w:r>
      <w:r>
        <w:rPr>
          <w:b w:val="1"/>
          <w:i w:val="0"/>
          <w:sz w:val="19"/>
          <w:spacing w:val="0"/>
          <w:w w:val="100"/>
          <w:rFonts w:ascii="Arial" w:hAnsi="Arial"/>
          <w:caps w:val="0"/>
        </w:rPr>
        <w:t>COMPLIANCE</w:t>
      </w:r>
      <w:r>
        <w:rPr>
          <w:b w:val="1"/>
          <w:i w:val="0"/>
          <w:sz w:val="19"/>
          <w:spacing w:val="0"/>
          <w:w w:val="100"/>
          <w:rFonts w:ascii="Arial" w:hAnsi="Arial"/>
          <w:caps w:val="0"/>
        </w:rPr>
        <w:t> </w:t>
      </w:r>
      <w:r>
        <w:rPr>
          <w:b w:val="1"/>
          <w:i w:val="0"/>
          <w:sz w:val="19"/>
          <w:spacing w:val="0"/>
          <w:w w:val="100"/>
          <w:rFonts w:ascii="Arial" w:hAnsi="Arial"/>
          <w:caps w:val="0"/>
        </w:rPr>
        <w:t>|</w:t>
      </w:r>
      <w:r>
        <w:rPr>
          <w:b w:val="1"/>
          <w:i w:val="0"/>
          <w:sz w:val="19"/>
          <w:spacing w:val="0"/>
          <w:w w:val="100"/>
          <w:rFonts w:ascii="Arial" w:hAnsi="Arial"/>
          <w:caps w:val="0"/>
        </w:rPr>
        <w:t> </w:t>
      </w:r>
      <w:r>
        <w:rPr>
          <w:b w:val="1"/>
          <w:i w:val="0"/>
          <w:sz w:val="19"/>
          <w:spacing w:val="0"/>
          <w:w w:val="100"/>
          <w:rFonts w:ascii="Arial" w:hAnsi="Arial"/>
          <w:caps w:val="0"/>
        </w:rPr>
        <w:t>OPERATIONS</w:t>
      </w:r>
    </w:p>
    <w:p>
      <w:pPr>
        <w:jc w:val="center"/>
        <w:spacing w:before="0" w:beforeAutospacing="0" w:after="120" w:afterAutospacing="0" w:lineRule="auto" w:line="240"/>
        <w:rPr>
          <w:b val="0"/>
          <w:i val="0"/>
          <w:sz val="20"/>
          <w:spacing val="0"/>
          <w:w val="100"/>
          <w:caps val="0"/>
        </w:rPr>
        <w:snapToGrid w:val="0"/>
        <w:textAlignment w:val="baseline"/>
      </w:pPr>
      <w:r>
        <w:rPr>
          <w:b w:val="0"/>
          <w:i w:val="0"/>
          <w:sz w:val="19"/>
          <w:spacing w:val="0"/>
          <w:w w:val="100"/>
          <w:rFonts w:ascii="Arial" w:hAnsi="Arial"/>
          <w:caps w:val="0"/>
        </w:rPr>
        <w:t>Nigeria</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[07061265048]</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[jyadebesin@gmail.com]</w:t>
      </w:r>
      <w:r>
        <w:rPr>
          <w:b w:val="0"/>
          <w:i w:val="0"/>
          <w:sz w:val="19"/>
          <w:spacing w:val="0"/>
          <w:w w:val="100"/>
          <w:rFonts w:ascii="Arial" w:hAnsi="Arial"/>
          <w:caps w:val="0"/>
        </w:rPr>
        <w:t> </w:t>
      </w:r>
    </w:p>
    <w:p>
      <w:pPr>
        <w:spacing w:before="140" w:beforeAutospacing="0" w:after="60" w:afterAutospacing="0" w:lineRule="auto" w:line="240"/>
        <w:rPr>
          <w:b val="0"/>
          <w:i val="0"/>
          <w:sz val="20"/>
          <w:spacing val="0"/>
          <w:w val="100"/>
          <w:caps val="0"/>
        </w:rPr>
        <w:snapToGrid w:val="0"/>
        <w:textAlignment w:val="baseline"/>
      </w:pPr>
      <w:r>
        <w:rPr>
          <w:b w:val="1"/>
          <w:i w:val="0"/>
          <w:sz w:val="21"/>
          <w:spacing w:val="0"/>
          <w:w w:val="100"/>
          <w:rFonts w:ascii="Arial" w:hAnsi="Arial"/>
          <w:caps w:val="0"/>
        </w:rPr>
        <w:t>PROFESSIONAL</w:t>
      </w:r>
      <w:r>
        <w:rPr>
          <w:b w:val="1"/>
          <w:i w:val="0"/>
          <w:sz w:val="21"/>
          <w:spacing w:val="0"/>
          <w:w w:val="100"/>
          <w:rFonts w:ascii="Arial" w:hAnsi="Arial"/>
          <w:caps w:val="0"/>
        </w:rPr>
        <w:t> </w:t>
      </w:r>
      <w:r>
        <w:rPr>
          <w:b w:val="1"/>
          <w:i w:val="0"/>
          <w:sz w:val="21"/>
          <w:spacing w:val="0"/>
          <w:w w:val="100"/>
          <w:rFonts w:ascii="Arial" w:hAnsi="Arial"/>
          <w:caps w:val="0"/>
        </w:rPr>
        <w:t>SUMMARY</w:t>
      </w:r>
    </w:p>
    <w:p>
      <w:pPr>
        <w:spacing w:before="0" w:beforeAutospacing="0" w:after="60" w:afterAutospacing="0" w:lineRule="auto" w:line="240"/>
        <w:rPr>
          <w:b val="0"/>
          <w:i val="0"/>
          <w:sz val="20"/>
          <w:spacing val="0"/>
          <w:w val="100"/>
          <w:caps val="0"/>
        </w:rPr>
        <w:snapToGrid w:val="0"/>
        <w:textAlignment w:val="baseline"/>
      </w:pPr>
      <w:r>
        <w:rPr>
          <w:b w:val="0"/>
          <w:i w:val="0"/>
          <w:sz w:val="19"/>
          <w:spacing w:val="0"/>
          <w:w w:val="100"/>
          <w:rFonts w:ascii="Arial" w:hAnsi="Arial"/>
          <w:caps w:val="0"/>
        </w:rPr>
        <w:t>Accounting</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Finance</w:t>
      </w:r>
      <w:r>
        <w:rPr>
          <w:b w:val="0"/>
          <w:i w:val="0"/>
          <w:sz w:val="19"/>
          <w:spacing w:val="0"/>
          <w:w w:val="100"/>
          <w:rFonts w:ascii="Arial" w:hAnsi="Arial"/>
          <w:caps w:val="0"/>
        </w:rPr>
        <w:t> </w:t>
      </w:r>
      <w:r>
        <w:rPr>
          <w:b w:val="0"/>
          <w:i w:val="0"/>
          <w:sz w:val="19"/>
          <w:spacing w:val="0"/>
          <w:w w:val="100"/>
          <w:rFonts w:ascii="Arial" w:hAnsi="Arial"/>
          <w:caps w:val="0"/>
        </w:rPr>
        <w:t>Professional</w:t>
      </w:r>
      <w:r>
        <w:rPr>
          <w:b w:val="0"/>
          <w:i w:val="0"/>
          <w:sz w:val="19"/>
          <w:spacing w:val="0"/>
          <w:w w:val="100"/>
          <w:rFonts w:ascii="Arial" w:hAnsi="Arial"/>
          <w:caps w:val="0"/>
        </w:rPr>
        <w:t> </w:t>
      </w:r>
      <w:r>
        <w:rPr>
          <w:b w:val="0"/>
          <w:i w:val="0"/>
          <w:sz w:val="19"/>
          <w:spacing w:val="0"/>
          <w:w w:val="100"/>
          <w:rFonts w:ascii="Arial" w:hAnsi="Arial"/>
          <w:caps w:val="0"/>
        </w:rPr>
        <w:t>with</w:t>
      </w:r>
      <w:r>
        <w:rPr>
          <w:b w:val="0"/>
          <w:i w:val="0"/>
          <w:sz w:val="19"/>
          <w:spacing w:val="0"/>
          <w:w w:val="100"/>
          <w:rFonts w:ascii="Arial" w:hAnsi="Arial"/>
          <w:caps w:val="0"/>
        </w:rPr>
        <w:t> </w:t>
      </w:r>
      <w:r>
        <w:rPr>
          <w:b w:val="0"/>
          <w:i w:val="0"/>
          <w:sz w:val="19"/>
          <w:spacing w:val="0"/>
          <w:w w:val="100"/>
          <w:rFonts w:ascii="Arial" w:hAnsi="Arial"/>
          <w:caps w:val="0"/>
        </w:rPr>
        <w:t>over</w:t>
      </w:r>
      <w:r>
        <w:rPr>
          <w:b w:val="0"/>
          <w:i w:val="0"/>
          <w:sz w:val="19"/>
          <w:spacing w:val="0"/>
          <w:w w:val="100"/>
          <w:rFonts w:ascii="Arial" w:hAnsi="Arial"/>
          <w:caps w:val="0"/>
        </w:rPr>
        <w:t> </w:t>
      </w:r>
      <w:r>
        <w:rPr>
          <w:b w:val="0"/>
          <w:i w:val="0"/>
          <w:sz w:val="19"/>
          <w:spacing w:val="0"/>
          <w:w w:val="100"/>
          <w:rFonts w:ascii="Arial" w:hAnsi="Arial"/>
          <w:caps w:val="0"/>
        </w:rPr>
        <w:t>5</w:t>
      </w:r>
      <w:r>
        <w:rPr>
          <w:b w:val="0"/>
          <w:i w:val="0"/>
          <w:sz w:val="19"/>
          <w:spacing w:val="0"/>
          <w:w w:val="100"/>
          <w:rFonts w:ascii="Arial" w:hAnsi="Arial"/>
          <w:caps w:val="0"/>
        </w:rPr>
        <w:t> </w:t>
      </w:r>
      <w:r>
        <w:rPr>
          <w:b w:val="0"/>
          <w:i w:val="0"/>
          <w:sz w:val="19"/>
          <w:spacing w:val="0"/>
          <w:w w:val="100"/>
          <w:rFonts w:ascii="Arial" w:hAnsi="Arial"/>
          <w:caps w:val="0"/>
        </w:rPr>
        <w:t>years</w:t>
      </w:r>
      <w:r>
        <w:rPr>
          <w:b w:val="0"/>
          <w:i w:val="0"/>
          <w:sz w:val="19"/>
          <w:spacing w:val="0"/>
          <w:w w:val="100"/>
          <w:rFonts w:ascii="Arial" w:hAnsi="Arial"/>
          <w:caps w:val="0"/>
        </w:rPr>
        <w:t> </w:t>
      </w:r>
      <w:r>
        <w:rPr>
          <w:b w:val="0"/>
          <w:i w:val="0"/>
          <w:sz w:val="19"/>
          <w:spacing w:val="0"/>
          <w:w w:val="100"/>
          <w:rFonts w:ascii="Arial" w:hAnsi="Arial"/>
          <w:caps w:val="0"/>
        </w:rPr>
        <w:t>of</w:t>
      </w:r>
      <w:r>
        <w:rPr>
          <w:b w:val="0"/>
          <w:i w:val="0"/>
          <w:sz w:val="19"/>
          <w:spacing w:val="0"/>
          <w:w w:val="100"/>
          <w:rFonts w:ascii="Arial" w:hAnsi="Arial"/>
          <w:caps w:val="0"/>
        </w:rPr>
        <w:t> </w:t>
      </w:r>
      <w:r>
        <w:rPr>
          <w:b w:val="0"/>
          <w:i w:val="0"/>
          <w:sz w:val="19"/>
          <w:spacing w:val="0"/>
          <w:w w:val="100"/>
          <w:rFonts w:ascii="Arial" w:hAnsi="Arial"/>
          <w:caps w:val="0"/>
        </w:rPr>
        <w:t>experience</w:t>
      </w:r>
      <w:r>
        <w:rPr>
          <w:b w:val="0"/>
          <w:i w:val="0"/>
          <w:sz w:val="19"/>
          <w:spacing w:val="0"/>
          <w:w w:val="100"/>
          <w:rFonts w:ascii="Arial" w:hAnsi="Arial"/>
          <w:caps w:val="0"/>
        </w:rPr>
        <w:t> </w:t>
      </w:r>
      <w:r>
        <w:rPr>
          <w:b w:val="0"/>
          <w:i w:val="0"/>
          <w:sz w:val="19"/>
          <w:spacing w:val="0"/>
          <w:w w:val="100"/>
          <w:rFonts w:ascii="Arial" w:hAnsi="Arial"/>
          <w:caps w:val="0"/>
        </w:rPr>
        <w:t>in</w:t>
      </w:r>
      <w:r>
        <w:rPr>
          <w:b w:val="0"/>
          <w:i w:val="0"/>
          <w:sz w:val="19"/>
          <w:spacing w:val="0"/>
          <w:w w:val="100"/>
          <w:rFonts w:ascii="Arial" w:hAnsi="Arial"/>
          <w:caps w:val="0"/>
        </w:rPr>
        <w:t> </w:t>
      </w:r>
      <w:r>
        <w:rPr>
          <w:b w:val="0"/>
          <w:i w:val="0"/>
          <w:sz w:val="19"/>
          <w:spacing w:val="0"/>
          <w:w w:val="100"/>
          <w:rFonts w:ascii="Arial" w:hAnsi="Arial"/>
          <w:caps w:val="0"/>
        </w:rPr>
        <w:t>accounting,</w:t>
      </w:r>
      <w:r>
        <w:rPr>
          <w:b w:val="0"/>
          <w:i w:val="0"/>
          <w:sz w:val="19"/>
          <w:spacing w:val="0"/>
          <w:w w:val="100"/>
          <w:rFonts w:ascii="Arial" w:hAnsi="Arial"/>
          <w:caps w:val="0"/>
        </w:rPr>
        <w:t> </w:t>
      </w:r>
      <w:r>
        <w:rPr>
          <w:b w:val="0"/>
          <w:i w:val="0"/>
          <w:sz w:val="19"/>
          <w:spacing w:val="0"/>
          <w:w w:val="100"/>
          <w:rFonts w:ascii="Arial" w:hAnsi="Arial"/>
          <w:caps w:val="0"/>
        </w:rPr>
        <w:t>auditing,</w:t>
      </w:r>
      <w:r>
        <w:rPr>
          <w:b w:val="0"/>
          <w:i w:val="0"/>
          <w:sz w:val="19"/>
          <w:spacing w:val="0"/>
          <w:w w:val="100"/>
          <w:rFonts w:ascii="Arial" w:hAnsi="Arial"/>
          <w:caps w:val="0"/>
        </w:rPr>
        <w:t> </w:t>
      </w:r>
      <w:r>
        <w:rPr>
          <w:b w:val="0"/>
          <w:i w:val="0"/>
          <w:sz w:val="19"/>
          <w:spacing w:val="0"/>
          <w:w w:val="100"/>
          <w:rFonts w:ascii="Arial" w:hAnsi="Arial"/>
          <w:caps w:val="0"/>
        </w:rPr>
        <w:t>financial</w:t>
      </w:r>
      <w:r>
        <w:rPr>
          <w:b w:val="0"/>
          <w:i w:val="0"/>
          <w:sz w:val="19"/>
          <w:spacing w:val="0"/>
          <w:w w:val="100"/>
          <w:rFonts w:ascii="Arial" w:hAnsi="Arial"/>
          <w:caps w:val="0"/>
        </w:rPr>
        <w:t> </w:t>
      </w:r>
      <w:r>
        <w:rPr>
          <w:b w:val="0"/>
          <w:i w:val="0"/>
          <w:sz w:val="19"/>
          <w:spacing w:val="0"/>
          <w:w w:val="100"/>
          <w:rFonts w:ascii="Arial" w:hAnsi="Arial"/>
          <w:caps w:val="0"/>
        </w:rPr>
        <w:t>documentation,</w:t>
      </w:r>
      <w:r>
        <w:rPr>
          <w:b w:val="0"/>
          <w:i w:val="0"/>
          <w:sz w:val="19"/>
          <w:spacing w:val="0"/>
          <w:w w:val="100"/>
          <w:rFonts w:ascii="Arial" w:hAnsi="Arial"/>
          <w:caps w:val="0"/>
        </w:rPr>
        <w:t> </w:t>
      </w:r>
      <w:r>
        <w:rPr>
          <w:b w:val="0"/>
          <w:i w:val="0"/>
          <w:sz w:val="19"/>
          <w:spacing w:val="0"/>
          <w:w w:val="100"/>
          <w:rFonts w:ascii="Arial" w:hAnsi="Arial"/>
          <w:caps w:val="0"/>
        </w:rPr>
        <w:t>reconciliation,</w:t>
      </w:r>
      <w:r>
        <w:rPr>
          <w:b w:val="0"/>
          <w:i w:val="0"/>
          <w:sz w:val="19"/>
          <w:spacing w:val="0"/>
          <w:w w:val="100"/>
          <w:rFonts w:ascii="Arial" w:hAnsi="Arial"/>
          <w:caps w:val="0"/>
        </w:rPr>
        <w:t> </w:t>
      </w:r>
      <w:r>
        <w:rPr>
          <w:b w:val="0"/>
          <w:i w:val="0"/>
          <w:sz w:val="19"/>
          <w:spacing w:val="0"/>
          <w:w w:val="100"/>
          <w:rFonts w:ascii="Arial" w:hAnsi="Arial"/>
          <w:caps w:val="0"/>
        </w:rPr>
        <w:t>data</w:t>
      </w:r>
      <w:r>
        <w:rPr>
          <w:b w:val="0"/>
          <w:i w:val="0"/>
          <w:sz w:val="19"/>
          <w:spacing w:val="0"/>
          <w:w w:val="100"/>
          <w:rFonts w:ascii="Arial" w:hAnsi="Arial"/>
          <w:caps w:val="0"/>
        </w:rPr>
        <w:t> </w:t>
      </w:r>
      <w:r>
        <w:rPr>
          <w:b w:val="0"/>
          <w:i w:val="0"/>
          <w:sz w:val="19"/>
          <w:spacing w:val="0"/>
          <w:w w:val="100"/>
          <w:rFonts w:ascii="Arial" w:hAnsi="Arial"/>
          <w:caps w:val="0"/>
        </w:rPr>
        <w:t>analysis,</w:t>
      </w:r>
      <w:r>
        <w:rPr>
          <w:b w:val="0"/>
          <w:i w:val="0"/>
          <w:sz w:val="19"/>
          <w:spacing w:val="0"/>
          <w:w w:val="100"/>
          <w:rFonts w:ascii="Arial" w:hAnsi="Arial"/>
          <w:caps w:val="0"/>
        </w:rPr>
        <w:t> </w:t>
      </w:r>
      <w:r>
        <w:rPr>
          <w:b w:val="0"/>
          <w:i w:val="0"/>
          <w:sz w:val="19"/>
          <w:spacing w:val="0"/>
          <w:w w:val="100"/>
          <w:rFonts w:ascii="Arial" w:hAnsi="Arial"/>
          <w:caps w:val="0"/>
        </w:rPr>
        <w:t>reporting,</w:t>
      </w:r>
      <w:r>
        <w:rPr>
          <w:b w:val="0"/>
          <w:i w:val="0"/>
          <w:sz w:val="19"/>
          <w:spacing w:val="0"/>
          <w:w w:val="100"/>
          <w:rFonts w:ascii="Arial" w:hAnsi="Arial"/>
          <w:caps w:val="0"/>
        </w:rPr>
        <w:t> </w:t>
      </w:r>
      <w:r>
        <w:rPr>
          <w:b w:val="0"/>
          <w:i w:val="0"/>
          <w:sz w:val="19"/>
          <w:spacing w:val="0"/>
          <w:w w:val="100"/>
          <w:rFonts w:ascii="Arial" w:hAnsi="Arial"/>
          <w:caps w:val="0"/>
        </w:rPr>
        <w:t>compliance,</w:t>
      </w:r>
      <w:r>
        <w:rPr>
          <w:b w:val="0"/>
          <w:i w:val="0"/>
          <w:sz w:val="19"/>
          <w:spacing w:val="0"/>
          <w:w w:val="100"/>
          <w:rFonts w:ascii="Arial" w:hAnsi="Arial"/>
          <w:caps w:val="0"/>
        </w:rPr>
        <w:t> </w:t>
      </w:r>
      <w:r>
        <w:rPr>
          <w:b w:val="0"/>
          <w:i w:val="0"/>
          <w:sz w:val="19"/>
          <w:spacing w:val="0"/>
          <w:w w:val="100"/>
          <w:rFonts w:ascii="Arial" w:hAnsi="Arial"/>
          <w:caps w:val="0"/>
        </w:rPr>
        <w:t>administrative</w:t>
      </w:r>
      <w:r>
        <w:rPr>
          <w:b w:val="0"/>
          <w:i w:val="0"/>
          <w:sz w:val="19"/>
          <w:spacing w:val="0"/>
          <w:w w:val="100"/>
          <w:rFonts w:ascii="Arial" w:hAnsi="Arial"/>
          <w:caps w:val="0"/>
        </w:rPr>
        <w:t> </w:t>
      </w:r>
      <w:r>
        <w:rPr>
          <w:b w:val="0"/>
          <w:i w:val="0"/>
          <w:sz w:val="19"/>
          <w:spacing w:val="0"/>
          <w:w w:val="100"/>
          <w:rFonts w:ascii="Arial" w:hAnsi="Arial"/>
          <w:caps w:val="0"/>
        </w:rPr>
        <w:t>support</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business</w:t>
      </w:r>
      <w:r>
        <w:rPr>
          <w:b w:val="0"/>
          <w:i w:val="0"/>
          <w:sz w:val="19"/>
          <w:spacing w:val="0"/>
          <w:w w:val="100"/>
          <w:rFonts w:ascii="Arial" w:hAnsi="Arial"/>
          <w:caps w:val="0"/>
        </w:rPr>
        <w:t> </w:t>
      </w:r>
      <w:r>
        <w:rPr>
          <w:b w:val="0"/>
          <w:i w:val="0"/>
          <w:sz w:val="19"/>
          <w:spacing w:val="0"/>
          <w:w w:val="100"/>
          <w:rFonts w:ascii="Arial" w:hAnsi="Arial"/>
          <w:caps w:val="0"/>
        </w:rPr>
        <w:t>operations.</w:t>
      </w:r>
      <w:r>
        <w:rPr>
          <w:b w:val="0"/>
          <w:i w:val="0"/>
          <w:sz w:val="19"/>
          <w:spacing w:val="0"/>
          <w:w w:val="100"/>
          <w:rFonts w:ascii="Arial" w:hAnsi="Arial"/>
          <w:caps w:val="0"/>
        </w:rPr>
        <w:t> </w:t>
      </w:r>
      <w:r>
        <w:rPr>
          <w:b w:val="0"/>
          <w:i w:val="0"/>
          <w:sz w:val="19"/>
          <w:spacing w:val="0"/>
          <w:w w:val="100"/>
          <w:rFonts w:ascii="Arial" w:hAnsi="Arial"/>
          <w:caps w:val="0"/>
        </w:rPr>
        <w:t>Experienced</w:t>
      </w:r>
      <w:r>
        <w:rPr>
          <w:b w:val="0"/>
          <w:i w:val="0"/>
          <w:sz w:val="19"/>
          <w:spacing w:val="0"/>
          <w:w w:val="100"/>
          <w:rFonts w:ascii="Arial" w:hAnsi="Arial"/>
          <w:caps w:val="0"/>
        </w:rPr>
        <w:t> </w:t>
      </w:r>
      <w:r>
        <w:rPr>
          <w:b w:val="0"/>
          <w:i w:val="0"/>
          <w:sz w:val="19"/>
          <w:spacing w:val="0"/>
          <w:w w:val="100"/>
          <w:rFonts w:ascii="Arial" w:hAnsi="Arial"/>
          <w:caps w:val="0"/>
        </w:rPr>
        <w:t>in</w:t>
      </w:r>
      <w:r>
        <w:rPr>
          <w:b w:val="0"/>
          <w:i w:val="0"/>
          <w:sz w:val="19"/>
          <w:spacing w:val="0"/>
          <w:w w:val="100"/>
          <w:rFonts w:ascii="Arial" w:hAnsi="Arial"/>
          <w:caps w:val="0"/>
        </w:rPr>
        <w:t> </w:t>
      </w:r>
      <w:r>
        <w:rPr>
          <w:b w:val="0"/>
          <w:i w:val="0"/>
          <w:sz w:val="19"/>
          <w:spacing w:val="0"/>
          <w:w w:val="100"/>
          <w:rFonts w:ascii="Arial" w:hAnsi="Arial"/>
          <w:caps w:val="0"/>
        </w:rPr>
        <w:t>reviewing</w:t>
      </w:r>
      <w:r>
        <w:rPr>
          <w:b w:val="0"/>
          <w:i w:val="0"/>
          <w:sz w:val="19"/>
          <w:spacing w:val="0"/>
          <w:w w:val="100"/>
          <w:rFonts w:ascii="Arial" w:hAnsi="Arial"/>
          <w:caps w:val="0"/>
        </w:rPr>
        <w:t> </w:t>
      </w:r>
      <w:r>
        <w:rPr>
          <w:b w:val="0"/>
          <w:i w:val="0"/>
          <w:sz w:val="19"/>
          <w:spacing w:val="0"/>
          <w:w w:val="100"/>
          <w:rFonts w:ascii="Arial" w:hAnsi="Arial"/>
          <w:caps w:val="0"/>
        </w:rPr>
        <w:t>financial</w:t>
      </w:r>
      <w:r>
        <w:rPr>
          <w:b w:val="0"/>
          <w:i w:val="0"/>
          <w:sz w:val="19"/>
          <w:spacing w:val="0"/>
          <w:w w:val="100"/>
          <w:rFonts w:ascii="Arial" w:hAnsi="Arial"/>
          <w:caps w:val="0"/>
        </w:rPr>
        <w:t> </w:t>
      </w:r>
      <w:r>
        <w:rPr>
          <w:b w:val="0"/>
          <w:i w:val="0"/>
          <w:sz w:val="19"/>
          <w:spacing w:val="0"/>
          <w:w w:val="100"/>
          <w:rFonts w:ascii="Arial" w:hAnsi="Arial"/>
          <w:caps w:val="0"/>
        </w:rPr>
        <w:t>records,</w:t>
      </w:r>
      <w:r>
        <w:rPr>
          <w:b w:val="0"/>
          <w:i w:val="0"/>
          <w:sz w:val="19"/>
          <w:spacing w:val="0"/>
          <w:w w:val="100"/>
          <w:rFonts w:ascii="Arial" w:hAnsi="Arial"/>
          <w:caps w:val="0"/>
        </w:rPr>
        <w:t> </w:t>
      </w:r>
      <w:r>
        <w:rPr>
          <w:b w:val="0"/>
          <w:i w:val="0"/>
          <w:sz w:val="19"/>
          <w:spacing w:val="0"/>
          <w:w w:val="100"/>
          <w:rFonts w:ascii="Arial" w:hAnsi="Arial"/>
          <w:caps w:val="0"/>
        </w:rPr>
        <w:t>analysing</w:t>
      </w:r>
      <w:r>
        <w:rPr>
          <w:b w:val="0"/>
          <w:i w:val="0"/>
          <w:sz w:val="19"/>
          <w:spacing w:val="0"/>
          <w:w w:val="100"/>
          <w:rFonts w:ascii="Arial" w:hAnsi="Arial"/>
          <w:caps w:val="0"/>
        </w:rPr>
        <w:t> </w:t>
      </w:r>
      <w:r>
        <w:rPr>
          <w:b w:val="0"/>
          <w:i w:val="0"/>
          <w:sz w:val="19"/>
          <w:spacing w:val="0"/>
          <w:w w:val="100"/>
          <w:rFonts w:ascii="Arial" w:hAnsi="Arial"/>
          <w:caps w:val="0"/>
        </w:rPr>
        <w:t>accounting</w:t>
      </w:r>
      <w:r>
        <w:rPr>
          <w:b w:val="0"/>
          <w:i w:val="0"/>
          <w:sz w:val="19"/>
          <w:spacing w:val="0"/>
          <w:w w:val="100"/>
          <w:rFonts w:ascii="Arial" w:hAnsi="Arial"/>
          <w:caps w:val="0"/>
        </w:rPr>
        <w:t> </w:t>
      </w:r>
      <w:r>
        <w:rPr>
          <w:b w:val="0"/>
          <w:i w:val="0"/>
          <w:sz w:val="19"/>
          <w:spacing w:val="0"/>
          <w:w w:val="100"/>
          <w:rFonts w:ascii="Arial" w:hAnsi="Arial"/>
          <w:caps w:val="0"/>
        </w:rPr>
        <w:t>data,</w:t>
      </w:r>
      <w:r>
        <w:rPr>
          <w:b w:val="0"/>
          <w:i w:val="0"/>
          <w:sz w:val="19"/>
          <w:spacing w:val="0"/>
          <w:w w:val="100"/>
          <w:rFonts w:ascii="Arial" w:hAnsi="Arial"/>
          <w:caps w:val="0"/>
        </w:rPr>
        <w:t> </w:t>
      </w:r>
      <w:r>
        <w:rPr>
          <w:b w:val="0"/>
          <w:i w:val="0"/>
          <w:sz w:val="19"/>
          <w:spacing w:val="0"/>
          <w:w w:val="100"/>
          <w:rFonts w:ascii="Arial" w:hAnsi="Arial"/>
          <w:caps w:val="0"/>
        </w:rPr>
        <w:t>supporting</w:t>
      </w:r>
      <w:r>
        <w:rPr>
          <w:b w:val="0"/>
          <w:i w:val="0"/>
          <w:sz w:val="19"/>
          <w:spacing w:val="0"/>
          <w:w w:val="100"/>
          <w:rFonts w:ascii="Arial" w:hAnsi="Arial"/>
          <w:caps w:val="0"/>
        </w:rPr>
        <w:t> </w:t>
      </w:r>
      <w:r>
        <w:rPr>
          <w:b w:val="0"/>
          <w:i w:val="0"/>
          <w:sz w:val="19"/>
          <w:spacing w:val="0"/>
          <w:w w:val="100"/>
          <w:rFonts w:ascii="Arial" w:hAnsi="Arial"/>
          <w:caps w:val="0"/>
        </w:rPr>
        <w:t>audit</w:t>
      </w:r>
      <w:r>
        <w:rPr>
          <w:b w:val="0"/>
          <w:i w:val="0"/>
          <w:sz w:val="19"/>
          <w:spacing w:val="0"/>
          <w:w w:val="100"/>
          <w:rFonts w:ascii="Arial" w:hAnsi="Arial"/>
          <w:caps w:val="0"/>
        </w:rPr>
        <w:t> </w:t>
      </w:r>
      <w:r>
        <w:rPr>
          <w:b w:val="0"/>
          <w:i w:val="0"/>
          <w:sz w:val="19"/>
          <w:spacing w:val="0"/>
          <w:w w:val="100"/>
          <w:rFonts w:ascii="Arial" w:hAnsi="Arial"/>
          <w:caps w:val="0"/>
        </w:rPr>
        <w:t>engagements,</w:t>
      </w:r>
      <w:r>
        <w:rPr>
          <w:b w:val="0"/>
          <w:i w:val="0"/>
          <w:sz w:val="19"/>
          <w:spacing w:val="0"/>
          <w:w w:val="100"/>
          <w:rFonts w:ascii="Arial" w:hAnsi="Arial"/>
          <w:caps w:val="0"/>
        </w:rPr>
        <w:t> </w:t>
      </w:r>
      <w:r>
        <w:rPr>
          <w:b w:val="0"/>
          <w:i w:val="0"/>
          <w:sz w:val="19"/>
          <w:spacing w:val="0"/>
          <w:w w:val="100"/>
          <w:rFonts w:ascii="Arial" w:hAnsi="Arial"/>
          <w:caps w:val="0"/>
        </w:rPr>
        <w:t>following</w:t>
      </w:r>
      <w:r>
        <w:rPr>
          <w:b w:val="0"/>
          <w:i w:val="0"/>
          <w:sz w:val="19"/>
          <w:spacing w:val="0"/>
          <w:w w:val="100"/>
          <w:rFonts w:ascii="Arial" w:hAnsi="Arial"/>
          <w:caps w:val="0"/>
        </w:rPr>
        <w:t> </w:t>
      </w:r>
      <w:r>
        <w:rPr>
          <w:b w:val="0"/>
          <w:i w:val="0"/>
          <w:sz w:val="19"/>
          <w:spacing w:val="0"/>
          <w:w w:val="100"/>
          <w:rFonts w:ascii="Arial" w:hAnsi="Arial"/>
          <w:caps w:val="0"/>
        </w:rPr>
        <w:t>up</w:t>
      </w:r>
      <w:r>
        <w:rPr>
          <w:b w:val="0"/>
          <w:i w:val="0"/>
          <w:sz w:val="19"/>
          <w:spacing w:val="0"/>
          <w:w w:val="100"/>
          <w:rFonts w:ascii="Arial" w:hAnsi="Arial"/>
          <w:caps w:val="0"/>
        </w:rPr>
        <w:t> </w:t>
      </w:r>
      <w:r>
        <w:rPr>
          <w:b w:val="0"/>
          <w:i w:val="0"/>
          <w:sz w:val="19"/>
          <w:spacing w:val="0"/>
          <w:w w:val="100"/>
          <w:rFonts w:ascii="Arial" w:hAnsi="Arial"/>
          <w:caps w:val="0"/>
        </w:rPr>
        <w:t>on</w:t>
      </w:r>
      <w:r>
        <w:rPr>
          <w:b w:val="0"/>
          <w:i w:val="0"/>
          <w:sz w:val="19"/>
          <w:spacing w:val="0"/>
          <w:w w:val="100"/>
          <w:rFonts w:ascii="Arial" w:hAnsi="Arial"/>
          <w:caps w:val="0"/>
        </w:rPr>
        <w:t> </w:t>
      </w:r>
      <w:r>
        <w:rPr>
          <w:b w:val="0"/>
          <w:i w:val="0"/>
          <w:sz w:val="19"/>
          <w:spacing w:val="0"/>
          <w:w w:val="100"/>
          <w:rFonts w:ascii="Arial" w:hAnsi="Arial"/>
          <w:caps w:val="0"/>
        </w:rPr>
        <w:t>findings,</w:t>
      </w:r>
      <w:r>
        <w:rPr>
          <w:b w:val="0"/>
          <w:i w:val="0"/>
          <w:sz w:val="19"/>
          <w:spacing w:val="0"/>
          <w:w w:val="100"/>
          <w:rFonts w:ascii="Arial" w:hAnsi="Arial"/>
          <w:caps w:val="0"/>
        </w:rPr>
        <w:t> </w:t>
      </w:r>
      <w:r>
        <w:rPr>
          <w:b w:val="0"/>
          <w:i w:val="0"/>
          <w:sz w:val="19"/>
          <w:spacing w:val="0"/>
          <w:w w:val="100"/>
          <w:rFonts w:ascii="Arial" w:hAnsi="Arial"/>
          <w:caps w:val="0"/>
        </w:rPr>
        <w:t>maintaining</w:t>
      </w:r>
      <w:r>
        <w:rPr>
          <w:b w:val="0"/>
          <w:i w:val="0"/>
          <w:sz w:val="19"/>
          <w:spacing w:val="0"/>
          <w:w w:val="100"/>
          <w:rFonts w:ascii="Arial" w:hAnsi="Arial"/>
          <w:caps w:val="0"/>
        </w:rPr>
        <w:t> </w:t>
      </w:r>
      <w:r>
        <w:rPr>
          <w:b w:val="0"/>
          <w:i w:val="0"/>
          <w:sz w:val="19"/>
          <w:spacing w:val="0"/>
          <w:w w:val="100"/>
          <w:rFonts w:ascii="Arial" w:hAnsi="Arial"/>
          <w:caps w:val="0"/>
        </w:rPr>
        <w:t>accurate</w:t>
      </w:r>
      <w:r>
        <w:rPr>
          <w:b w:val="0"/>
          <w:i w:val="0"/>
          <w:sz w:val="19"/>
          <w:spacing w:val="0"/>
          <w:w w:val="100"/>
          <w:rFonts w:ascii="Arial" w:hAnsi="Arial"/>
          <w:caps w:val="0"/>
        </w:rPr>
        <w:t> </w:t>
      </w:r>
      <w:r>
        <w:rPr>
          <w:b w:val="0"/>
          <w:i w:val="0"/>
          <w:sz w:val="19"/>
          <w:spacing w:val="0"/>
          <w:w w:val="100"/>
          <w:rFonts w:ascii="Arial" w:hAnsi="Arial"/>
          <w:caps w:val="0"/>
        </w:rPr>
        <w:t>documentation</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using</w:t>
      </w:r>
      <w:r>
        <w:rPr>
          <w:b w:val="0"/>
          <w:i w:val="0"/>
          <w:sz w:val="19"/>
          <w:spacing w:val="0"/>
          <w:w w:val="100"/>
          <w:rFonts w:ascii="Arial" w:hAnsi="Arial"/>
          <w:caps w:val="0"/>
        </w:rPr>
        <w:t> </w:t>
      </w:r>
      <w:r>
        <w:rPr>
          <w:b w:val="0"/>
          <w:i w:val="0"/>
          <w:sz w:val="19"/>
          <w:spacing w:val="0"/>
          <w:w w:val="100"/>
          <w:rFonts w:ascii="Arial" w:hAnsi="Arial"/>
          <w:caps w:val="0"/>
        </w:rPr>
        <w:t>Excel</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accounting</w:t>
      </w:r>
      <w:r>
        <w:rPr>
          <w:b w:val="0"/>
          <w:i w:val="0"/>
          <w:sz w:val="19"/>
          <w:spacing w:val="0"/>
          <w:w w:val="100"/>
          <w:rFonts w:ascii="Arial" w:hAnsi="Arial"/>
          <w:caps w:val="0"/>
        </w:rPr>
        <w:t> </w:t>
      </w:r>
      <w:r>
        <w:rPr>
          <w:b w:val="0"/>
          <w:i w:val="0"/>
          <w:sz w:val="19"/>
          <w:spacing w:val="0"/>
          <w:w w:val="100"/>
          <w:rFonts w:ascii="Arial" w:hAnsi="Arial"/>
          <w:caps w:val="0"/>
        </w:rPr>
        <w:t>systems</w:t>
      </w:r>
      <w:r>
        <w:rPr>
          <w:b w:val="0"/>
          <w:i w:val="0"/>
          <w:sz w:val="19"/>
          <w:spacing w:val="0"/>
          <w:w w:val="100"/>
          <w:rFonts w:ascii="Arial" w:hAnsi="Arial"/>
          <w:caps w:val="0"/>
        </w:rPr>
        <w:t> </w:t>
      </w:r>
      <w:r>
        <w:rPr>
          <w:b w:val="0"/>
          <w:i w:val="0"/>
          <w:sz w:val="19"/>
          <w:spacing w:val="0"/>
          <w:w w:val="100"/>
          <w:rFonts w:ascii="Arial" w:hAnsi="Arial"/>
          <w:caps w:val="0"/>
        </w:rPr>
        <w:t>to</w:t>
      </w:r>
      <w:r>
        <w:rPr>
          <w:b w:val="0"/>
          <w:i w:val="0"/>
          <w:sz w:val="19"/>
          <w:spacing w:val="0"/>
          <w:w w:val="100"/>
          <w:rFonts w:ascii="Arial" w:hAnsi="Arial"/>
          <w:caps w:val="0"/>
        </w:rPr>
        <w:t> </w:t>
      </w:r>
      <w:r>
        <w:rPr>
          <w:b w:val="0"/>
          <w:i w:val="0"/>
          <w:sz w:val="19"/>
          <w:spacing w:val="0"/>
          <w:w w:val="100"/>
          <w:rFonts w:ascii="Arial" w:hAnsi="Arial"/>
          <w:caps w:val="0"/>
        </w:rPr>
        <w:t>support</w:t>
      </w:r>
      <w:r>
        <w:rPr>
          <w:b w:val="0"/>
          <w:i w:val="0"/>
          <w:sz w:val="19"/>
          <w:spacing w:val="0"/>
          <w:w w:val="100"/>
          <w:rFonts w:ascii="Arial" w:hAnsi="Arial"/>
          <w:caps w:val="0"/>
        </w:rPr>
        <w:t> </w:t>
      </w:r>
      <w:r>
        <w:rPr>
          <w:b w:val="0"/>
          <w:i w:val="0"/>
          <w:sz w:val="19"/>
          <w:spacing w:val="0"/>
          <w:w w:val="100"/>
          <w:rFonts w:ascii="Arial" w:hAnsi="Arial"/>
          <w:caps w:val="0"/>
        </w:rPr>
        <w:t>financial</w:t>
      </w:r>
      <w:r>
        <w:rPr>
          <w:b w:val="0"/>
          <w:i w:val="0"/>
          <w:sz w:val="19"/>
          <w:spacing w:val="0"/>
          <w:w w:val="100"/>
          <w:rFonts w:ascii="Arial" w:hAnsi="Arial"/>
          <w:caps w:val="0"/>
        </w:rPr>
        <w:t> </w:t>
      </w:r>
      <w:r>
        <w:rPr>
          <w:b w:val="0"/>
          <w:i w:val="0"/>
          <w:sz w:val="19"/>
          <w:spacing w:val="0"/>
          <w:w w:val="100"/>
          <w:rFonts w:ascii="Arial" w:hAnsi="Arial"/>
          <w:caps w:val="0"/>
        </w:rPr>
        <w:t>processes</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reporting.</w:t>
      </w:r>
      <w:r>
        <w:rPr>
          <w:b w:val="0"/>
          <w:i w:val="0"/>
          <w:sz w:val="19"/>
          <w:spacing w:val="0"/>
          <w:w w:val="100"/>
          <w:rFonts w:ascii="Arial" w:hAnsi="Arial"/>
          <w:caps w:val="0"/>
        </w:rPr>
        <w:t> </w:t>
      </w:r>
      <w:r>
        <w:rPr>
          <w:b w:val="0"/>
          <w:i w:val="0"/>
          <w:sz w:val="19"/>
          <w:spacing w:val="0"/>
          <w:w w:val="100"/>
          <w:rFonts w:ascii="Arial" w:hAnsi="Arial"/>
          <w:caps w:val="0"/>
        </w:rPr>
        <w:t>Familiar</w:t>
      </w:r>
      <w:r>
        <w:rPr>
          <w:b w:val="0"/>
          <w:i w:val="0"/>
          <w:sz w:val="19"/>
          <w:spacing w:val="0"/>
          <w:w w:val="100"/>
          <w:rFonts w:ascii="Arial" w:hAnsi="Arial"/>
          <w:caps w:val="0"/>
        </w:rPr>
        <w:t> </w:t>
      </w:r>
      <w:r>
        <w:rPr>
          <w:b w:val="0"/>
          <w:i w:val="0"/>
          <w:sz w:val="19"/>
          <w:spacing w:val="0"/>
          <w:w w:val="100"/>
          <w:rFonts w:ascii="Arial" w:hAnsi="Arial"/>
          <w:caps w:val="0"/>
        </w:rPr>
        <w:t>with</w:t>
      </w:r>
      <w:r>
        <w:rPr>
          <w:b w:val="0"/>
          <w:i w:val="0"/>
          <w:sz w:val="19"/>
          <w:spacing w:val="0"/>
          <w:w w:val="100"/>
          <w:rFonts w:ascii="Arial" w:hAnsi="Arial"/>
          <w:caps w:val="0"/>
        </w:rPr>
        <w:t> </w:t>
      </w:r>
      <w:r>
        <w:rPr>
          <w:b w:val="0"/>
          <w:i w:val="0"/>
          <w:sz w:val="19"/>
          <w:spacing w:val="0"/>
          <w:w w:val="100"/>
          <w:rFonts w:ascii="Arial" w:hAnsi="Arial"/>
          <w:caps w:val="0"/>
        </w:rPr>
        <w:t>Accounts</w:t>
      </w:r>
      <w:r>
        <w:rPr>
          <w:b w:val="0"/>
          <w:i w:val="0"/>
          <w:sz w:val="19"/>
          <w:spacing w:val="0"/>
          <w:w w:val="100"/>
          <w:rFonts w:ascii="Arial" w:hAnsi="Arial"/>
          <w:caps w:val="0"/>
        </w:rPr>
        <w:t> </w:t>
      </w:r>
      <w:r>
        <w:rPr>
          <w:b w:val="0"/>
          <w:i w:val="0"/>
          <w:sz w:val="19"/>
          <w:spacing w:val="0"/>
          <w:w w:val="100"/>
          <w:rFonts w:ascii="Arial" w:hAnsi="Arial"/>
          <w:caps w:val="0"/>
        </w:rPr>
        <w:t>Payable,</w:t>
      </w:r>
      <w:r>
        <w:rPr>
          <w:b w:val="0"/>
          <w:i w:val="0"/>
          <w:sz w:val="19"/>
          <w:spacing w:val="0"/>
          <w:w w:val="100"/>
          <w:rFonts w:ascii="Arial" w:hAnsi="Arial"/>
          <w:caps w:val="0"/>
        </w:rPr>
        <w:t> </w:t>
      </w:r>
      <w:r>
        <w:rPr>
          <w:b w:val="0"/>
          <w:i w:val="0"/>
          <w:sz w:val="19"/>
          <w:spacing w:val="0"/>
          <w:w w:val="100"/>
          <w:rFonts w:ascii="Arial" w:hAnsi="Arial"/>
          <w:caps w:val="0"/>
        </w:rPr>
        <w:t>Accounts</w:t>
      </w:r>
      <w:r>
        <w:rPr>
          <w:b w:val="0"/>
          <w:i w:val="0"/>
          <w:sz w:val="19"/>
          <w:spacing w:val="0"/>
          <w:w w:val="100"/>
          <w:rFonts w:ascii="Arial" w:hAnsi="Arial"/>
          <w:caps w:val="0"/>
        </w:rPr>
        <w:t> </w:t>
      </w:r>
      <w:r>
        <w:rPr>
          <w:b w:val="0"/>
          <w:i w:val="0"/>
          <w:sz w:val="19"/>
          <w:spacing w:val="0"/>
          <w:w w:val="100"/>
          <w:rFonts w:ascii="Arial" w:hAnsi="Arial"/>
          <w:caps w:val="0"/>
        </w:rPr>
        <w:t>Receivable,</w:t>
      </w:r>
      <w:r>
        <w:rPr>
          <w:b w:val="0"/>
          <w:i w:val="0"/>
          <w:sz w:val="19"/>
          <w:spacing w:val="0"/>
          <w:w w:val="100"/>
          <w:rFonts w:ascii="Arial" w:hAnsi="Arial"/>
          <w:caps w:val="0"/>
        </w:rPr>
        <w:t> </w:t>
      </w:r>
      <w:r>
        <w:rPr>
          <w:b w:val="0"/>
          <w:i w:val="0"/>
          <w:sz w:val="19"/>
          <w:spacing w:val="0"/>
          <w:w w:val="100"/>
          <w:rFonts w:ascii="Arial" w:hAnsi="Arial"/>
          <w:caps w:val="0"/>
        </w:rPr>
        <w:t>inventory</w:t>
      </w:r>
      <w:r>
        <w:rPr>
          <w:b w:val="0"/>
          <w:i w:val="0"/>
          <w:sz w:val="19"/>
          <w:spacing w:val="0"/>
          <w:w w:val="100"/>
          <w:rFonts w:ascii="Arial" w:hAnsi="Arial"/>
          <w:caps w:val="0"/>
        </w:rPr>
        <w:t> </w:t>
      </w:r>
      <w:r>
        <w:rPr>
          <w:b w:val="0"/>
          <w:i w:val="0"/>
          <w:sz w:val="19"/>
          <w:spacing w:val="0"/>
          <w:w w:val="100"/>
          <w:rFonts w:ascii="Arial" w:hAnsi="Arial"/>
          <w:caps w:val="0"/>
        </w:rPr>
        <w:t>documentation,</w:t>
      </w:r>
      <w:r>
        <w:rPr>
          <w:b w:val="0"/>
          <w:i w:val="0"/>
          <w:sz w:val="19"/>
          <w:spacing w:val="0"/>
          <w:w w:val="100"/>
          <w:rFonts w:ascii="Arial" w:hAnsi="Arial"/>
          <w:caps w:val="0"/>
        </w:rPr>
        <w:t> </w:t>
      </w:r>
      <w:r>
        <w:rPr>
          <w:b w:val="0"/>
          <w:i w:val="0"/>
          <w:sz w:val="19"/>
          <w:spacing w:val="0"/>
          <w:w w:val="100"/>
          <w:rFonts w:ascii="Arial" w:hAnsi="Arial"/>
          <w:caps w:val="0"/>
        </w:rPr>
        <w:t>budgeting</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expense</w:t>
      </w:r>
      <w:r>
        <w:rPr>
          <w:b w:val="0"/>
          <w:i w:val="0"/>
          <w:sz w:val="19"/>
          <w:spacing w:val="0"/>
          <w:w w:val="100"/>
          <w:rFonts w:ascii="Arial" w:hAnsi="Arial"/>
          <w:caps w:val="0"/>
        </w:rPr>
        <w:t> </w:t>
      </w:r>
      <w:r>
        <w:rPr>
          <w:b w:val="0"/>
          <w:i w:val="0"/>
          <w:sz w:val="19"/>
          <w:spacing w:val="0"/>
          <w:w w:val="100"/>
          <w:rFonts w:ascii="Arial" w:hAnsi="Arial"/>
          <w:caps w:val="0"/>
        </w:rPr>
        <w:t>monitoring,</w:t>
      </w:r>
      <w:r>
        <w:rPr>
          <w:b w:val="0"/>
          <w:i w:val="0"/>
          <w:sz w:val="19"/>
          <w:spacing w:val="0"/>
          <w:w w:val="100"/>
          <w:rFonts w:ascii="Arial" w:hAnsi="Arial"/>
          <w:caps w:val="0"/>
        </w:rPr>
        <w:t> </w:t>
      </w:r>
      <w:r>
        <w:rPr>
          <w:b w:val="0"/>
          <w:i w:val="0"/>
          <w:sz w:val="19"/>
          <w:spacing w:val="0"/>
          <w:w w:val="100"/>
          <w:rFonts w:ascii="Arial" w:hAnsi="Arial"/>
          <w:caps w:val="0"/>
        </w:rPr>
        <w:t>payroll</w:t>
      </w:r>
      <w:r>
        <w:rPr>
          <w:b w:val="0"/>
          <w:i w:val="0"/>
          <w:sz w:val="19"/>
          <w:spacing w:val="0"/>
          <w:w w:val="100"/>
          <w:rFonts w:ascii="Arial" w:hAnsi="Arial"/>
          <w:caps w:val="0"/>
        </w:rPr>
        <w:t> </w:t>
      </w:r>
      <w:r>
        <w:rPr>
          <w:b w:val="0"/>
          <w:i w:val="0"/>
          <w:sz w:val="19"/>
          <w:spacing w:val="0"/>
          <w:w w:val="100"/>
          <w:rFonts w:ascii="Arial" w:hAnsi="Arial"/>
          <w:caps w:val="0"/>
        </w:rPr>
        <w:t>documentation,</w:t>
      </w:r>
      <w:r>
        <w:rPr>
          <w:b w:val="0"/>
          <w:i w:val="0"/>
          <w:sz w:val="19"/>
          <w:spacing w:val="0"/>
          <w:w w:val="100"/>
          <w:rFonts w:ascii="Arial" w:hAnsi="Arial"/>
          <w:caps w:val="0"/>
        </w:rPr>
        <w:t> </w:t>
      </w:r>
      <w:r>
        <w:rPr>
          <w:b w:val="0"/>
          <w:i w:val="0"/>
          <w:sz w:val="19"/>
          <w:spacing w:val="0"/>
          <w:w w:val="100"/>
          <w:rFonts w:ascii="Arial" w:hAnsi="Arial"/>
          <w:caps w:val="0"/>
        </w:rPr>
        <w:t>procurement-related</w:t>
      </w:r>
      <w:r>
        <w:rPr>
          <w:b w:val="0"/>
          <w:i w:val="0"/>
          <w:sz w:val="19"/>
          <w:spacing w:val="0"/>
          <w:w w:val="100"/>
          <w:rFonts w:ascii="Arial" w:hAnsi="Arial"/>
          <w:caps w:val="0"/>
        </w:rPr>
        <w:t> </w:t>
      </w:r>
      <w:r>
        <w:rPr>
          <w:b w:val="0"/>
          <w:i w:val="0"/>
          <w:sz w:val="19"/>
          <w:spacing w:val="0"/>
          <w:w w:val="100"/>
          <w:rFonts w:ascii="Arial" w:hAnsi="Arial"/>
          <w:caps w:val="0"/>
        </w:rPr>
        <w:t>records,</w:t>
      </w:r>
      <w:r>
        <w:rPr>
          <w:b w:val="0"/>
          <w:i w:val="0"/>
          <w:sz w:val="19"/>
          <w:spacing w:val="0"/>
          <w:w w:val="100"/>
          <w:rFonts w:ascii="Arial" w:hAnsi="Arial"/>
          <w:caps w:val="0"/>
        </w:rPr>
        <w:t> </w:t>
      </w:r>
      <w:r>
        <w:rPr>
          <w:b w:val="0"/>
          <w:i w:val="0"/>
          <w:sz w:val="19"/>
          <w:spacing w:val="0"/>
          <w:w w:val="100"/>
          <w:rFonts w:ascii="Arial" w:hAnsi="Arial"/>
          <w:caps w:val="0"/>
        </w:rPr>
        <w:t>VAT,</w:t>
      </w:r>
      <w:r>
        <w:rPr>
          <w:b w:val="0"/>
          <w:i w:val="0"/>
          <w:sz w:val="19"/>
          <w:spacing w:val="0"/>
          <w:w w:val="100"/>
          <w:rFonts w:ascii="Arial" w:hAnsi="Arial"/>
          <w:caps w:val="0"/>
        </w:rPr>
        <w:t> </w:t>
      </w:r>
      <w:r>
        <w:rPr>
          <w:b w:val="0"/>
          <w:i w:val="0"/>
          <w:sz w:val="19"/>
          <w:spacing w:val="0"/>
          <w:w w:val="100"/>
          <w:rFonts w:ascii="Arial" w:hAnsi="Arial"/>
          <w:caps w:val="0"/>
        </w:rPr>
        <w:t>WHT</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PAYE.</w:t>
      </w:r>
      <w:r>
        <w:rPr>
          <w:b w:val="0"/>
          <w:i w:val="0"/>
          <w:sz w:val="19"/>
          <w:spacing w:val="0"/>
          <w:w w:val="100"/>
          <w:rFonts w:ascii="Arial" w:hAnsi="Arial"/>
          <w:caps w:val="0"/>
        </w:rPr>
        <w:t> </w:t>
      </w:r>
      <w:r>
        <w:rPr>
          <w:b w:val="0"/>
          <w:i w:val="0"/>
          <w:sz w:val="19"/>
          <w:spacing w:val="0"/>
          <w:w w:val="100"/>
          <w:rFonts w:ascii="Arial" w:hAnsi="Arial"/>
          <w:caps w:val="0"/>
        </w:rPr>
        <w:t>Holds</w:t>
      </w:r>
      <w:r>
        <w:rPr>
          <w:b w:val="0"/>
          <w:i w:val="0"/>
          <w:sz w:val="19"/>
          <w:spacing w:val="0"/>
          <w:w w:val="100"/>
          <w:rFonts w:ascii="Arial" w:hAnsi="Arial"/>
          <w:caps w:val="0"/>
        </w:rPr>
        <w:t> </w:t>
      </w:r>
      <w:r>
        <w:rPr>
          <w:b w:val="0"/>
          <w:i w:val="0"/>
          <w:sz w:val="19"/>
          <w:spacing w:val="0"/>
          <w:w w:val="100"/>
          <w:rFonts w:ascii="Arial" w:hAnsi="Arial"/>
          <w:caps w:val="0"/>
        </w:rPr>
        <w:t>a</w:t>
      </w:r>
      <w:r>
        <w:rPr>
          <w:b w:val="0"/>
          <w:i w:val="0"/>
          <w:sz w:val="19"/>
          <w:spacing w:val="0"/>
          <w:w w:val="100"/>
          <w:rFonts w:ascii="Arial" w:hAnsi="Arial"/>
          <w:caps w:val="0"/>
        </w:rPr>
        <w:t> </w:t>
      </w:r>
      <w:r>
        <w:rPr>
          <w:b w:val="0"/>
          <w:i w:val="0"/>
          <w:sz w:val="19"/>
          <w:spacing w:val="0"/>
          <w:w w:val="100"/>
          <w:rFonts w:ascii="Arial" w:hAnsi="Arial"/>
          <w:caps w:val="0"/>
        </w:rPr>
        <w:t>B.Sc.</w:t>
      </w:r>
      <w:r>
        <w:rPr>
          <w:b w:val="0"/>
          <w:i w:val="0"/>
          <w:sz w:val="19"/>
          <w:spacing w:val="0"/>
          <w:w w:val="100"/>
          <w:rFonts w:ascii="Arial" w:hAnsi="Arial"/>
          <w:caps w:val="0"/>
        </w:rPr>
        <w:t> </w:t>
      </w:r>
      <w:r>
        <w:rPr>
          <w:b w:val="0"/>
          <w:i w:val="0"/>
          <w:sz w:val="19"/>
          <w:spacing w:val="0"/>
          <w:w w:val="100"/>
          <w:rFonts w:ascii="Arial" w:hAnsi="Arial"/>
          <w:caps w:val="0"/>
        </w:rPr>
        <w:t>in</w:t>
      </w:r>
      <w:r>
        <w:rPr>
          <w:b w:val="0"/>
          <w:i w:val="0"/>
          <w:sz w:val="19"/>
          <w:spacing w:val="0"/>
          <w:w w:val="100"/>
          <w:rFonts w:ascii="Arial" w:hAnsi="Arial"/>
          <w:caps w:val="0"/>
        </w:rPr>
        <w:t> </w:t>
      </w:r>
      <w:r>
        <w:rPr>
          <w:b w:val="0"/>
          <w:i w:val="0"/>
          <w:sz w:val="19"/>
          <w:spacing w:val="0"/>
          <w:w w:val="100"/>
          <w:rFonts w:ascii="Arial" w:hAnsi="Arial"/>
          <w:caps w:val="0"/>
        </w:rPr>
        <w:t>Accounting</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an</w:t>
      </w:r>
      <w:r>
        <w:rPr>
          <w:b w:val="0"/>
          <w:i w:val="0"/>
          <w:sz w:val="19"/>
          <w:spacing w:val="0"/>
          <w:w w:val="100"/>
          <w:rFonts w:ascii="Arial" w:hAnsi="Arial"/>
          <w:caps w:val="0"/>
        </w:rPr>
        <w:t> </w:t>
      </w:r>
      <w:r>
        <w:rPr>
          <w:b w:val="0"/>
          <w:i w:val="0"/>
          <w:sz w:val="19"/>
          <w:spacing w:val="0"/>
          <w:w w:val="100"/>
          <w:rFonts w:ascii="Arial" w:hAnsi="Arial"/>
          <w:caps w:val="0"/>
        </w:rPr>
        <w:t>M.Sc.</w:t>
      </w:r>
      <w:r>
        <w:rPr>
          <w:b w:val="0"/>
          <w:i w:val="0"/>
          <w:sz w:val="19"/>
          <w:spacing w:val="0"/>
          <w:w w:val="100"/>
          <w:rFonts w:ascii="Arial" w:hAnsi="Arial"/>
          <w:caps w:val="0"/>
        </w:rPr>
        <w:t> </w:t>
      </w:r>
      <w:r>
        <w:rPr>
          <w:b w:val="0"/>
          <w:i w:val="0"/>
          <w:sz w:val="19"/>
          <w:spacing w:val="0"/>
          <w:w w:val="100"/>
          <w:rFonts w:ascii="Arial" w:hAnsi="Arial"/>
          <w:caps w:val="0"/>
        </w:rPr>
        <w:t>in</w:t>
      </w:r>
      <w:r>
        <w:rPr>
          <w:b w:val="0"/>
          <w:i w:val="0"/>
          <w:sz w:val="19"/>
          <w:spacing w:val="0"/>
          <w:w w:val="100"/>
          <w:rFonts w:ascii="Arial" w:hAnsi="Arial"/>
          <w:caps w:val="0"/>
        </w:rPr>
        <w:t> </w:t>
      </w:r>
      <w:r>
        <w:rPr>
          <w:b w:val="0"/>
          <w:i w:val="0"/>
          <w:sz w:val="19"/>
          <w:spacing w:val="0"/>
          <w:w w:val="100"/>
          <w:rFonts w:ascii="Arial" w:hAnsi="Arial"/>
          <w:caps w:val="0"/>
        </w:rPr>
        <w:t>Forensic</w:t>
      </w:r>
      <w:r>
        <w:rPr>
          <w:b w:val="0"/>
          <w:i w:val="0"/>
          <w:sz w:val="19"/>
          <w:spacing w:val="0"/>
          <w:w w:val="100"/>
          <w:rFonts w:ascii="Arial" w:hAnsi="Arial"/>
          <w:caps w:val="0"/>
        </w:rPr>
        <w:t> </w:t>
      </w:r>
      <w:r>
        <w:rPr>
          <w:b w:val="0"/>
          <w:i w:val="0"/>
          <w:sz w:val="19"/>
          <w:spacing w:val="0"/>
          <w:w w:val="100"/>
          <w:rFonts w:ascii="Arial" w:hAnsi="Arial"/>
          <w:caps w:val="0"/>
        </w:rPr>
        <w:t>Accounting,</w:t>
      </w:r>
      <w:r>
        <w:rPr>
          <w:b w:val="0"/>
          <w:i w:val="0"/>
          <w:sz w:val="19"/>
          <w:spacing w:val="0"/>
          <w:w w:val="100"/>
          <w:rFonts w:ascii="Arial" w:hAnsi="Arial"/>
          <w:caps w:val="0"/>
        </w:rPr>
        <w:t> </w:t>
      </w:r>
      <w:r>
        <w:rPr>
          <w:b w:val="0"/>
          <w:i w:val="0"/>
          <w:sz w:val="19"/>
          <w:spacing w:val="0"/>
          <w:w w:val="100"/>
          <w:rFonts w:ascii="Arial" w:hAnsi="Arial"/>
          <w:caps w:val="0"/>
        </w:rPr>
        <w:t>with</w:t>
      </w:r>
      <w:r>
        <w:rPr>
          <w:b w:val="0"/>
          <w:i w:val="0"/>
          <w:sz w:val="19"/>
          <w:spacing w:val="0"/>
          <w:w w:val="100"/>
          <w:rFonts w:ascii="Arial" w:hAnsi="Arial"/>
          <w:caps w:val="0"/>
        </w:rPr>
        <w:t> </w:t>
      </w:r>
      <w:r>
        <w:rPr>
          <w:b w:val="0"/>
          <w:i w:val="0"/>
          <w:sz w:val="19"/>
          <w:spacing w:val="0"/>
          <w:w w:val="100"/>
          <w:rFonts w:ascii="Arial" w:hAnsi="Arial"/>
          <w:caps w:val="0"/>
        </w:rPr>
        <w:t>professional</w:t>
      </w:r>
      <w:r>
        <w:rPr>
          <w:b w:val="0"/>
          <w:i w:val="0"/>
          <w:sz w:val="19"/>
          <w:spacing w:val="0"/>
          <w:w w:val="100"/>
          <w:rFonts w:ascii="Arial" w:hAnsi="Arial"/>
          <w:caps w:val="0"/>
        </w:rPr>
        <w:t> </w:t>
      </w:r>
      <w:r>
        <w:rPr>
          <w:b w:val="0"/>
          <w:i w:val="0"/>
          <w:sz w:val="19"/>
          <w:spacing w:val="0"/>
          <w:w w:val="100"/>
          <w:rFonts w:ascii="Arial" w:hAnsi="Arial"/>
          <w:caps w:val="0"/>
        </w:rPr>
        <w:t>qualification</w:t>
      </w:r>
      <w:r>
        <w:rPr>
          <w:b w:val="0"/>
          <w:i w:val="0"/>
          <w:sz w:val="19"/>
          <w:spacing w:val="0"/>
          <w:w w:val="100"/>
          <w:rFonts w:ascii="Arial" w:hAnsi="Arial"/>
          <w:caps w:val="0"/>
        </w:rPr>
        <w:t> </w:t>
      </w:r>
      <w:r>
        <w:rPr>
          <w:b w:val="0"/>
          <w:i w:val="0"/>
          <w:sz w:val="19"/>
          <w:spacing w:val="0"/>
          <w:w w:val="100"/>
          <w:rFonts w:ascii="Arial" w:hAnsi="Arial"/>
          <w:caps w:val="0"/>
        </w:rPr>
        <w:t>as</w:t>
      </w:r>
      <w:r>
        <w:rPr>
          <w:b w:val="0"/>
          <w:i w:val="0"/>
          <w:sz w:val="19"/>
          <w:spacing w:val="0"/>
          <w:w w:val="100"/>
          <w:rFonts w:ascii="Arial" w:hAnsi="Arial"/>
          <w:caps w:val="0"/>
        </w:rPr>
        <w:t> </w:t>
      </w:r>
      <w:r>
        <w:rPr>
          <w:b w:val="0"/>
          <w:i w:val="0"/>
          <w:sz w:val="19"/>
          <w:spacing w:val="0"/>
          <w:w w:val="100"/>
          <w:rFonts w:ascii="Arial" w:hAnsi="Arial"/>
          <w:caps w:val="0"/>
        </w:rPr>
        <w:t>a</w:t>
      </w:r>
      <w:r>
        <w:rPr>
          <w:b w:val="0"/>
          <w:i w:val="0"/>
          <w:sz w:val="19"/>
          <w:spacing w:val="0"/>
          <w:w w:val="100"/>
          <w:rFonts w:ascii="Arial" w:hAnsi="Arial"/>
          <w:caps w:val="0"/>
        </w:rPr>
        <w:t> </w:t>
      </w:r>
      <w:r>
        <w:rPr>
          <w:b w:val="0"/>
          <w:i w:val="0"/>
          <w:sz w:val="19"/>
          <w:spacing w:val="0"/>
          <w:w w:val="100"/>
          <w:rFonts w:ascii="Arial" w:hAnsi="Arial"/>
          <w:caps w:val="0"/>
        </w:rPr>
        <w:t>Certified</w:t>
      </w:r>
      <w:r>
        <w:rPr>
          <w:b w:val="0"/>
          <w:i w:val="0"/>
          <w:sz w:val="19"/>
          <w:spacing w:val="0"/>
          <w:w w:val="100"/>
          <w:rFonts w:ascii="Arial" w:hAnsi="Arial"/>
          <w:caps w:val="0"/>
        </w:rPr>
        <w:t> </w:t>
      </w:r>
      <w:r>
        <w:rPr>
          <w:b w:val="0"/>
          <w:i w:val="0"/>
          <w:sz w:val="19"/>
          <w:spacing w:val="0"/>
          <w:w w:val="100"/>
          <w:rFonts w:ascii="Arial" w:hAnsi="Arial"/>
          <w:caps w:val="0"/>
        </w:rPr>
        <w:t>National</w:t>
      </w:r>
      <w:r>
        <w:rPr>
          <w:b w:val="0"/>
          <w:i w:val="0"/>
          <w:sz w:val="19"/>
          <w:spacing w:val="0"/>
          <w:w w:val="100"/>
          <w:rFonts w:ascii="Arial" w:hAnsi="Arial"/>
          <w:caps w:val="0"/>
        </w:rPr>
        <w:t> </w:t>
      </w:r>
      <w:r>
        <w:rPr>
          <w:b w:val="0"/>
          <w:i w:val="0"/>
          <w:sz w:val="19"/>
          <w:spacing w:val="0"/>
          <w:w w:val="100"/>
          <w:rFonts w:ascii="Arial" w:hAnsi="Arial"/>
          <w:caps w:val="0"/>
        </w:rPr>
        <w:t>Accountant</w:t>
      </w:r>
      <w:r>
        <w:rPr>
          <w:b w:val="0"/>
          <w:i w:val="0"/>
          <w:sz w:val="19"/>
          <w:spacing w:val="0"/>
          <w:w w:val="100"/>
          <w:rFonts w:ascii="Arial" w:hAnsi="Arial"/>
          <w:caps w:val="0"/>
        </w:rPr>
        <w:t> </w:t>
      </w:r>
      <w:r>
        <w:rPr>
          <w:b w:val="0"/>
          <w:i w:val="0"/>
          <w:sz w:val="19"/>
          <w:spacing w:val="0"/>
          <w:w w:val="100"/>
          <w:rFonts w:ascii="Arial" w:hAnsi="Arial"/>
          <w:caps w:val="0"/>
        </w:rPr>
        <w:t>(CNA)</w:t>
      </w:r>
      <w:r>
        <w:rPr>
          <w:b w:val="0"/>
          <w:i w:val="0"/>
          <w:sz w:val="19"/>
          <w:spacing w:val="0"/>
          <w:w w:val="100"/>
          <w:rFonts w:ascii="Arial" w:hAnsi="Arial"/>
          <w:caps w:val="0"/>
        </w:rPr>
        <w:t> </w:t>
      </w:r>
      <w:r>
        <w:rPr>
          <w:b w:val="0"/>
          <w:i w:val="0"/>
          <w:sz w:val="19"/>
          <w:spacing w:val="0"/>
          <w:w w:val="100"/>
          <w:rFonts w:ascii="Arial" w:hAnsi="Arial"/>
          <w:caps w:val="0"/>
        </w:rPr>
        <w:t>under</w:t>
      </w:r>
      <w:r>
        <w:rPr>
          <w:b w:val="0"/>
          <w:i w:val="0"/>
          <w:sz w:val="19"/>
          <w:spacing w:val="0"/>
          <w:w w:val="100"/>
          <w:rFonts w:ascii="Arial" w:hAnsi="Arial"/>
          <w:caps w:val="0"/>
        </w:rPr>
        <w:t> </w:t>
      </w:r>
      <w:r>
        <w:rPr>
          <w:b w:val="0"/>
          <w:i w:val="0"/>
          <w:sz w:val="19"/>
          <w:spacing w:val="0"/>
          <w:w w:val="100"/>
          <w:rFonts w:ascii="Arial" w:hAnsi="Arial"/>
          <w:caps w:val="0"/>
        </w:rPr>
        <w:t>ANAN</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ICAN</w:t>
      </w:r>
      <w:r>
        <w:rPr>
          <w:b w:val="0"/>
          <w:i w:val="0"/>
          <w:sz w:val="19"/>
          <w:spacing w:val="0"/>
          <w:w w:val="100"/>
          <w:rFonts w:ascii="Arial" w:hAnsi="Arial"/>
          <w:caps w:val="0"/>
        </w:rPr>
        <w:t> </w:t>
      </w:r>
      <w:r>
        <w:rPr>
          <w:b w:val="0"/>
          <w:i w:val="0"/>
          <w:sz w:val="19"/>
          <w:spacing w:val="0"/>
          <w:w w:val="100"/>
          <w:rFonts w:ascii="Arial" w:hAnsi="Arial"/>
          <w:caps w:val="0"/>
        </w:rPr>
        <w:t>professional</w:t>
      </w:r>
      <w:r>
        <w:rPr>
          <w:b w:val="0"/>
          <w:i w:val="0"/>
          <w:sz w:val="19"/>
          <w:spacing w:val="0"/>
          <w:w w:val="100"/>
          <w:rFonts w:ascii="Arial" w:hAnsi="Arial"/>
          <w:caps w:val="0"/>
        </w:rPr>
        <w:t> </w:t>
      </w:r>
      <w:r>
        <w:rPr>
          <w:b w:val="0"/>
          <w:i w:val="0"/>
          <w:sz w:val="19"/>
          <w:spacing w:val="0"/>
          <w:w w:val="100"/>
          <w:rFonts w:ascii="Arial" w:hAnsi="Arial"/>
          <w:caps w:val="0"/>
        </w:rPr>
        <w:t>development</w:t>
      </w:r>
      <w:r>
        <w:rPr>
          <w:b w:val="0"/>
          <w:i w:val="0"/>
          <w:sz w:val="19"/>
          <w:spacing w:val="0"/>
          <w:w w:val="100"/>
          <w:rFonts w:ascii="Arial" w:hAnsi="Arial"/>
          <w:caps w:val="0"/>
        </w:rPr>
        <w:t> </w:t>
      </w:r>
      <w:r>
        <w:rPr>
          <w:b w:val="0"/>
          <w:i w:val="0"/>
          <w:sz w:val="19"/>
          <w:spacing w:val="0"/>
          <w:w w:val="100"/>
          <w:rFonts w:ascii="Arial" w:hAnsi="Arial"/>
          <w:caps w:val="0"/>
        </w:rPr>
        <w:t>in</w:t>
      </w:r>
      <w:r>
        <w:rPr>
          <w:b w:val="0"/>
          <w:i w:val="0"/>
          <w:sz w:val="19"/>
          <w:spacing w:val="0"/>
          <w:w w:val="100"/>
          <w:rFonts w:ascii="Arial" w:hAnsi="Arial"/>
          <w:caps w:val="0"/>
        </w:rPr>
        <w:t> </w:t>
      </w:r>
      <w:r>
        <w:rPr>
          <w:b w:val="0"/>
          <w:i w:val="0"/>
          <w:sz w:val="19"/>
          <w:spacing w:val="0"/>
          <w:w w:val="100"/>
          <w:rFonts w:ascii="Arial" w:hAnsi="Arial"/>
          <w:caps w:val="0"/>
        </w:rPr>
        <w:t>progress.</w:t>
      </w:r>
      <w:r>
        <w:rPr>
          <w:b w:val="0"/>
          <w:i w:val="0"/>
          <w:sz w:val="19"/>
          <w:spacing w:val="0"/>
          <w:w w:val="100"/>
          <w:rFonts w:ascii="Arial" w:hAnsi="Arial"/>
          <w:caps w:val="0"/>
        </w:rPr>
        <w:t> </w:t>
      </w:r>
      <w:r>
        <w:rPr>
          <w:b w:val="0"/>
          <w:i w:val="0"/>
          <w:sz w:val="19"/>
          <w:spacing w:val="0"/>
          <w:w w:val="100"/>
          <w:rFonts w:ascii="Arial" w:hAnsi="Arial"/>
          <w:caps w:val="0"/>
        </w:rPr>
        <w:t>Proficient</w:t>
      </w:r>
      <w:r>
        <w:rPr>
          <w:b w:val="0"/>
          <w:i w:val="0"/>
          <w:sz w:val="19"/>
          <w:spacing w:val="0"/>
          <w:w w:val="100"/>
          <w:rFonts w:ascii="Arial" w:hAnsi="Arial"/>
          <w:caps w:val="0"/>
        </w:rPr>
        <w:t> </w:t>
      </w:r>
      <w:r>
        <w:rPr>
          <w:b w:val="0"/>
          <w:i w:val="0"/>
          <w:sz w:val="19"/>
          <w:spacing w:val="0"/>
          <w:w w:val="100"/>
          <w:rFonts w:ascii="Arial" w:hAnsi="Arial"/>
          <w:caps w:val="0"/>
        </w:rPr>
        <w:t>in</w:t>
      </w:r>
      <w:r>
        <w:rPr>
          <w:b w:val="0"/>
          <w:i w:val="0"/>
          <w:sz w:val="19"/>
          <w:spacing w:val="0"/>
          <w:w w:val="100"/>
          <w:rFonts w:ascii="Arial" w:hAnsi="Arial"/>
          <w:caps w:val="0"/>
        </w:rPr>
        <w:t> </w:t>
      </w:r>
      <w:r>
        <w:rPr>
          <w:b w:val="0"/>
          <w:i w:val="0"/>
          <w:sz w:val="19"/>
          <w:spacing w:val="0"/>
          <w:w w:val="100"/>
          <w:rFonts w:ascii="Arial" w:hAnsi="Arial"/>
          <w:caps w:val="0"/>
        </w:rPr>
        <w:t>Microsoft</w:t>
      </w:r>
      <w:r>
        <w:rPr>
          <w:b w:val="0"/>
          <w:i w:val="0"/>
          <w:sz w:val="19"/>
          <w:spacing w:val="0"/>
          <w:w w:val="100"/>
          <w:rFonts w:ascii="Arial" w:hAnsi="Arial"/>
          <w:caps w:val="0"/>
        </w:rPr>
        <w:t> </w:t>
      </w:r>
      <w:r>
        <w:rPr>
          <w:b w:val="0"/>
          <w:i w:val="0"/>
          <w:sz w:val="19"/>
          <w:spacing w:val="0"/>
          <w:w w:val="100"/>
          <w:rFonts w:ascii="Arial" w:hAnsi="Arial"/>
          <w:caps w:val="0"/>
        </w:rPr>
        <w:t>Excel,</w:t>
      </w:r>
      <w:r>
        <w:rPr>
          <w:b w:val="0"/>
          <w:i w:val="0"/>
          <w:sz w:val="19"/>
          <w:spacing w:val="0"/>
          <w:w w:val="100"/>
          <w:rFonts w:ascii="Arial" w:hAnsi="Arial"/>
          <w:caps w:val="0"/>
        </w:rPr>
        <w:t> </w:t>
      </w:r>
      <w:r>
        <w:rPr>
          <w:b w:val="0"/>
          <w:i w:val="0"/>
          <w:sz w:val="19"/>
          <w:spacing w:val="0"/>
          <w:w w:val="100"/>
          <w:rFonts w:ascii="Arial" w:hAnsi="Arial"/>
          <w:caps w:val="0"/>
        </w:rPr>
        <w:t>Sage</w:t>
      </w:r>
      <w:r>
        <w:rPr>
          <w:b w:val="0"/>
          <w:i w:val="0"/>
          <w:sz w:val="19"/>
          <w:spacing w:val="0"/>
          <w:w w:val="100"/>
          <w:rFonts w:ascii="Arial" w:hAnsi="Arial"/>
          <w:caps w:val="0"/>
        </w:rPr>
        <w:t> </w:t>
      </w:r>
      <w:r>
        <w:rPr>
          <w:b w:val="0"/>
          <w:i w:val="0"/>
          <w:sz w:val="19"/>
          <w:spacing w:val="0"/>
          <w:w w:val="100"/>
          <w:rFonts w:ascii="Arial" w:hAnsi="Arial"/>
          <w:caps w:val="0"/>
        </w:rPr>
        <w:t>50</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Tally,</w:t>
      </w:r>
      <w:r>
        <w:rPr>
          <w:b w:val="0"/>
          <w:i w:val="0"/>
          <w:sz w:val="19"/>
          <w:spacing w:val="0"/>
          <w:w w:val="100"/>
          <w:rFonts w:ascii="Arial" w:hAnsi="Arial"/>
          <w:caps w:val="0"/>
        </w:rPr>
        <w:t> </w:t>
      </w:r>
      <w:r>
        <w:rPr>
          <w:b w:val="0"/>
          <w:i w:val="0"/>
          <w:sz w:val="19"/>
          <w:spacing w:val="0"/>
          <w:w w:val="100"/>
          <w:rFonts w:ascii="Arial" w:hAnsi="Arial"/>
          <w:caps w:val="0"/>
        </w:rPr>
        <w:t>with</w:t>
      </w:r>
      <w:r>
        <w:rPr>
          <w:b w:val="0"/>
          <w:i w:val="0"/>
          <w:sz w:val="19"/>
          <w:spacing w:val="0"/>
          <w:w w:val="100"/>
          <w:rFonts w:ascii="Arial" w:hAnsi="Arial"/>
          <w:caps w:val="0"/>
        </w:rPr>
        <w:t> </w:t>
      </w:r>
      <w:r>
        <w:rPr>
          <w:b w:val="0"/>
          <w:i w:val="0"/>
          <w:sz w:val="19"/>
          <w:spacing w:val="0"/>
          <w:w w:val="100"/>
          <w:rFonts w:ascii="Arial" w:hAnsi="Arial"/>
          <w:caps w:val="0"/>
        </w:rPr>
        <w:t>working</w:t>
      </w:r>
      <w:r>
        <w:rPr>
          <w:b w:val="0"/>
          <w:i w:val="0"/>
          <w:sz w:val="19"/>
          <w:spacing w:val="0"/>
          <w:w w:val="100"/>
          <w:rFonts w:ascii="Arial" w:hAnsi="Arial"/>
          <w:caps w:val="0"/>
        </w:rPr>
        <w:t> </w:t>
      </w:r>
      <w:r>
        <w:rPr>
          <w:b w:val="0"/>
          <w:i w:val="0"/>
          <w:sz w:val="19"/>
          <w:spacing w:val="0"/>
          <w:w w:val="100"/>
          <w:rFonts w:ascii="Arial" w:hAnsi="Arial"/>
          <w:caps w:val="0"/>
        </w:rPr>
        <w:t>exposure</w:t>
      </w:r>
      <w:r>
        <w:rPr>
          <w:b w:val="0"/>
          <w:i w:val="0"/>
          <w:sz w:val="19"/>
          <w:spacing w:val="0"/>
          <w:w w:val="100"/>
          <w:rFonts w:ascii="Arial" w:hAnsi="Arial"/>
          <w:caps w:val="0"/>
        </w:rPr>
        <w:t> </w:t>
      </w:r>
      <w:r>
        <w:rPr>
          <w:b w:val="0"/>
          <w:i w:val="0"/>
          <w:sz w:val="19"/>
          <w:spacing w:val="0"/>
          <w:w w:val="100"/>
          <w:rFonts w:ascii="Arial" w:hAnsi="Arial"/>
          <w:caps w:val="0"/>
        </w:rPr>
        <w:t>to</w:t>
      </w:r>
      <w:r>
        <w:rPr>
          <w:b w:val="0"/>
          <w:i w:val="0"/>
          <w:sz w:val="19"/>
          <w:spacing w:val="0"/>
          <w:w w:val="100"/>
          <w:rFonts w:ascii="Arial" w:hAnsi="Arial"/>
          <w:caps w:val="0"/>
        </w:rPr>
        <w:t> </w:t>
      </w:r>
      <w:r>
        <w:rPr>
          <w:b w:val="0"/>
          <w:i w:val="0"/>
          <w:sz w:val="19"/>
          <w:spacing w:val="0"/>
          <w:w w:val="100"/>
          <w:rFonts w:ascii="Arial" w:hAnsi="Arial"/>
          <w:caps w:val="0"/>
        </w:rPr>
        <w:t>QuickBooks</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accounting/ERP</w:t>
      </w:r>
      <w:r>
        <w:rPr>
          <w:b w:val="0"/>
          <w:i w:val="0"/>
          <w:sz w:val="19"/>
          <w:spacing w:val="0"/>
          <w:w w:val="100"/>
          <w:rFonts w:ascii="Arial" w:hAnsi="Arial"/>
          <w:caps w:val="0"/>
        </w:rPr>
        <w:t> </w:t>
      </w:r>
      <w:r>
        <w:rPr>
          <w:b w:val="0"/>
          <w:i w:val="0"/>
          <w:sz w:val="19"/>
          <w:spacing w:val="0"/>
          <w:w w:val="100"/>
          <w:rFonts w:ascii="Arial" w:hAnsi="Arial"/>
          <w:caps w:val="0"/>
        </w:rPr>
        <w:t>systems.</w:t>
      </w:r>
    </w:p>
    <w:p>
      <w:pPr>
        <w:spacing w:before="140" w:beforeAutospacing="0" w:after="60" w:afterAutospacing="0" w:lineRule="auto" w:line="240"/>
        <w:rPr>
          <w:b val="0"/>
          <w:i val="0"/>
          <w:sz val="20"/>
          <w:spacing val="0"/>
          <w:w val="100"/>
          <w:caps val="0"/>
        </w:rPr>
        <w:snapToGrid w:val="0"/>
        <w:textAlignment w:val="baseline"/>
      </w:pPr>
      <w:r>
        <w:rPr>
          <w:b w:val="1"/>
          <w:i w:val="0"/>
          <w:sz w:val="21"/>
          <w:spacing w:val="0"/>
          <w:w w:val="100"/>
          <w:rFonts w:ascii="Arial" w:hAnsi="Arial"/>
          <w:caps w:val="0"/>
        </w:rPr>
        <w:t>CORE</w:t>
      </w:r>
      <w:r>
        <w:rPr>
          <w:b w:val="1"/>
          <w:i w:val="0"/>
          <w:sz w:val="21"/>
          <w:spacing w:val="0"/>
          <w:w w:val="100"/>
          <w:rFonts w:ascii="Arial" w:hAnsi="Arial"/>
          <w:caps w:val="0"/>
        </w:rPr>
        <w:t> </w:t>
      </w:r>
      <w:r>
        <w:rPr>
          <w:b w:val="1"/>
          <w:i w:val="0"/>
          <w:sz w:val="21"/>
          <w:spacing w:val="0"/>
          <w:w w:val="100"/>
          <w:rFonts w:ascii="Arial" w:hAnsi="Arial"/>
          <w:caps w:val="0"/>
        </w:rPr>
        <w:t>COMPETENCIES</w:t>
      </w:r>
    </w:p>
    <w:p>
      <w:pPr>
        <w:spacing w:before="0" w:beforeAutospacing="0" w:after="60" w:afterAutospacing="0" w:lineRule="auto" w:line="240"/>
        <w:rPr>
          <w:b val="0"/>
          <w:i val="0"/>
          <w:sz val="20"/>
          <w:spacing val="0"/>
          <w:w val="100"/>
          <w:caps val="0"/>
        </w:rPr>
        <w:snapToGrid w:val="0"/>
        <w:textAlignment w:val="baseline"/>
      </w:pPr>
      <w:r>
        <w:rPr>
          <w:b w:val="0"/>
          <w:i w:val="0"/>
          <w:sz w:val="19"/>
          <w:spacing w:val="0"/>
          <w:w w:val="100"/>
          <w:rFonts w:ascii="Arial" w:hAnsi="Arial"/>
          <w:caps w:val="0"/>
        </w:rPr>
        <w:t>Financial</w:t>
      </w:r>
      <w:r>
        <w:rPr>
          <w:b w:val="0"/>
          <w:i w:val="0"/>
          <w:sz w:val="19"/>
          <w:spacing w:val="0"/>
          <w:w w:val="100"/>
          <w:rFonts w:ascii="Arial" w:hAnsi="Arial"/>
          <w:caps w:val="0"/>
        </w:rPr>
        <w:t> </w:t>
      </w:r>
      <w:r>
        <w:rPr>
          <w:b w:val="0"/>
          <w:i w:val="0"/>
          <w:sz w:val="19"/>
          <w:spacing w:val="0"/>
          <w:w w:val="100"/>
          <w:rFonts w:ascii="Arial" w:hAnsi="Arial"/>
          <w:caps w:val="0"/>
        </w:rPr>
        <w:t>Accounting</w:t>
      </w:r>
      <w:r>
        <w:rPr>
          <w:b w:val="0"/>
          <w:i w:val="0"/>
          <w:sz w:val="19"/>
          <w:spacing w:val="0"/>
          <w:w w:val="100"/>
          <w:rFonts w:ascii="Arial" w:hAnsi="Arial"/>
          <w:caps w:val="0"/>
        </w:rPr>
        <w:t> </w:t>
      </w:r>
      <w:r>
        <w:rPr>
          <w:b w:val="0"/>
          <w:i w:val="0"/>
          <w:sz w:val="19"/>
          <w:spacing w:val="0"/>
          <w:w w:val="100"/>
          <w:rFonts w:ascii="Arial" w:hAnsi="Arial"/>
          <w:caps w:val="0"/>
        </w:rPr>
        <w:t>&amp;</w:t>
      </w:r>
      <w:r>
        <w:rPr>
          <w:b w:val="0"/>
          <w:i w:val="0"/>
          <w:sz w:val="19"/>
          <w:spacing w:val="0"/>
          <w:w w:val="100"/>
          <w:rFonts w:ascii="Arial" w:hAnsi="Arial"/>
          <w:caps w:val="0"/>
        </w:rPr>
        <w:t> </w:t>
      </w:r>
      <w:r>
        <w:rPr>
          <w:b w:val="0"/>
          <w:i w:val="0"/>
          <w:sz w:val="19"/>
          <w:spacing w:val="0"/>
          <w:w w:val="100"/>
          <w:rFonts w:ascii="Arial" w:hAnsi="Arial"/>
          <w:caps w:val="0"/>
        </w:rPr>
        <w:t>Reporting</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General</w:t>
      </w:r>
      <w:r>
        <w:rPr>
          <w:b w:val="0"/>
          <w:i w:val="0"/>
          <w:sz w:val="19"/>
          <w:spacing w:val="0"/>
          <w:w w:val="100"/>
          <w:rFonts w:ascii="Arial" w:hAnsi="Arial"/>
          <w:caps w:val="0"/>
        </w:rPr>
        <w:t> </w:t>
      </w:r>
      <w:r>
        <w:rPr>
          <w:b w:val="0"/>
          <w:i w:val="0"/>
          <w:sz w:val="19"/>
          <w:spacing w:val="0"/>
          <w:w w:val="100"/>
          <w:rFonts w:ascii="Arial" w:hAnsi="Arial"/>
          <w:caps w:val="0"/>
        </w:rPr>
        <w:t>Ledger</w:t>
      </w:r>
      <w:r>
        <w:rPr>
          <w:b w:val="0"/>
          <w:i w:val="0"/>
          <w:sz w:val="19"/>
          <w:spacing w:val="0"/>
          <w:w w:val="100"/>
          <w:rFonts w:ascii="Arial" w:hAnsi="Arial"/>
          <w:caps w:val="0"/>
        </w:rPr>
        <w:t> </w:t>
      </w:r>
      <w:r>
        <w:rPr>
          <w:b w:val="0"/>
          <w:i w:val="0"/>
          <w:sz w:val="19"/>
          <w:spacing w:val="0"/>
          <w:w w:val="100"/>
          <w:rFonts w:ascii="Arial" w:hAnsi="Arial"/>
          <w:caps w:val="0"/>
        </w:rPr>
        <w:t>&amp;</w:t>
      </w:r>
      <w:r>
        <w:rPr>
          <w:b w:val="0"/>
          <w:i w:val="0"/>
          <w:sz w:val="19"/>
          <w:spacing w:val="0"/>
          <w:w w:val="100"/>
          <w:rFonts w:ascii="Arial" w:hAnsi="Arial"/>
          <w:caps w:val="0"/>
        </w:rPr>
        <w:t> </w:t>
      </w:r>
      <w:r>
        <w:rPr>
          <w:b w:val="0"/>
          <w:i w:val="0"/>
          <w:sz w:val="19"/>
          <w:spacing w:val="0"/>
          <w:w w:val="100"/>
          <w:rFonts w:ascii="Arial" w:hAnsi="Arial"/>
          <w:caps w:val="0"/>
        </w:rPr>
        <w:t>Financial</w:t>
      </w:r>
      <w:r>
        <w:rPr>
          <w:b w:val="0"/>
          <w:i w:val="0"/>
          <w:sz w:val="19"/>
          <w:spacing w:val="0"/>
          <w:w w:val="100"/>
          <w:rFonts w:ascii="Arial" w:hAnsi="Arial"/>
          <w:caps w:val="0"/>
        </w:rPr>
        <w:t> </w:t>
      </w:r>
      <w:r>
        <w:rPr>
          <w:b w:val="0"/>
          <w:i w:val="0"/>
          <w:sz w:val="19"/>
          <w:spacing w:val="0"/>
          <w:w w:val="100"/>
          <w:rFonts w:ascii="Arial" w:hAnsi="Arial"/>
          <w:caps w:val="0"/>
        </w:rPr>
        <w:t>Records</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Accounts</w:t>
      </w:r>
      <w:r>
        <w:rPr>
          <w:b w:val="0"/>
          <w:i w:val="0"/>
          <w:sz w:val="19"/>
          <w:spacing w:val="0"/>
          <w:w w:val="100"/>
          <w:rFonts w:ascii="Arial" w:hAnsi="Arial"/>
          <w:caps w:val="0"/>
        </w:rPr>
        <w:t> </w:t>
      </w:r>
      <w:r>
        <w:rPr>
          <w:b w:val="0"/>
          <w:i w:val="0"/>
          <w:sz w:val="19"/>
          <w:spacing w:val="0"/>
          <w:w w:val="100"/>
          <w:rFonts w:ascii="Arial" w:hAnsi="Arial"/>
          <w:caps w:val="0"/>
        </w:rPr>
        <w:t>Payable</w:t>
      </w:r>
      <w:r>
        <w:rPr>
          <w:b w:val="0"/>
          <w:i w:val="0"/>
          <w:sz w:val="19"/>
          <w:spacing w:val="0"/>
          <w:w w:val="100"/>
          <w:rFonts w:ascii="Arial" w:hAnsi="Arial"/>
          <w:caps w:val="0"/>
        </w:rPr>
        <w:t> </w:t>
      </w:r>
      <w:r>
        <w:rPr>
          <w:b w:val="0"/>
          <w:i w:val="0"/>
          <w:sz w:val="19"/>
          <w:spacing w:val="0"/>
          <w:w w:val="100"/>
          <w:rFonts w:ascii="Arial" w:hAnsi="Arial"/>
          <w:caps w:val="0"/>
        </w:rPr>
        <w:t>Support</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Accounts</w:t>
      </w:r>
      <w:r>
        <w:rPr>
          <w:b w:val="0"/>
          <w:i w:val="0"/>
          <w:sz w:val="19"/>
          <w:spacing w:val="0"/>
          <w:w w:val="100"/>
          <w:rFonts w:ascii="Arial" w:hAnsi="Arial"/>
          <w:caps w:val="0"/>
        </w:rPr>
        <w:t> </w:t>
      </w:r>
      <w:r>
        <w:rPr>
          <w:b w:val="0"/>
          <w:i w:val="0"/>
          <w:sz w:val="19"/>
          <w:spacing w:val="0"/>
          <w:w w:val="100"/>
          <w:rFonts w:ascii="Arial" w:hAnsi="Arial"/>
          <w:caps w:val="0"/>
        </w:rPr>
        <w:t>Receivable</w:t>
      </w:r>
      <w:r>
        <w:rPr>
          <w:b w:val="0"/>
          <w:i w:val="0"/>
          <w:sz w:val="19"/>
          <w:spacing w:val="0"/>
          <w:w w:val="100"/>
          <w:rFonts w:ascii="Arial" w:hAnsi="Arial"/>
          <w:caps w:val="0"/>
        </w:rPr>
        <w:t> </w:t>
      </w:r>
      <w:r>
        <w:rPr>
          <w:b w:val="0"/>
          <w:i w:val="0"/>
          <w:sz w:val="19"/>
          <w:spacing w:val="0"/>
          <w:w w:val="100"/>
          <w:rFonts w:ascii="Arial" w:hAnsi="Arial"/>
          <w:caps w:val="0"/>
        </w:rPr>
        <w:t>Support</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Account</w:t>
      </w:r>
      <w:r>
        <w:rPr>
          <w:b w:val="0"/>
          <w:i w:val="0"/>
          <w:sz w:val="19"/>
          <w:spacing w:val="0"/>
          <w:w w:val="100"/>
          <w:rFonts w:ascii="Arial" w:hAnsi="Arial"/>
          <w:caps w:val="0"/>
        </w:rPr>
        <w:t> </w:t>
      </w:r>
      <w:r>
        <w:rPr>
          <w:b w:val="0"/>
          <w:i w:val="0"/>
          <w:sz w:val="19"/>
          <w:spacing w:val="0"/>
          <w:w w:val="100"/>
          <w:rFonts w:ascii="Arial" w:hAnsi="Arial"/>
          <w:caps w:val="0"/>
        </w:rPr>
        <w:t>Reconciliation</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Bank</w:t>
      </w:r>
      <w:r>
        <w:rPr>
          <w:b w:val="0"/>
          <w:i w:val="0"/>
          <w:sz w:val="19"/>
          <w:spacing w:val="0"/>
          <w:w w:val="100"/>
          <w:rFonts w:ascii="Arial" w:hAnsi="Arial"/>
          <w:caps w:val="0"/>
        </w:rPr>
        <w:t> </w:t>
      </w:r>
      <w:r>
        <w:rPr>
          <w:b w:val="0"/>
          <w:i w:val="0"/>
          <w:sz w:val="19"/>
          <w:spacing w:val="0"/>
          <w:w w:val="100"/>
          <w:rFonts w:ascii="Arial" w:hAnsi="Arial"/>
          <w:caps w:val="0"/>
        </w:rPr>
        <w:t>Reconciliation</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Audit</w:t>
      </w:r>
      <w:r>
        <w:rPr>
          <w:b w:val="0"/>
          <w:i w:val="0"/>
          <w:sz w:val="19"/>
          <w:spacing w:val="0"/>
          <w:w w:val="100"/>
          <w:rFonts w:ascii="Arial" w:hAnsi="Arial"/>
          <w:caps w:val="0"/>
        </w:rPr>
        <w:t> </w:t>
      </w:r>
      <w:r>
        <w:rPr>
          <w:b w:val="0"/>
          <w:i w:val="0"/>
          <w:sz w:val="19"/>
          <w:spacing w:val="0"/>
          <w:w w:val="100"/>
          <w:rFonts w:ascii="Arial" w:hAnsi="Arial"/>
          <w:caps w:val="0"/>
        </w:rPr>
        <w:t>Support</w:t>
      </w:r>
      <w:r>
        <w:rPr>
          <w:b w:val="0"/>
          <w:i w:val="0"/>
          <w:sz w:val="19"/>
          <w:spacing w:val="0"/>
          <w:w w:val="100"/>
          <w:rFonts w:ascii="Arial" w:hAnsi="Arial"/>
          <w:caps w:val="0"/>
        </w:rPr>
        <w:t> </w:t>
      </w:r>
      <w:r>
        <w:rPr>
          <w:b w:val="0"/>
          <w:i w:val="0"/>
          <w:sz w:val="19"/>
          <w:spacing w:val="0"/>
          <w:w w:val="100"/>
          <w:rFonts w:ascii="Arial" w:hAnsi="Arial"/>
          <w:caps w:val="0"/>
        </w:rPr>
        <w:t>&amp;</w:t>
      </w:r>
      <w:r>
        <w:rPr>
          <w:b w:val="0"/>
          <w:i w:val="0"/>
          <w:sz w:val="19"/>
          <w:spacing w:val="0"/>
          <w:w w:val="100"/>
          <w:rFonts w:ascii="Arial" w:hAnsi="Arial"/>
          <w:caps w:val="0"/>
        </w:rPr>
        <w:t> </w:t>
      </w:r>
      <w:r>
        <w:rPr>
          <w:b w:val="0"/>
          <w:i w:val="0"/>
          <w:sz w:val="19"/>
          <w:spacing w:val="0"/>
          <w:w w:val="100"/>
          <w:rFonts w:ascii="Arial" w:hAnsi="Arial"/>
          <w:caps w:val="0"/>
        </w:rPr>
        <w:t>Working</w:t>
      </w:r>
      <w:r>
        <w:rPr>
          <w:b w:val="0"/>
          <w:i w:val="0"/>
          <w:sz w:val="19"/>
          <w:spacing w:val="0"/>
          <w:w w:val="100"/>
          <w:rFonts w:ascii="Arial" w:hAnsi="Arial"/>
          <w:caps w:val="0"/>
        </w:rPr>
        <w:t> </w:t>
      </w:r>
      <w:r>
        <w:rPr>
          <w:b w:val="0"/>
          <w:i w:val="0"/>
          <w:sz w:val="19"/>
          <w:spacing w:val="0"/>
          <w:w w:val="100"/>
          <w:rFonts w:ascii="Arial" w:hAnsi="Arial"/>
          <w:caps w:val="0"/>
        </w:rPr>
        <w:t>Papers</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Internal</w:t>
      </w:r>
      <w:r>
        <w:rPr>
          <w:b w:val="0"/>
          <w:i w:val="0"/>
          <w:sz w:val="19"/>
          <w:spacing w:val="0"/>
          <w:w w:val="100"/>
          <w:rFonts w:ascii="Arial" w:hAnsi="Arial"/>
          <w:caps w:val="0"/>
        </w:rPr>
        <w:t> </w:t>
      </w:r>
      <w:r>
        <w:rPr>
          <w:b w:val="0"/>
          <w:i w:val="0"/>
          <w:sz w:val="19"/>
          <w:spacing w:val="0"/>
          <w:w w:val="100"/>
          <w:rFonts w:ascii="Arial" w:hAnsi="Arial"/>
          <w:caps w:val="0"/>
        </w:rPr>
        <w:t>Controls</w:t>
      </w:r>
      <w:r>
        <w:rPr>
          <w:b w:val="0"/>
          <w:i w:val="0"/>
          <w:sz w:val="19"/>
          <w:spacing w:val="0"/>
          <w:w w:val="100"/>
          <w:rFonts w:ascii="Arial" w:hAnsi="Arial"/>
          <w:caps w:val="0"/>
        </w:rPr>
        <w:t> </w:t>
      </w:r>
      <w:r>
        <w:rPr>
          <w:b w:val="0"/>
          <w:i w:val="0"/>
          <w:sz w:val="19"/>
          <w:spacing w:val="0"/>
          <w:w w:val="100"/>
          <w:rFonts w:ascii="Arial" w:hAnsi="Arial"/>
          <w:caps w:val="0"/>
        </w:rPr>
        <w:t>&amp;</w:t>
      </w:r>
      <w:r>
        <w:rPr>
          <w:b w:val="0"/>
          <w:i w:val="0"/>
          <w:sz w:val="19"/>
          <w:spacing w:val="0"/>
          <w:w w:val="100"/>
          <w:rFonts w:ascii="Arial" w:hAnsi="Arial"/>
          <w:caps w:val="0"/>
        </w:rPr>
        <w:t> </w:t>
      </w:r>
      <w:r>
        <w:rPr>
          <w:b w:val="0"/>
          <w:i w:val="0"/>
          <w:sz w:val="19"/>
          <w:spacing w:val="0"/>
          <w:w w:val="100"/>
          <w:rFonts w:ascii="Arial" w:hAnsi="Arial"/>
          <w:caps w:val="0"/>
        </w:rPr>
        <w:t>Compliance</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Tax</w:t>
      </w:r>
      <w:r>
        <w:rPr>
          <w:b w:val="0"/>
          <w:i w:val="0"/>
          <w:sz w:val="19"/>
          <w:spacing w:val="0"/>
          <w:w w:val="100"/>
          <w:rFonts w:ascii="Arial" w:hAnsi="Arial"/>
          <w:caps w:val="0"/>
        </w:rPr>
        <w:t> </w:t>
      </w:r>
      <w:r>
        <w:rPr>
          <w:b w:val="0"/>
          <w:i w:val="0"/>
          <w:sz w:val="19"/>
          <w:spacing w:val="0"/>
          <w:w w:val="100"/>
          <w:rFonts w:ascii="Arial" w:hAnsi="Arial"/>
          <w:caps w:val="0"/>
        </w:rPr>
        <w:t>&amp;</w:t>
      </w:r>
      <w:r>
        <w:rPr>
          <w:b w:val="0"/>
          <w:i w:val="0"/>
          <w:sz w:val="19"/>
          <w:spacing w:val="0"/>
          <w:w w:val="100"/>
          <w:rFonts w:ascii="Arial" w:hAnsi="Arial"/>
          <w:caps w:val="0"/>
        </w:rPr>
        <w:t> </w:t>
      </w:r>
      <w:r>
        <w:rPr>
          <w:b w:val="0"/>
          <w:i w:val="0"/>
          <w:sz w:val="19"/>
          <w:spacing w:val="0"/>
          <w:w w:val="100"/>
          <w:rFonts w:ascii="Arial" w:hAnsi="Arial"/>
          <w:caps w:val="0"/>
        </w:rPr>
        <w:t>Statutory</w:t>
      </w:r>
      <w:r>
        <w:rPr>
          <w:b w:val="0"/>
          <w:i w:val="0"/>
          <w:sz w:val="19"/>
          <w:spacing w:val="0"/>
          <w:w w:val="100"/>
          <w:rFonts w:ascii="Arial" w:hAnsi="Arial"/>
          <w:caps w:val="0"/>
        </w:rPr>
        <w:t> </w:t>
      </w:r>
      <w:r>
        <w:rPr>
          <w:b w:val="0"/>
          <w:i w:val="0"/>
          <w:sz w:val="19"/>
          <w:spacing w:val="0"/>
          <w:w w:val="100"/>
          <w:rFonts w:ascii="Arial" w:hAnsi="Arial"/>
          <w:caps w:val="0"/>
        </w:rPr>
        <w:t>Support</w:t>
      </w:r>
      <w:r>
        <w:rPr>
          <w:b w:val="0"/>
          <w:i w:val="0"/>
          <w:sz w:val="19"/>
          <w:spacing w:val="0"/>
          <w:w w:val="100"/>
          <w:rFonts w:ascii="Arial" w:hAnsi="Arial"/>
          <w:caps w:val="0"/>
        </w:rPr>
        <w:t> </w:t>
      </w:r>
      <w:r>
        <w:rPr>
          <w:b w:val="0"/>
          <w:i w:val="0"/>
          <w:sz w:val="19"/>
          <w:spacing w:val="0"/>
          <w:w w:val="100"/>
          <w:rFonts w:ascii="Arial" w:hAnsi="Arial"/>
          <w:caps w:val="0"/>
        </w:rPr>
        <w:t>(VAT,</w:t>
      </w:r>
      <w:r>
        <w:rPr>
          <w:b w:val="0"/>
          <w:i w:val="0"/>
          <w:sz w:val="19"/>
          <w:spacing w:val="0"/>
          <w:w w:val="100"/>
          <w:rFonts w:ascii="Arial" w:hAnsi="Arial"/>
          <w:caps w:val="0"/>
        </w:rPr>
        <w:t> </w:t>
      </w:r>
      <w:r>
        <w:rPr>
          <w:b w:val="0"/>
          <w:i w:val="0"/>
          <w:sz w:val="19"/>
          <w:spacing w:val="0"/>
          <w:w w:val="100"/>
          <w:rFonts w:ascii="Arial" w:hAnsi="Arial"/>
          <w:caps w:val="0"/>
        </w:rPr>
        <w:t>WHT,</w:t>
      </w:r>
      <w:r>
        <w:rPr>
          <w:b w:val="0"/>
          <w:i w:val="0"/>
          <w:sz w:val="19"/>
          <w:spacing w:val="0"/>
          <w:w w:val="100"/>
          <w:rFonts w:ascii="Arial" w:hAnsi="Arial"/>
          <w:caps w:val="0"/>
        </w:rPr>
        <w:t> </w:t>
      </w:r>
      <w:r>
        <w:rPr>
          <w:b w:val="0"/>
          <w:i w:val="0"/>
          <w:sz w:val="19"/>
          <w:spacing w:val="0"/>
          <w:w w:val="100"/>
          <w:rFonts w:ascii="Arial" w:hAnsi="Arial"/>
          <w:caps w:val="0"/>
        </w:rPr>
        <w:t>PAYE)</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Budget</w:t>
      </w:r>
      <w:r>
        <w:rPr>
          <w:b w:val="0"/>
          <w:i w:val="0"/>
          <w:sz w:val="19"/>
          <w:spacing w:val="0"/>
          <w:w w:val="100"/>
          <w:rFonts w:ascii="Arial" w:hAnsi="Arial"/>
          <w:caps w:val="0"/>
        </w:rPr>
        <w:t> </w:t>
      </w:r>
      <w:r>
        <w:rPr>
          <w:b w:val="0"/>
          <w:i w:val="0"/>
          <w:sz w:val="19"/>
          <w:spacing w:val="0"/>
          <w:w w:val="100"/>
          <w:rFonts w:ascii="Arial" w:hAnsi="Arial"/>
          <w:caps w:val="0"/>
        </w:rPr>
        <w:t>&amp;</w:t>
      </w:r>
      <w:r>
        <w:rPr>
          <w:b w:val="0"/>
          <w:i w:val="0"/>
          <w:sz w:val="19"/>
          <w:spacing w:val="0"/>
          <w:w w:val="100"/>
          <w:rFonts w:ascii="Arial" w:hAnsi="Arial"/>
          <w:caps w:val="0"/>
        </w:rPr>
        <w:t> </w:t>
      </w:r>
      <w:r>
        <w:rPr>
          <w:b w:val="0"/>
          <w:i w:val="0"/>
          <w:sz w:val="19"/>
          <w:spacing w:val="0"/>
          <w:w w:val="100"/>
          <w:rFonts w:ascii="Arial" w:hAnsi="Arial"/>
          <w:caps w:val="0"/>
        </w:rPr>
        <w:t>Expense</w:t>
      </w:r>
      <w:r>
        <w:rPr>
          <w:b w:val="0"/>
          <w:i w:val="0"/>
          <w:sz w:val="19"/>
          <w:spacing w:val="0"/>
          <w:w w:val="100"/>
          <w:rFonts w:ascii="Arial" w:hAnsi="Arial"/>
          <w:caps w:val="0"/>
        </w:rPr>
        <w:t> </w:t>
      </w:r>
      <w:r>
        <w:rPr>
          <w:b w:val="0"/>
          <w:i w:val="0"/>
          <w:sz w:val="19"/>
          <w:spacing w:val="0"/>
          <w:w w:val="100"/>
          <w:rFonts w:ascii="Arial" w:hAnsi="Arial"/>
          <w:caps w:val="0"/>
        </w:rPr>
        <w:t>Monitoring</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Inventory</w:t>
      </w:r>
      <w:r>
        <w:rPr>
          <w:b w:val="0"/>
          <w:i w:val="0"/>
          <w:sz w:val="19"/>
          <w:spacing w:val="0"/>
          <w:w w:val="100"/>
          <w:rFonts w:ascii="Arial" w:hAnsi="Arial"/>
          <w:caps w:val="0"/>
        </w:rPr>
        <w:t> </w:t>
      </w:r>
      <w:r>
        <w:rPr>
          <w:b w:val="0"/>
          <w:i w:val="0"/>
          <w:sz w:val="19"/>
          <w:spacing w:val="0"/>
          <w:w w:val="100"/>
          <w:rFonts w:ascii="Arial" w:hAnsi="Arial"/>
          <w:caps w:val="0"/>
        </w:rPr>
        <w:t>Documentation</w:t>
      </w:r>
      <w:r>
        <w:rPr>
          <w:b w:val="0"/>
          <w:i w:val="0"/>
          <w:sz w:val="19"/>
          <w:spacing w:val="0"/>
          <w:w w:val="100"/>
          <w:rFonts w:ascii="Arial" w:hAnsi="Arial"/>
          <w:caps w:val="0"/>
        </w:rPr>
        <w:t> </w:t>
      </w:r>
      <w:r>
        <w:rPr>
          <w:b w:val="0"/>
          <w:i w:val="0"/>
          <w:sz w:val="19"/>
          <w:spacing w:val="0"/>
          <w:w w:val="100"/>
          <w:rFonts w:ascii="Arial" w:hAnsi="Arial"/>
          <w:caps w:val="0"/>
        </w:rPr>
        <w:t>&amp;</w:t>
      </w:r>
      <w:r>
        <w:rPr>
          <w:b w:val="0"/>
          <w:i w:val="0"/>
          <w:sz w:val="19"/>
          <w:spacing w:val="0"/>
          <w:w w:val="100"/>
          <w:rFonts w:ascii="Arial" w:hAnsi="Arial"/>
          <w:caps w:val="0"/>
        </w:rPr>
        <w:t> </w:t>
      </w:r>
      <w:r>
        <w:rPr>
          <w:b w:val="0"/>
          <w:i w:val="0"/>
          <w:sz w:val="19"/>
          <w:spacing w:val="0"/>
          <w:w w:val="100"/>
          <w:rFonts w:ascii="Arial" w:hAnsi="Arial"/>
          <w:caps w:val="0"/>
        </w:rPr>
        <w:t>Stock</w:t>
      </w:r>
      <w:r>
        <w:rPr>
          <w:b w:val="0"/>
          <w:i w:val="0"/>
          <w:sz w:val="19"/>
          <w:spacing w:val="0"/>
          <w:w w:val="100"/>
          <w:rFonts w:ascii="Arial" w:hAnsi="Arial"/>
          <w:caps w:val="0"/>
        </w:rPr>
        <w:t> </w:t>
      </w:r>
      <w:r>
        <w:rPr>
          <w:b w:val="0"/>
          <w:i w:val="0"/>
          <w:sz w:val="19"/>
          <w:spacing w:val="0"/>
          <w:w w:val="100"/>
          <w:rFonts w:ascii="Arial" w:hAnsi="Arial"/>
          <w:caps w:val="0"/>
        </w:rPr>
        <w:t>Control</w:t>
      </w:r>
      <w:r>
        <w:rPr>
          <w:b w:val="0"/>
          <w:i w:val="0"/>
          <w:sz w:val="19"/>
          <w:spacing w:val="0"/>
          <w:w w:val="100"/>
          <w:rFonts w:ascii="Arial" w:hAnsi="Arial"/>
          <w:caps w:val="0"/>
        </w:rPr>
        <w:t> </w:t>
      </w:r>
      <w:r>
        <w:rPr>
          <w:b w:val="0"/>
          <w:i w:val="0"/>
          <w:sz w:val="19"/>
          <w:spacing w:val="0"/>
          <w:w w:val="100"/>
          <w:rFonts w:ascii="Arial" w:hAnsi="Arial"/>
          <w:caps w:val="0"/>
        </w:rPr>
        <w:t>Support</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Payroll</w:t>
      </w:r>
      <w:r>
        <w:rPr>
          <w:b w:val="0"/>
          <w:i w:val="0"/>
          <w:sz w:val="19"/>
          <w:spacing w:val="0"/>
          <w:w w:val="100"/>
          <w:rFonts w:ascii="Arial" w:hAnsi="Arial"/>
          <w:caps w:val="0"/>
        </w:rPr>
        <w:t> </w:t>
      </w:r>
      <w:r>
        <w:rPr>
          <w:b w:val="0"/>
          <w:i w:val="0"/>
          <w:sz w:val="19"/>
          <w:spacing w:val="0"/>
          <w:w w:val="100"/>
          <w:rFonts w:ascii="Arial" w:hAnsi="Arial"/>
          <w:caps w:val="0"/>
        </w:rPr>
        <w:t>Documentation</w:t>
      </w:r>
      <w:r>
        <w:rPr>
          <w:b w:val="0"/>
          <w:i w:val="0"/>
          <w:sz w:val="19"/>
          <w:spacing w:val="0"/>
          <w:w w:val="100"/>
          <w:rFonts w:ascii="Arial" w:hAnsi="Arial"/>
          <w:caps w:val="0"/>
        </w:rPr>
        <w:t> </w:t>
      </w:r>
      <w:r>
        <w:rPr>
          <w:b w:val="0"/>
          <w:i w:val="0"/>
          <w:sz w:val="19"/>
          <w:spacing w:val="0"/>
          <w:w w:val="100"/>
          <w:rFonts w:ascii="Arial" w:hAnsi="Arial"/>
          <w:caps w:val="0"/>
        </w:rPr>
        <w:t>Support</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Procurement</w:t>
      </w:r>
      <w:r>
        <w:rPr>
          <w:b w:val="0"/>
          <w:i w:val="0"/>
          <w:sz w:val="19"/>
          <w:spacing w:val="0"/>
          <w:w w:val="100"/>
          <w:rFonts w:ascii="Arial" w:hAnsi="Arial"/>
          <w:caps w:val="0"/>
        </w:rPr>
        <w:t> </w:t>
      </w:r>
      <w:r>
        <w:rPr>
          <w:b w:val="0"/>
          <w:i w:val="0"/>
          <w:sz w:val="19"/>
          <w:spacing w:val="0"/>
          <w:w w:val="100"/>
          <w:rFonts w:ascii="Arial" w:hAnsi="Arial"/>
          <w:caps w:val="0"/>
        </w:rPr>
        <w:t>Documentation</w:t>
      </w:r>
      <w:r>
        <w:rPr>
          <w:b w:val="0"/>
          <w:i w:val="0"/>
          <w:sz w:val="19"/>
          <w:spacing w:val="0"/>
          <w:w w:val="100"/>
          <w:rFonts w:ascii="Arial" w:hAnsi="Arial"/>
          <w:caps w:val="0"/>
        </w:rPr>
        <w:t> </w:t>
      </w:r>
      <w:r>
        <w:rPr>
          <w:b w:val="0"/>
          <w:i w:val="0"/>
          <w:sz w:val="19"/>
          <w:spacing w:val="0"/>
          <w:w w:val="100"/>
          <w:rFonts w:ascii="Arial" w:hAnsi="Arial"/>
          <w:caps w:val="0"/>
        </w:rPr>
        <w:t>Support</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Financial</w:t>
      </w:r>
      <w:r>
        <w:rPr>
          <w:b w:val="0"/>
          <w:i w:val="0"/>
          <w:sz w:val="19"/>
          <w:spacing w:val="0"/>
          <w:w w:val="100"/>
          <w:rFonts w:ascii="Arial" w:hAnsi="Arial"/>
          <w:caps w:val="0"/>
        </w:rPr>
        <w:t> </w:t>
      </w:r>
      <w:r>
        <w:rPr>
          <w:b w:val="0"/>
          <w:i w:val="0"/>
          <w:sz w:val="19"/>
          <w:spacing w:val="0"/>
          <w:w w:val="100"/>
          <w:rFonts w:ascii="Arial" w:hAnsi="Arial"/>
          <w:caps w:val="0"/>
        </w:rPr>
        <w:t>Data</w:t>
      </w:r>
      <w:r>
        <w:rPr>
          <w:b w:val="0"/>
          <w:i w:val="0"/>
          <w:sz w:val="19"/>
          <w:spacing w:val="0"/>
          <w:w w:val="100"/>
          <w:rFonts w:ascii="Arial" w:hAnsi="Arial"/>
          <w:caps w:val="0"/>
        </w:rPr>
        <w:t> </w:t>
      </w:r>
      <w:r>
        <w:rPr>
          <w:b w:val="0"/>
          <w:i w:val="0"/>
          <w:sz w:val="19"/>
          <w:spacing w:val="0"/>
          <w:w w:val="100"/>
          <w:rFonts w:ascii="Arial" w:hAnsi="Arial"/>
          <w:caps w:val="0"/>
        </w:rPr>
        <w:t>Analysis</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Management</w:t>
      </w:r>
      <w:r>
        <w:rPr>
          <w:b w:val="0"/>
          <w:i w:val="0"/>
          <w:sz w:val="19"/>
          <w:spacing w:val="0"/>
          <w:w w:val="100"/>
          <w:rFonts w:ascii="Arial" w:hAnsi="Arial"/>
          <w:caps w:val="0"/>
        </w:rPr>
        <w:t> </w:t>
      </w:r>
      <w:r>
        <w:rPr>
          <w:b w:val="0"/>
          <w:i w:val="0"/>
          <w:sz w:val="19"/>
          <w:spacing w:val="0"/>
          <w:w w:val="100"/>
          <w:rFonts w:ascii="Arial" w:hAnsi="Arial"/>
          <w:caps w:val="0"/>
        </w:rPr>
        <w:t>Reporting</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ERP/Accounting</w:t>
      </w:r>
      <w:r>
        <w:rPr>
          <w:b w:val="0"/>
          <w:i w:val="0"/>
          <w:sz w:val="19"/>
          <w:spacing w:val="0"/>
          <w:w w:val="100"/>
          <w:rFonts w:ascii="Arial" w:hAnsi="Arial"/>
          <w:caps w:val="0"/>
        </w:rPr>
        <w:t> </w:t>
      </w:r>
      <w:r>
        <w:rPr>
          <w:b w:val="0"/>
          <w:i w:val="0"/>
          <w:sz w:val="19"/>
          <w:spacing w:val="0"/>
          <w:w w:val="100"/>
          <w:rFonts w:ascii="Arial" w:hAnsi="Arial"/>
          <w:caps w:val="0"/>
        </w:rPr>
        <w:t>Systems</w:t>
      </w:r>
      <w:r>
        <w:rPr>
          <w:b w:val="0"/>
          <w:i w:val="0"/>
          <w:sz w:val="19"/>
          <w:spacing w:val="0"/>
          <w:w w:val="100"/>
          <w:rFonts w:ascii="Arial" w:hAnsi="Arial"/>
          <w:caps w:val="0"/>
        </w:rPr>
        <w:t> </w:t>
      </w:r>
      <w:r>
        <w:rPr>
          <w:b w:val="0"/>
          <w:i w:val="0"/>
          <w:sz w:val="19"/>
          <w:spacing w:val="0"/>
          <w:w w:val="100"/>
          <w:rFonts w:ascii="Arial" w:hAnsi="Arial"/>
          <w:caps w:val="0"/>
        </w:rPr>
        <w:t>Exposure</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Microsoft</w:t>
      </w:r>
      <w:r>
        <w:rPr>
          <w:b w:val="0"/>
          <w:i w:val="0"/>
          <w:sz w:val="19"/>
          <w:spacing w:val="0"/>
          <w:w w:val="100"/>
          <w:rFonts w:ascii="Arial" w:hAnsi="Arial"/>
          <w:caps w:val="0"/>
        </w:rPr>
        <w:t> </w:t>
      </w:r>
      <w:r>
        <w:rPr>
          <w:b w:val="0"/>
          <w:i w:val="0"/>
          <w:sz w:val="19"/>
          <w:spacing w:val="0"/>
          <w:w w:val="100"/>
          <w:rFonts w:ascii="Arial" w:hAnsi="Arial"/>
          <w:caps w:val="0"/>
        </w:rPr>
        <w:t>Excel</w:t>
      </w:r>
      <w:r>
        <w:rPr>
          <w:b w:val="0"/>
          <w:i w:val="0"/>
          <w:sz w:val="19"/>
          <w:spacing w:val="0"/>
          <w:w w:val="100"/>
          <w:rFonts w:ascii="Arial" w:hAnsi="Arial"/>
          <w:caps w:val="0"/>
        </w:rPr>
        <w:t> </w:t>
      </w:r>
      <w:r>
        <w:rPr>
          <w:b w:val="0"/>
          <w:i w:val="0"/>
          <w:sz w:val="19"/>
          <w:spacing w:val="0"/>
          <w:w w:val="100"/>
          <w:rFonts w:ascii="Arial" w:hAnsi="Arial"/>
          <w:caps w:val="0"/>
        </w:rPr>
        <w:t>&amp;</w:t>
      </w:r>
      <w:r>
        <w:rPr>
          <w:b w:val="0"/>
          <w:i w:val="0"/>
          <w:sz w:val="19"/>
          <w:spacing w:val="0"/>
          <w:w w:val="100"/>
          <w:rFonts w:ascii="Arial" w:hAnsi="Arial"/>
          <w:caps w:val="0"/>
        </w:rPr>
        <w:t> </w:t>
      </w:r>
      <w:r>
        <w:rPr>
          <w:b w:val="0"/>
          <w:i w:val="0"/>
          <w:sz w:val="19"/>
          <w:spacing w:val="0"/>
          <w:w w:val="100"/>
          <w:rFonts w:ascii="Arial" w:hAnsi="Arial"/>
          <w:caps w:val="0"/>
        </w:rPr>
        <w:t>Spreadsheet</w:t>
      </w:r>
      <w:r>
        <w:rPr>
          <w:b w:val="0"/>
          <w:i w:val="0"/>
          <w:sz w:val="19"/>
          <w:spacing w:val="0"/>
          <w:w w:val="100"/>
          <w:rFonts w:ascii="Arial" w:hAnsi="Arial"/>
          <w:caps w:val="0"/>
        </w:rPr>
        <w:t> </w:t>
      </w:r>
      <w:r>
        <w:rPr>
          <w:b w:val="0"/>
          <w:i w:val="0"/>
          <w:sz w:val="19"/>
          <w:spacing w:val="0"/>
          <w:w w:val="100"/>
          <w:rFonts w:ascii="Arial" w:hAnsi="Arial"/>
          <w:caps w:val="0"/>
        </w:rPr>
        <w:t>Reporting</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Fraud</w:t>
      </w:r>
      <w:r>
        <w:rPr>
          <w:b w:val="0"/>
          <w:i w:val="0"/>
          <w:sz w:val="19"/>
          <w:spacing w:val="0"/>
          <w:w w:val="100"/>
          <w:rFonts w:ascii="Arial" w:hAnsi="Arial"/>
          <w:caps w:val="0"/>
        </w:rPr>
        <w:t> </w:t>
      </w:r>
      <w:r>
        <w:rPr>
          <w:b w:val="0"/>
          <w:i w:val="0"/>
          <w:sz w:val="19"/>
          <w:spacing w:val="0"/>
          <w:w w:val="100"/>
          <w:rFonts w:ascii="Arial" w:hAnsi="Arial"/>
          <w:caps w:val="0"/>
        </w:rPr>
        <w:t>Risk</w:t>
      </w:r>
      <w:r>
        <w:rPr>
          <w:b w:val="0"/>
          <w:i w:val="0"/>
          <w:sz w:val="19"/>
          <w:spacing w:val="0"/>
          <w:w w:val="100"/>
          <w:rFonts w:ascii="Arial" w:hAnsi="Arial"/>
          <w:caps w:val="0"/>
        </w:rPr>
        <w:t> </w:t>
      </w:r>
      <w:r>
        <w:rPr>
          <w:b w:val="0"/>
          <w:i w:val="0"/>
          <w:sz w:val="19"/>
          <w:spacing w:val="0"/>
          <w:w w:val="100"/>
          <w:rFonts w:ascii="Arial" w:hAnsi="Arial"/>
          <w:caps w:val="0"/>
        </w:rPr>
        <w:t>Awareness</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Administrative</w:t>
      </w:r>
      <w:r>
        <w:rPr>
          <w:b w:val="0"/>
          <w:i w:val="0"/>
          <w:sz w:val="19"/>
          <w:spacing w:val="0"/>
          <w:w w:val="100"/>
          <w:rFonts w:ascii="Arial" w:hAnsi="Arial"/>
          <w:caps w:val="0"/>
        </w:rPr>
        <w:t> </w:t>
      </w:r>
      <w:r>
        <w:rPr>
          <w:b w:val="0"/>
          <w:i w:val="0"/>
          <w:sz w:val="19"/>
          <w:spacing w:val="0"/>
          <w:w w:val="100"/>
          <w:rFonts w:ascii="Arial" w:hAnsi="Arial"/>
          <w:caps w:val="0"/>
        </w:rPr>
        <w:t>&amp;</w:t>
      </w:r>
      <w:r>
        <w:rPr>
          <w:b w:val="0"/>
          <w:i w:val="0"/>
          <w:sz w:val="19"/>
          <w:spacing w:val="0"/>
          <w:w w:val="100"/>
          <w:rFonts w:ascii="Arial" w:hAnsi="Arial"/>
          <w:caps w:val="0"/>
        </w:rPr>
        <w:t> </w:t>
      </w:r>
      <w:r>
        <w:rPr>
          <w:b w:val="0"/>
          <w:i w:val="0"/>
          <w:sz w:val="19"/>
          <w:spacing w:val="0"/>
          <w:w w:val="100"/>
          <w:rFonts w:ascii="Arial" w:hAnsi="Arial"/>
          <w:caps w:val="0"/>
        </w:rPr>
        <w:t>Operational</w:t>
      </w:r>
      <w:r>
        <w:rPr>
          <w:b w:val="0"/>
          <w:i w:val="0"/>
          <w:sz w:val="19"/>
          <w:spacing w:val="0"/>
          <w:w w:val="100"/>
          <w:rFonts w:ascii="Arial" w:hAnsi="Arial"/>
          <w:caps w:val="0"/>
        </w:rPr>
        <w:t> </w:t>
      </w:r>
      <w:r>
        <w:rPr>
          <w:b w:val="0"/>
          <w:i w:val="0"/>
          <w:sz w:val="19"/>
          <w:spacing w:val="0"/>
          <w:w w:val="100"/>
          <w:rFonts w:ascii="Arial" w:hAnsi="Arial"/>
          <w:caps w:val="0"/>
        </w:rPr>
        <w:t>Support</w:t>
      </w:r>
    </w:p>
    <w:p>
      <w:pPr>
        <w:spacing w:before="140" w:beforeAutospacing="0" w:after="60" w:afterAutospacing="0" w:lineRule="auto" w:line="240"/>
        <w:rPr>
          <w:b val="0"/>
          <w:i val="0"/>
          <w:sz val="20"/>
          <w:spacing val="0"/>
          <w:w val="100"/>
          <w:caps val="0"/>
        </w:rPr>
        <w:snapToGrid w:val="0"/>
        <w:textAlignment w:val="baseline"/>
      </w:pPr>
      <w:r>
        <w:rPr>
          <w:b w:val="1"/>
          <w:i w:val="0"/>
          <w:sz w:val="21"/>
          <w:spacing w:val="0"/>
          <w:w w:val="100"/>
          <w:rFonts w:ascii="Arial" w:hAnsi="Arial"/>
          <w:caps w:val="0"/>
        </w:rPr>
        <w:t>PROFESSIONAL</w:t>
      </w:r>
      <w:r>
        <w:rPr>
          <w:b w:val="1"/>
          <w:i w:val="0"/>
          <w:sz w:val="21"/>
          <w:spacing w:val="0"/>
          <w:w w:val="100"/>
          <w:rFonts w:ascii="Arial" w:hAnsi="Arial"/>
          <w:caps w:val="0"/>
        </w:rPr>
        <w:t> </w:t>
      </w:r>
      <w:r>
        <w:rPr>
          <w:b w:val="1"/>
          <w:i w:val="0"/>
          <w:sz w:val="21"/>
          <w:spacing w:val="0"/>
          <w:w w:val="100"/>
          <w:rFonts w:ascii="Arial" w:hAnsi="Arial"/>
          <w:caps w:val="0"/>
        </w:rPr>
        <w:t>EXPERIENCE</w:t>
      </w:r>
    </w:p>
    <w:p>
      <w:pPr>
        <w:spacing w:before="0" w:beforeAutospacing="0" w:after="40" w:afterAutospacing="0" w:lineRule="auto" w:line="240"/>
        <w:rPr>
          <w:b val="0"/>
          <w:i val="0"/>
          <w:sz val="20"/>
          <w:spacing val="0"/>
          <w:w val="100"/>
          <w:caps val="0"/>
        </w:rPr>
        <w:snapToGrid w:val="0"/>
        <w:textAlignment w:val="baseline"/>
      </w:pPr>
      <w:r>
        <w:rPr>
          <w:b w:val="1"/>
          <w:i w:val="0"/>
          <w:sz w:val="19"/>
          <w:spacing w:val="0"/>
          <w:w w:val="100"/>
          <w:rFonts w:ascii="Arial" w:hAnsi="Arial"/>
          <w:caps w:val="0"/>
        </w:rPr>
        <w:t>MOSES</w:t>
      </w:r>
      <w:r>
        <w:rPr>
          <w:b w:val="1"/>
          <w:i w:val="0"/>
          <w:sz w:val="19"/>
          <w:spacing w:val="0"/>
          <w:w w:val="100"/>
          <w:rFonts w:ascii="Arial" w:hAnsi="Arial"/>
          <w:caps w:val="0"/>
        </w:rPr>
        <w:t> </w:t>
      </w:r>
      <w:r>
        <w:rPr>
          <w:b w:val="1"/>
          <w:i w:val="0"/>
          <w:sz w:val="19"/>
          <w:spacing w:val="0"/>
          <w:w w:val="100"/>
          <w:rFonts w:ascii="Arial" w:hAnsi="Arial"/>
          <w:caps w:val="0"/>
        </w:rPr>
        <w:t>DURODOLA</w:t>
      </w:r>
      <w:r>
        <w:rPr>
          <w:b w:val="1"/>
          <w:i w:val="0"/>
          <w:sz w:val="19"/>
          <w:spacing w:val="0"/>
          <w:w w:val="100"/>
          <w:rFonts w:ascii="Arial" w:hAnsi="Arial"/>
          <w:caps w:val="0"/>
        </w:rPr>
        <w:t> </w:t>
      </w:r>
      <w:r>
        <w:rPr>
          <w:b w:val="1"/>
          <w:i w:val="0"/>
          <w:sz w:val="19"/>
          <w:spacing w:val="0"/>
          <w:w w:val="100"/>
          <w:rFonts w:ascii="Arial" w:hAnsi="Arial"/>
          <w:caps w:val="0"/>
        </w:rPr>
        <w:t>AUDIT</w:t>
      </w:r>
      <w:r>
        <w:rPr>
          <w:b w:val="1"/>
          <w:i w:val="0"/>
          <w:sz w:val="19"/>
          <w:spacing w:val="0"/>
          <w:w w:val="100"/>
          <w:rFonts w:ascii="Arial" w:hAnsi="Arial"/>
          <w:caps w:val="0"/>
        </w:rPr>
        <w:t> </w:t>
      </w:r>
      <w:r>
        <w:rPr>
          <w:b w:val="1"/>
          <w:i w:val="0"/>
          <w:sz w:val="19"/>
          <w:spacing w:val="0"/>
          <w:w w:val="100"/>
          <w:rFonts w:ascii="Arial" w:hAnsi="Arial"/>
          <w:caps w:val="0"/>
        </w:rPr>
        <w:t>FIRM</w:t>
      </w:r>
      <w:r>
        <w:rPr>
          <w:b w:val="1"/>
          <w:i w:val="0"/>
          <w:sz w:val="19"/>
          <w:spacing w:val="0"/>
          <w:w w:val="100"/>
          <w:rFonts w:ascii="Arial" w:hAnsi="Arial"/>
          <w:caps w:val="0"/>
        </w:rPr>
        <w:t> </w:t>
      </w:r>
      <w:r>
        <w:rPr>
          <w:b w:val="1"/>
          <w:i w:val="0"/>
          <w:sz w:val="19"/>
          <w:spacing w:val="0"/>
          <w:w w:val="100"/>
          <w:rFonts w:ascii="Arial" w:hAnsi="Arial"/>
          <w:caps w:val="0"/>
        </w:rPr>
        <w:t>|</w:t>
      </w:r>
      <w:r>
        <w:rPr>
          <w:b w:val="1"/>
          <w:i w:val="0"/>
          <w:sz w:val="19"/>
          <w:spacing w:val="0"/>
          <w:w w:val="100"/>
          <w:rFonts w:ascii="Arial" w:hAnsi="Arial"/>
          <w:caps w:val="0"/>
        </w:rPr>
        <w:t> </w:t>
      </w:r>
      <w:r>
        <w:rPr>
          <w:b w:val="1"/>
          <w:i w:val="0"/>
          <w:sz w:val="19"/>
          <w:spacing w:val="0"/>
          <w:w w:val="100"/>
          <w:rFonts w:ascii="Arial" w:hAnsi="Arial"/>
          <w:caps w:val="0"/>
        </w:rPr>
        <w:t>Audit</w:t>
      </w:r>
      <w:r>
        <w:rPr>
          <w:b w:val="1"/>
          <w:i w:val="0"/>
          <w:sz w:val="19"/>
          <w:spacing w:val="0"/>
          <w:w w:val="100"/>
          <w:rFonts w:ascii="Arial" w:hAnsi="Arial"/>
          <w:caps w:val="0"/>
        </w:rPr>
        <w:t> </w:t>
      </w:r>
      <w:r>
        <w:rPr>
          <w:b w:val="1"/>
          <w:i w:val="0"/>
          <w:sz w:val="19"/>
          <w:spacing w:val="0"/>
          <w:w w:val="100"/>
          <w:rFonts w:ascii="Arial" w:hAnsi="Arial"/>
          <w:caps w:val="0"/>
        </w:rPr>
        <w:t>/</w:t>
      </w:r>
      <w:r>
        <w:rPr>
          <w:b w:val="1"/>
          <w:i w:val="0"/>
          <w:sz w:val="19"/>
          <w:spacing w:val="0"/>
          <w:w w:val="100"/>
          <w:rFonts w:ascii="Arial" w:hAnsi="Arial"/>
          <w:caps w:val="0"/>
        </w:rPr>
        <w:t> </w:t>
      </w:r>
      <w:r>
        <w:rPr>
          <w:b w:val="1"/>
          <w:i w:val="0"/>
          <w:sz w:val="19"/>
          <w:spacing w:val="0"/>
          <w:w w:val="100"/>
          <w:rFonts w:ascii="Arial" w:hAnsi="Arial"/>
          <w:caps w:val="0"/>
        </w:rPr>
        <w:t>Accounting</w:t>
      </w:r>
      <w:r>
        <w:rPr>
          <w:b w:val="1"/>
          <w:i w:val="0"/>
          <w:sz w:val="19"/>
          <w:spacing w:val="0"/>
          <w:w w:val="100"/>
          <w:rFonts w:ascii="Arial" w:hAnsi="Arial"/>
          <w:caps w:val="0"/>
        </w:rPr>
        <w:t> </w:t>
      </w:r>
      <w:r>
        <w:rPr>
          <w:b w:val="1"/>
          <w:i w:val="0"/>
          <w:sz w:val="19"/>
          <w:spacing w:val="0"/>
          <w:w w:val="100"/>
          <w:rFonts w:ascii="Arial" w:hAnsi="Arial"/>
          <w:caps w:val="0"/>
        </w:rPr>
        <w:t>Professional</w:t>
      </w:r>
      <w:r>
        <w:rPr>
          <w:b w:val="0"/>
          <w:i w:val="0"/>
          <w:sz w:val="19"/>
          <w:spacing w:val="0"/>
          <w:w w:val="100"/>
          <w:rFonts w:ascii="Arial" w:hAnsi="Arial"/>
          <w:caps w:val="0"/>
        </w:rPr>
        <w:t>    </w:t>
      </w:r>
      <w:r>
        <w:rPr>
          <w:b w:val="0"/>
          <w:i w:val="0"/>
          <w:sz w:val="19"/>
          <w:spacing w:val="0"/>
          <w:w w:val="100"/>
          <w:rFonts w:ascii="Arial" w:hAnsi="Arial"/>
          <w:caps w:val="0"/>
        </w:rPr>
        <w:t>Jan</w:t>
      </w:r>
      <w:r>
        <w:rPr>
          <w:b w:val="0"/>
          <w:i w:val="0"/>
          <w:sz w:val="19"/>
          <w:spacing w:val="0"/>
          <w:w w:val="100"/>
          <w:rFonts w:ascii="Arial" w:hAnsi="Arial"/>
          <w:caps w:val="0"/>
        </w:rPr>
        <w:t> </w:t>
      </w:r>
      <w:r>
        <w:rPr>
          <w:b w:val="0"/>
          <w:i w:val="0"/>
          <w:sz w:val="19"/>
          <w:spacing w:val="0"/>
          <w:w w:val="100"/>
          <w:rFonts w:ascii="Arial" w:hAnsi="Arial"/>
          <w:caps w:val="0"/>
        </w:rPr>
        <w:t>2023</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Present</w:t>
      </w:r>
      <w:r>
        <w:rPr>
          <w:b w:val="0"/>
          <w:i w:val="0"/>
          <w:sz w:val="19"/>
          <w:spacing w:val="0"/>
          <w:w w:val="100"/>
          <w:rFonts w:ascii="Arial" w:hAnsi="Arial"/>
          <w:caps w:val="0"/>
        </w:rPr>
        <w:t> </w:t>
      </w:r>
    </w:p>
    <w:p>
      <w:pPr>
        <w:spacing w:before="0" w:beforeAutospacing="0" w:after="40" w:afterAutospacing="0" w:lineRule="auto" w:line="240"/>
        <w:rPr>
          <w:b val="0"/>
          <w:i val="0"/>
          <w:sz val="20"/>
          <w:spacing val="0"/>
          <w:w val="100"/>
          <w:caps val="0"/>
        </w:rPr>
        <w:snapToGrid w:val="0"/>
        <w:ind w:left="259" w:hanging="173"/>
        <w:textAlignment w:val="baseline"/>
      </w:pPr>
      <w:r>
        <w:rPr>
          <w:b w:val="1"/>
          <w:i w:val="0"/>
          <w:sz w:val="19"/>
          <w:spacing w:val="0"/>
          <w:w w:val="100"/>
          <w:rFonts w:ascii="Arial" w:hAnsi="Arial"/>
          <w:caps w:val="0"/>
        </w:rPr>
        <w:t>•</w:t>
      </w:r>
      <w:r>
        <w:rPr>
          <w:b w:val="1"/>
          <w:i w:val="0"/>
          <w:sz w:val="19"/>
          <w:spacing w:val="0"/>
          <w:w w:val="100"/>
          <w:rFonts w:ascii="Arial" w:hAnsi="Arial"/>
          <w:caps w:val="0"/>
        </w:rPr>
        <w:t> </w:t>
      </w:r>
      <w:r>
        <w:rPr>
          <w:b w:val="0"/>
          <w:i w:val="0"/>
          <w:sz w:val="19"/>
          <w:spacing w:val="0"/>
          <w:w w:val="100"/>
          <w:rFonts w:ascii="Arial" w:hAnsi="Arial"/>
          <w:caps w:val="0"/>
        </w:rPr>
        <w:t>Supported</w:t>
      </w:r>
      <w:r>
        <w:rPr>
          <w:b w:val="0"/>
          <w:i w:val="0"/>
          <w:sz w:val="19"/>
          <w:spacing w:val="0"/>
          <w:w w:val="100"/>
          <w:rFonts w:ascii="Arial" w:hAnsi="Arial"/>
          <w:caps w:val="0"/>
        </w:rPr>
        <w:t> </w:t>
      </w:r>
      <w:r>
        <w:rPr>
          <w:b w:val="0"/>
          <w:i w:val="0"/>
          <w:sz w:val="19"/>
          <w:spacing w:val="0"/>
          <w:w w:val="100"/>
          <w:rFonts w:ascii="Arial" w:hAnsi="Arial"/>
          <w:caps w:val="0"/>
        </w:rPr>
        <w:t>audit</w:t>
      </w:r>
      <w:r>
        <w:rPr>
          <w:b w:val="0"/>
          <w:i w:val="0"/>
          <w:sz w:val="19"/>
          <w:spacing w:val="0"/>
          <w:w w:val="100"/>
          <w:rFonts w:ascii="Arial" w:hAnsi="Arial"/>
          <w:caps w:val="0"/>
        </w:rPr>
        <w:t> </w:t>
      </w:r>
      <w:r>
        <w:rPr>
          <w:b w:val="0"/>
          <w:i w:val="0"/>
          <w:sz w:val="19"/>
          <w:spacing w:val="0"/>
          <w:w w:val="100"/>
          <w:rFonts w:ascii="Arial" w:hAnsi="Arial"/>
          <w:caps w:val="0"/>
        </w:rPr>
        <w:t>engagements</w:t>
      </w:r>
      <w:r>
        <w:rPr>
          <w:b w:val="0"/>
          <w:i w:val="0"/>
          <w:sz w:val="19"/>
          <w:spacing w:val="0"/>
          <w:w w:val="100"/>
          <w:rFonts w:ascii="Arial" w:hAnsi="Arial"/>
          <w:caps w:val="0"/>
        </w:rPr>
        <w:t> </w:t>
      </w:r>
      <w:r>
        <w:rPr>
          <w:b w:val="0"/>
          <w:i w:val="0"/>
          <w:sz w:val="19"/>
          <w:spacing w:val="0"/>
          <w:w w:val="100"/>
          <w:rFonts w:ascii="Arial" w:hAnsi="Arial"/>
          <w:caps w:val="0"/>
        </w:rPr>
        <w:t>through</w:t>
      </w:r>
      <w:r>
        <w:rPr>
          <w:b w:val="0"/>
          <w:i w:val="0"/>
          <w:sz w:val="19"/>
          <w:spacing w:val="0"/>
          <w:w w:val="100"/>
          <w:rFonts w:ascii="Arial" w:hAnsi="Arial"/>
          <w:caps w:val="0"/>
        </w:rPr>
        <w:t> </w:t>
      </w:r>
      <w:r>
        <w:rPr>
          <w:b w:val="0"/>
          <w:i w:val="0"/>
          <w:sz w:val="19"/>
          <w:spacing w:val="0"/>
          <w:w w:val="100"/>
          <w:rFonts w:ascii="Arial" w:hAnsi="Arial"/>
          <w:caps w:val="0"/>
        </w:rPr>
        <w:t>collection,</w:t>
      </w:r>
      <w:r>
        <w:rPr>
          <w:b w:val="0"/>
          <w:i w:val="0"/>
          <w:sz w:val="19"/>
          <w:spacing w:val="0"/>
          <w:w w:val="100"/>
          <w:rFonts w:ascii="Arial" w:hAnsi="Arial"/>
          <w:caps w:val="0"/>
        </w:rPr>
        <w:t> </w:t>
      </w:r>
      <w:r>
        <w:rPr>
          <w:b w:val="0"/>
          <w:i w:val="0"/>
          <w:sz w:val="19"/>
          <w:spacing w:val="0"/>
          <w:w w:val="100"/>
          <w:rFonts w:ascii="Arial" w:hAnsi="Arial"/>
          <w:caps w:val="0"/>
        </w:rPr>
        <w:t>organisation</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analysis</w:t>
      </w:r>
      <w:r>
        <w:rPr>
          <w:b w:val="0"/>
          <w:i w:val="0"/>
          <w:sz w:val="19"/>
          <w:spacing w:val="0"/>
          <w:w w:val="100"/>
          <w:rFonts w:ascii="Arial" w:hAnsi="Arial"/>
          <w:caps w:val="0"/>
        </w:rPr>
        <w:t> </w:t>
      </w:r>
      <w:r>
        <w:rPr>
          <w:b w:val="0"/>
          <w:i w:val="0"/>
          <w:sz w:val="19"/>
          <w:spacing w:val="0"/>
          <w:w w:val="100"/>
          <w:rFonts w:ascii="Arial" w:hAnsi="Arial"/>
          <w:caps w:val="0"/>
        </w:rPr>
        <w:t>of</w:t>
      </w:r>
      <w:r>
        <w:rPr>
          <w:b w:val="0"/>
          <w:i w:val="0"/>
          <w:sz w:val="19"/>
          <w:spacing w:val="0"/>
          <w:w w:val="100"/>
          <w:rFonts w:ascii="Arial" w:hAnsi="Arial"/>
          <w:caps w:val="0"/>
        </w:rPr>
        <w:t> </w:t>
      </w:r>
      <w:r>
        <w:rPr>
          <w:b w:val="0"/>
          <w:i w:val="0"/>
          <w:sz w:val="19"/>
          <w:spacing w:val="0"/>
          <w:w w:val="100"/>
          <w:rFonts w:ascii="Arial" w:hAnsi="Arial"/>
          <w:caps w:val="0"/>
        </w:rPr>
        <w:t>financial</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operational</w:t>
      </w:r>
      <w:r>
        <w:rPr>
          <w:b w:val="0"/>
          <w:i w:val="0"/>
          <w:sz w:val="19"/>
          <w:spacing w:val="0"/>
          <w:w w:val="100"/>
          <w:rFonts w:ascii="Arial" w:hAnsi="Arial"/>
          <w:caps w:val="0"/>
        </w:rPr>
        <w:t> </w:t>
      </w:r>
      <w:r>
        <w:rPr>
          <w:b w:val="0"/>
          <w:i w:val="0"/>
          <w:sz w:val="19"/>
          <w:spacing w:val="0"/>
          <w:w w:val="100"/>
          <w:rFonts w:ascii="Arial" w:hAnsi="Arial"/>
          <w:caps w:val="0"/>
        </w:rPr>
        <w:t>information.</w:t>
      </w:r>
    </w:p>
    <w:p>
      <w:pPr>
        <w:spacing w:before="0" w:beforeAutospacing="0" w:after="40" w:afterAutospacing="0" w:lineRule="auto" w:line="240"/>
        <w:rPr>
          <w:b val="0"/>
          <w:i val="0"/>
          <w:sz val="20"/>
          <w:spacing val="0"/>
          <w:w val="100"/>
          <w:caps val="0"/>
        </w:rPr>
        <w:snapToGrid w:val="0"/>
        <w:ind w:left="259" w:hanging="173"/>
        <w:textAlignment w:val="baseline"/>
      </w:pPr>
      <w:r>
        <w:rPr>
          <w:b w:val="1"/>
          <w:i w:val="0"/>
          <w:sz w:val="19"/>
          <w:spacing w:val="0"/>
          <w:w w:val="100"/>
          <w:rFonts w:ascii="Arial" w:hAnsi="Arial"/>
          <w:caps w:val="0"/>
        </w:rPr>
        <w:t>•</w:t>
      </w:r>
      <w:r>
        <w:rPr>
          <w:b w:val="1"/>
          <w:i w:val="0"/>
          <w:sz w:val="19"/>
          <w:spacing w:val="0"/>
          <w:w w:val="100"/>
          <w:rFonts w:ascii="Arial" w:hAnsi="Arial"/>
          <w:caps w:val="0"/>
        </w:rPr>
        <w:t> </w:t>
      </w:r>
      <w:r>
        <w:rPr>
          <w:b w:val="0"/>
          <w:i w:val="0"/>
          <w:sz w:val="19"/>
          <w:spacing w:val="0"/>
          <w:w w:val="100"/>
          <w:rFonts w:ascii="Arial" w:hAnsi="Arial"/>
          <w:caps w:val="0"/>
        </w:rPr>
        <w:t>Reviewed</w:t>
      </w:r>
      <w:r>
        <w:rPr>
          <w:b w:val="0"/>
          <w:i w:val="0"/>
          <w:sz w:val="19"/>
          <w:spacing w:val="0"/>
          <w:w w:val="100"/>
          <w:rFonts w:ascii="Arial" w:hAnsi="Arial"/>
          <w:caps w:val="0"/>
        </w:rPr>
        <w:t> </w:t>
      </w:r>
      <w:r>
        <w:rPr>
          <w:b w:val="0"/>
          <w:i w:val="0"/>
          <w:sz w:val="19"/>
          <w:spacing w:val="0"/>
          <w:w w:val="100"/>
          <w:rFonts w:ascii="Arial" w:hAnsi="Arial"/>
          <w:caps w:val="0"/>
        </w:rPr>
        <w:t>accounting</w:t>
      </w:r>
      <w:r>
        <w:rPr>
          <w:b w:val="0"/>
          <w:i w:val="0"/>
          <w:sz w:val="19"/>
          <w:spacing w:val="0"/>
          <w:w w:val="100"/>
          <w:rFonts w:ascii="Arial" w:hAnsi="Arial"/>
          <w:caps w:val="0"/>
        </w:rPr>
        <w:t> </w:t>
      </w:r>
      <w:r>
        <w:rPr>
          <w:b w:val="0"/>
          <w:i w:val="0"/>
          <w:sz w:val="19"/>
          <w:spacing w:val="0"/>
          <w:w w:val="100"/>
          <w:rFonts w:ascii="Arial" w:hAnsi="Arial"/>
          <w:caps w:val="0"/>
        </w:rPr>
        <w:t>records</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supporting</w:t>
      </w:r>
      <w:r>
        <w:rPr>
          <w:b w:val="0"/>
          <w:i w:val="0"/>
          <w:sz w:val="19"/>
          <w:spacing w:val="0"/>
          <w:w w:val="100"/>
          <w:rFonts w:ascii="Arial" w:hAnsi="Arial"/>
          <w:caps w:val="0"/>
        </w:rPr>
        <w:t> </w:t>
      </w:r>
      <w:r>
        <w:rPr>
          <w:b w:val="0"/>
          <w:i w:val="0"/>
          <w:sz w:val="19"/>
          <w:spacing w:val="0"/>
          <w:w w:val="100"/>
          <w:rFonts w:ascii="Arial" w:hAnsi="Arial"/>
          <w:caps w:val="0"/>
        </w:rPr>
        <w:t>documents</w:t>
      </w:r>
      <w:r>
        <w:rPr>
          <w:b w:val="0"/>
          <w:i w:val="0"/>
          <w:sz w:val="19"/>
          <w:spacing w:val="0"/>
          <w:w w:val="100"/>
          <w:rFonts w:ascii="Arial" w:hAnsi="Arial"/>
          <w:caps w:val="0"/>
        </w:rPr>
        <w:t> </w:t>
      </w:r>
      <w:r>
        <w:rPr>
          <w:b w:val="0"/>
          <w:i w:val="0"/>
          <w:sz w:val="19"/>
          <w:spacing w:val="0"/>
          <w:w w:val="100"/>
          <w:rFonts w:ascii="Arial" w:hAnsi="Arial"/>
          <w:caps w:val="0"/>
        </w:rPr>
        <w:t>for</w:t>
      </w:r>
      <w:r>
        <w:rPr>
          <w:b w:val="0"/>
          <w:i w:val="0"/>
          <w:sz w:val="19"/>
          <w:spacing w:val="0"/>
          <w:w w:val="100"/>
          <w:rFonts w:ascii="Arial" w:hAnsi="Arial"/>
          <w:caps w:val="0"/>
        </w:rPr>
        <w:t> </w:t>
      </w:r>
      <w:r>
        <w:rPr>
          <w:b w:val="0"/>
          <w:i w:val="0"/>
          <w:sz w:val="19"/>
          <w:spacing w:val="0"/>
          <w:w w:val="100"/>
          <w:rFonts w:ascii="Arial" w:hAnsi="Arial"/>
          <w:caps w:val="0"/>
        </w:rPr>
        <w:t>completeness,</w:t>
      </w:r>
      <w:r>
        <w:rPr>
          <w:b w:val="0"/>
          <w:i w:val="0"/>
          <w:sz w:val="19"/>
          <w:spacing w:val="0"/>
          <w:w w:val="100"/>
          <w:rFonts w:ascii="Arial" w:hAnsi="Arial"/>
          <w:caps w:val="0"/>
        </w:rPr>
        <w:t> </w:t>
      </w:r>
      <w:r>
        <w:rPr>
          <w:b w:val="0"/>
          <w:i w:val="0"/>
          <w:sz w:val="19"/>
          <w:spacing w:val="0"/>
          <w:w w:val="100"/>
          <w:rFonts w:ascii="Arial" w:hAnsi="Arial"/>
          <w:caps w:val="0"/>
        </w:rPr>
        <w:t>accuracy</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consistency.</w:t>
      </w:r>
    </w:p>
    <w:p>
      <w:pPr>
        <w:spacing w:before="0" w:beforeAutospacing="0" w:after="40" w:afterAutospacing="0" w:lineRule="auto" w:line="240"/>
        <w:rPr>
          <w:b val="0"/>
          <w:i val="0"/>
          <w:sz val="20"/>
          <w:spacing val="0"/>
          <w:w val="100"/>
          <w:caps val="0"/>
        </w:rPr>
        <w:snapToGrid w:val="0"/>
        <w:ind w:left="259" w:hanging="173"/>
        <w:textAlignment w:val="baseline"/>
      </w:pPr>
      <w:r>
        <w:rPr>
          <w:b w:val="1"/>
          <w:i w:val="0"/>
          <w:sz w:val="19"/>
          <w:spacing w:val="0"/>
          <w:w w:val="100"/>
          <w:rFonts w:ascii="Arial" w:hAnsi="Arial"/>
          <w:caps w:val="0"/>
        </w:rPr>
        <w:t>•</w:t>
      </w:r>
      <w:r>
        <w:rPr>
          <w:b w:val="1"/>
          <w:i w:val="0"/>
          <w:sz w:val="19"/>
          <w:spacing w:val="0"/>
          <w:w w:val="100"/>
          <w:rFonts w:ascii="Arial" w:hAnsi="Arial"/>
          <w:caps w:val="0"/>
        </w:rPr>
        <w:t> </w:t>
      </w:r>
      <w:r>
        <w:rPr>
          <w:b w:val="0"/>
          <w:i w:val="0"/>
          <w:sz w:val="19"/>
          <w:spacing w:val="0"/>
          <w:w w:val="100"/>
          <w:rFonts w:ascii="Arial" w:hAnsi="Arial"/>
          <w:caps w:val="0"/>
        </w:rPr>
        <w:t>Assisted</w:t>
      </w:r>
      <w:r>
        <w:rPr>
          <w:b w:val="0"/>
          <w:i w:val="0"/>
          <w:sz w:val="19"/>
          <w:spacing w:val="0"/>
          <w:w w:val="100"/>
          <w:rFonts w:ascii="Arial" w:hAnsi="Arial"/>
          <w:caps w:val="0"/>
        </w:rPr>
        <w:t> </w:t>
      </w:r>
      <w:r>
        <w:rPr>
          <w:b w:val="0"/>
          <w:i w:val="0"/>
          <w:sz w:val="19"/>
          <w:spacing w:val="0"/>
          <w:w w:val="100"/>
          <w:rFonts w:ascii="Arial" w:hAnsi="Arial"/>
          <w:caps w:val="0"/>
        </w:rPr>
        <w:t>with</w:t>
      </w:r>
      <w:r>
        <w:rPr>
          <w:b w:val="0"/>
          <w:i w:val="0"/>
          <w:sz w:val="19"/>
          <w:spacing w:val="0"/>
          <w:w w:val="100"/>
          <w:rFonts w:ascii="Arial" w:hAnsi="Arial"/>
          <w:caps w:val="0"/>
        </w:rPr>
        <w:t> </w:t>
      </w:r>
      <w:r>
        <w:rPr>
          <w:b w:val="0"/>
          <w:i w:val="0"/>
          <w:sz w:val="19"/>
          <w:spacing w:val="0"/>
          <w:w w:val="100"/>
          <w:rFonts w:ascii="Arial" w:hAnsi="Arial"/>
          <w:caps w:val="0"/>
        </w:rPr>
        <w:t>audit</w:t>
      </w:r>
      <w:r>
        <w:rPr>
          <w:b w:val="0"/>
          <w:i w:val="0"/>
          <w:sz w:val="19"/>
          <w:spacing w:val="0"/>
          <w:w w:val="100"/>
          <w:rFonts w:ascii="Arial" w:hAnsi="Arial"/>
          <w:caps w:val="0"/>
        </w:rPr>
        <w:t> </w:t>
      </w:r>
      <w:r>
        <w:rPr>
          <w:b w:val="0"/>
          <w:i w:val="0"/>
          <w:sz w:val="19"/>
          <w:spacing w:val="0"/>
          <w:w w:val="100"/>
          <w:rFonts w:ascii="Arial" w:hAnsi="Arial"/>
          <w:caps w:val="0"/>
        </w:rPr>
        <w:t>procedures,</w:t>
      </w:r>
      <w:r>
        <w:rPr>
          <w:b w:val="0"/>
          <w:i w:val="0"/>
          <w:sz w:val="19"/>
          <w:spacing w:val="0"/>
          <w:w w:val="100"/>
          <w:rFonts w:ascii="Arial" w:hAnsi="Arial"/>
          <w:caps w:val="0"/>
        </w:rPr>
        <w:t> </w:t>
      </w:r>
      <w:r>
        <w:rPr>
          <w:b w:val="0"/>
          <w:i w:val="0"/>
          <w:sz w:val="19"/>
          <w:spacing w:val="0"/>
          <w:w w:val="100"/>
          <w:rFonts w:ascii="Arial" w:hAnsi="Arial"/>
          <w:caps w:val="0"/>
        </w:rPr>
        <w:t>documentation</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preparation</w:t>
      </w:r>
      <w:r>
        <w:rPr>
          <w:b w:val="0"/>
          <w:i w:val="0"/>
          <w:sz w:val="19"/>
          <w:spacing w:val="0"/>
          <w:w w:val="100"/>
          <w:rFonts w:ascii="Arial" w:hAnsi="Arial"/>
          <w:caps w:val="0"/>
        </w:rPr>
        <w:t> </w:t>
      </w:r>
      <w:r>
        <w:rPr>
          <w:b w:val="0"/>
          <w:i w:val="0"/>
          <w:sz w:val="19"/>
          <w:spacing w:val="0"/>
          <w:w w:val="100"/>
          <w:rFonts w:ascii="Arial" w:hAnsi="Arial"/>
          <w:caps w:val="0"/>
        </w:rPr>
        <w:t>of</w:t>
      </w:r>
      <w:r>
        <w:rPr>
          <w:b w:val="0"/>
          <w:i w:val="0"/>
          <w:sz w:val="19"/>
          <w:spacing w:val="0"/>
          <w:w w:val="100"/>
          <w:rFonts w:ascii="Arial" w:hAnsi="Arial"/>
          <w:caps w:val="0"/>
        </w:rPr>
        <w:t> </w:t>
      </w:r>
      <w:r>
        <w:rPr>
          <w:b w:val="0"/>
          <w:i w:val="0"/>
          <w:sz w:val="19"/>
          <w:spacing w:val="0"/>
          <w:w w:val="100"/>
          <w:rFonts w:ascii="Arial" w:hAnsi="Arial"/>
          <w:caps w:val="0"/>
        </w:rPr>
        <w:t>working</w:t>
      </w:r>
      <w:r>
        <w:rPr>
          <w:b w:val="0"/>
          <w:i w:val="0"/>
          <w:sz w:val="19"/>
          <w:spacing w:val="0"/>
          <w:w w:val="100"/>
          <w:rFonts w:ascii="Arial" w:hAnsi="Arial"/>
          <w:caps w:val="0"/>
        </w:rPr>
        <w:t> </w:t>
      </w:r>
      <w:r>
        <w:rPr>
          <w:b w:val="0"/>
          <w:i w:val="0"/>
          <w:sz w:val="19"/>
          <w:spacing w:val="0"/>
          <w:w w:val="100"/>
          <w:rFonts w:ascii="Arial" w:hAnsi="Arial"/>
          <w:caps w:val="0"/>
        </w:rPr>
        <w:t>papers.</w:t>
      </w:r>
    </w:p>
    <w:p>
      <w:pPr>
        <w:spacing w:before="0" w:beforeAutospacing="0" w:after="40" w:afterAutospacing="0" w:lineRule="auto" w:line="240"/>
        <w:rPr>
          <w:b val="0"/>
          <w:i val="0"/>
          <w:sz val="20"/>
          <w:spacing val="0"/>
          <w:w val="100"/>
          <w:caps val="0"/>
        </w:rPr>
        <w:snapToGrid w:val="0"/>
        <w:ind w:left="259" w:hanging="173"/>
        <w:textAlignment w:val="baseline"/>
      </w:pPr>
      <w:r>
        <w:rPr>
          <w:b w:val="1"/>
          <w:i w:val="0"/>
          <w:sz w:val="19"/>
          <w:spacing w:val="0"/>
          <w:w w:val="100"/>
          <w:rFonts w:ascii="Arial" w:hAnsi="Arial"/>
          <w:caps w:val="0"/>
        </w:rPr>
        <w:t>•</w:t>
      </w:r>
      <w:r>
        <w:rPr>
          <w:b w:val="1"/>
          <w:i w:val="0"/>
          <w:sz w:val="19"/>
          <w:spacing w:val="0"/>
          <w:w w:val="100"/>
          <w:rFonts w:ascii="Arial" w:hAnsi="Arial"/>
          <w:caps w:val="0"/>
        </w:rPr>
        <w:t> </w:t>
      </w:r>
      <w:r>
        <w:rPr>
          <w:b w:val="0"/>
          <w:i w:val="0"/>
          <w:sz w:val="19"/>
          <w:spacing w:val="0"/>
          <w:w w:val="100"/>
          <w:rFonts w:ascii="Arial" w:hAnsi="Arial"/>
          <w:caps w:val="0"/>
        </w:rPr>
        <w:t>Analysed</w:t>
      </w:r>
      <w:r>
        <w:rPr>
          <w:b w:val="0"/>
          <w:i w:val="0"/>
          <w:sz w:val="19"/>
          <w:spacing w:val="0"/>
          <w:w w:val="100"/>
          <w:rFonts w:ascii="Arial" w:hAnsi="Arial"/>
          <w:caps w:val="0"/>
        </w:rPr>
        <w:t> </w:t>
      </w:r>
      <w:r>
        <w:rPr>
          <w:b w:val="0"/>
          <w:i w:val="0"/>
          <w:sz w:val="19"/>
          <w:spacing w:val="0"/>
          <w:w w:val="100"/>
          <w:rFonts w:ascii="Arial" w:hAnsi="Arial"/>
          <w:caps w:val="0"/>
        </w:rPr>
        <w:t>financial</w:t>
      </w:r>
      <w:r>
        <w:rPr>
          <w:b w:val="0"/>
          <w:i w:val="0"/>
          <w:sz w:val="19"/>
          <w:spacing w:val="0"/>
          <w:w w:val="100"/>
          <w:rFonts w:ascii="Arial" w:hAnsi="Arial"/>
          <w:caps w:val="0"/>
        </w:rPr>
        <w:t> </w:t>
      </w:r>
      <w:r>
        <w:rPr>
          <w:b w:val="0"/>
          <w:i w:val="0"/>
          <w:sz w:val="19"/>
          <w:spacing w:val="0"/>
          <w:w w:val="100"/>
          <w:rFonts w:ascii="Arial" w:hAnsi="Arial"/>
          <w:caps w:val="0"/>
        </w:rPr>
        <w:t>information</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highlighted</w:t>
      </w:r>
      <w:r>
        <w:rPr>
          <w:b w:val="0"/>
          <w:i w:val="0"/>
          <w:sz w:val="19"/>
          <w:spacing w:val="0"/>
          <w:w w:val="100"/>
          <w:rFonts w:ascii="Arial" w:hAnsi="Arial"/>
          <w:caps w:val="0"/>
        </w:rPr>
        <w:t> </w:t>
      </w:r>
      <w:r>
        <w:rPr>
          <w:b w:val="0"/>
          <w:i w:val="0"/>
          <w:sz w:val="19"/>
          <w:spacing w:val="0"/>
          <w:w w:val="100"/>
          <w:rFonts w:ascii="Arial" w:hAnsi="Arial"/>
          <w:caps w:val="0"/>
        </w:rPr>
        <w:t>discrepancies</w:t>
      </w:r>
      <w:r>
        <w:rPr>
          <w:b w:val="0"/>
          <w:i w:val="0"/>
          <w:sz w:val="19"/>
          <w:spacing w:val="0"/>
          <w:w w:val="100"/>
          <w:rFonts w:ascii="Arial" w:hAnsi="Arial"/>
          <w:caps w:val="0"/>
        </w:rPr>
        <w:t> </w:t>
      </w:r>
      <w:r>
        <w:rPr>
          <w:b w:val="0"/>
          <w:i w:val="0"/>
          <w:sz w:val="19"/>
          <w:spacing w:val="0"/>
          <w:w w:val="100"/>
          <w:rFonts w:ascii="Arial" w:hAnsi="Arial"/>
          <w:caps w:val="0"/>
        </w:rPr>
        <w:t>or</w:t>
      </w:r>
      <w:r>
        <w:rPr>
          <w:b w:val="0"/>
          <w:i w:val="0"/>
          <w:sz w:val="19"/>
          <w:spacing w:val="0"/>
          <w:w w:val="100"/>
          <w:rFonts w:ascii="Arial" w:hAnsi="Arial"/>
          <w:caps w:val="0"/>
        </w:rPr>
        <w:t> </w:t>
      </w:r>
      <w:r>
        <w:rPr>
          <w:b w:val="0"/>
          <w:i w:val="0"/>
          <w:sz w:val="19"/>
          <w:spacing w:val="0"/>
          <w:w w:val="100"/>
          <w:rFonts w:ascii="Arial" w:hAnsi="Arial"/>
          <w:caps w:val="0"/>
        </w:rPr>
        <w:t>issues</w:t>
      </w:r>
      <w:r>
        <w:rPr>
          <w:b w:val="0"/>
          <w:i w:val="0"/>
          <w:sz w:val="19"/>
          <w:spacing w:val="0"/>
          <w:w w:val="100"/>
          <w:rFonts w:ascii="Arial" w:hAnsi="Arial"/>
          <w:caps w:val="0"/>
        </w:rPr>
        <w:t> </w:t>
      </w:r>
      <w:r>
        <w:rPr>
          <w:b w:val="0"/>
          <w:i w:val="0"/>
          <w:sz w:val="19"/>
          <w:spacing w:val="0"/>
          <w:w w:val="100"/>
          <w:rFonts w:ascii="Arial" w:hAnsi="Arial"/>
          <w:caps w:val="0"/>
        </w:rPr>
        <w:t>requiring</w:t>
      </w:r>
      <w:r>
        <w:rPr>
          <w:b w:val="0"/>
          <w:i w:val="0"/>
          <w:sz w:val="19"/>
          <w:spacing w:val="0"/>
          <w:w w:val="100"/>
          <w:rFonts w:ascii="Arial" w:hAnsi="Arial"/>
          <w:caps w:val="0"/>
        </w:rPr>
        <w:t> </w:t>
      </w:r>
      <w:r>
        <w:rPr>
          <w:b w:val="0"/>
          <w:i w:val="0"/>
          <w:sz w:val="19"/>
          <w:spacing w:val="0"/>
          <w:w w:val="100"/>
          <w:rFonts w:ascii="Arial" w:hAnsi="Arial"/>
          <w:caps w:val="0"/>
        </w:rPr>
        <w:t>further</w:t>
      </w:r>
      <w:r>
        <w:rPr>
          <w:b w:val="0"/>
          <w:i w:val="0"/>
          <w:sz w:val="19"/>
          <w:spacing w:val="0"/>
          <w:w w:val="100"/>
          <w:rFonts w:ascii="Arial" w:hAnsi="Arial"/>
          <w:caps w:val="0"/>
        </w:rPr>
        <w:t> </w:t>
      </w:r>
      <w:r>
        <w:rPr>
          <w:b w:val="0"/>
          <w:i w:val="0"/>
          <w:sz w:val="19"/>
          <w:spacing w:val="0"/>
          <w:w w:val="100"/>
          <w:rFonts w:ascii="Arial" w:hAnsi="Arial"/>
          <w:caps w:val="0"/>
        </w:rPr>
        <w:t>review.</w:t>
      </w:r>
    </w:p>
    <w:p>
      <w:pPr>
        <w:spacing w:before="0" w:beforeAutospacing="0" w:after="40" w:afterAutospacing="0" w:lineRule="auto" w:line="240"/>
        <w:rPr>
          <w:b val="0"/>
          <w:i val="0"/>
          <w:sz val="20"/>
          <w:spacing val="0"/>
          <w:w val="100"/>
          <w:caps val="0"/>
        </w:rPr>
        <w:snapToGrid w:val="0"/>
        <w:ind w:left="259" w:hanging="173"/>
        <w:textAlignment w:val="baseline"/>
      </w:pPr>
      <w:r>
        <w:rPr>
          <w:b w:val="1"/>
          <w:i w:val="0"/>
          <w:sz w:val="19"/>
          <w:spacing w:val="0"/>
          <w:w w:val="100"/>
          <w:rFonts w:ascii="Arial" w:hAnsi="Arial"/>
          <w:caps w:val="0"/>
        </w:rPr>
        <w:t>•</w:t>
      </w:r>
      <w:r>
        <w:rPr>
          <w:b w:val="1"/>
          <w:i w:val="0"/>
          <w:sz w:val="19"/>
          <w:spacing w:val="0"/>
          <w:w w:val="100"/>
          <w:rFonts w:ascii="Arial" w:hAnsi="Arial"/>
          <w:caps w:val="0"/>
        </w:rPr>
        <w:t> </w:t>
      </w:r>
      <w:r>
        <w:rPr>
          <w:b w:val="0"/>
          <w:i w:val="0"/>
          <w:sz w:val="19"/>
          <w:spacing w:val="0"/>
          <w:w w:val="100"/>
          <w:rFonts w:ascii="Arial" w:hAnsi="Arial"/>
          <w:caps w:val="0"/>
        </w:rPr>
        <w:t>Followed</w:t>
      </w:r>
      <w:r>
        <w:rPr>
          <w:b w:val="0"/>
          <w:i w:val="0"/>
          <w:sz w:val="19"/>
          <w:spacing w:val="0"/>
          <w:w w:val="100"/>
          <w:rFonts w:ascii="Arial" w:hAnsi="Arial"/>
          <w:caps w:val="0"/>
        </w:rPr>
        <w:t> </w:t>
      </w:r>
      <w:r>
        <w:rPr>
          <w:b w:val="0"/>
          <w:i w:val="0"/>
          <w:sz w:val="19"/>
          <w:spacing w:val="0"/>
          <w:w w:val="100"/>
          <w:rFonts w:ascii="Arial" w:hAnsi="Arial"/>
          <w:caps w:val="0"/>
        </w:rPr>
        <w:t>up</w:t>
      </w:r>
      <w:r>
        <w:rPr>
          <w:b w:val="0"/>
          <w:i w:val="0"/>
          <w:sz w:val="19"/>
          <w:spacing w:val="0"/>
          <w:w w:val="100"/>
          <w:rFonts w:ascii="Arial" w:hAnsi="Arial"/>
          <w:caps w:val="0"/>
        </w:rPr>
        <w:t> </w:t>
      </w:r>
      <w:r>
        <w:rPr>
          <w:b w:val="0"/>
          <w:i w:val="0"/>
          <w:sz w:val="19"/>
          <w:spacing w:val="0"/>
          <w:w w:val="100"/>
          <w:rFonts w:ascii="Arial" w:hAnsi="Arial"/>
          <w:caps w:val="0"/>
        </w:rPr>
        <w:t>on</w:t>
      </w:r>
      <w:r>
        <w:rPr>
          <w:b w:val="0"/>
          <w:i w:val="0"/>
          <w:sz w:val="19"/>
          <w:spacing w:val="0"/>
          <w:w w:val="100"/>
          <w:rFonts w:ascii="Arial" w:hAnsi="Arial"/>
          <w:caps w:val="0"/>
        </w:rPr>
        <w:t> </w:t>
      </w:r>
      <w:r>
        <w:rPr>
          <w:b w:val="0"/>
          <w:i w:val="0"/>
          <w:sz w:val="19"/>
          <w:spacing w:val="0"/>
          <w:w w:val="100"/>
          <w:rFonts w:ascii="Arial" w:hAnsi="Arial"/>
          <w:caps w:val="0"/>
        </w:rPr>
        <w:t>audit</w:t>
      </w:r>
      <w:r>
        <w:rPr>
          <w:b w:val="0"/>
          <w:i w:val="0"/>
          <w:sz w:val="19"/>
          <w:spacing w:val="0"/>
          <w:w w:val="100"/>
          <w:rFonts w:ascii="Arial" w:hAnsi="Arial"/>
          <w:caps w:val="0"/>
        </w:rPr>
        <w:t> </w:t>
      </w:r>
      <w:r>
        <w:rPr>
          <w:b w:val="0"/>
          <w:i w:val="0"/>
          <w:sz w:val="19"/>
          <w:spacing w:val="0"/>
          <w:w w:val="100"/>
          <w:rFonts w:ascii="Arial" w:hAnsi="Arial"/>
          <w:caps w:val="0"/>
        </w:rPr>
        <w:t>findings</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supported</w:t>
      </w:r>
      <w:r>
        <w:rPr>
          <w:b w:val="0"/>
          <w:i w:val="0"/>
          <w:sz w:val="19"/>
          <w:spacing w:val="0"/>
          <w:w w:val="100"/>
          <w:rFonts w:ascii="Arial" w:hAnsi="Arial"/>
          <w:caps w:val="0"/>
        </w:rPr>
        <w:t> </w:t>
      </w:r>
      <w:r>
        <w:rPr>
          <w:b w:val="0"/>
          <w:i w:val="0"/>
          <w:sz w:val="19"/>
          <w:spacing w:val="0"/>
          <w:w w:val="100"/>
          <w:rFonts w:ascii="Arial" w:hAnsi="Arial"/>
          <w:caps w:val="0"/>
        </w:rPr>
        <w:t>the</w:t>
      </w:r>
      <w:r>
        <w:rPr>
          <w:b w:val="0"/>
          <w:i w:val="0"/>
          <w:sz w:val="19"/>
          <w:spacing w:val="0"/>
          <w:w w:val="100"/>
          <w:rFonts w:ascii="Arial" w:hAnsi="Arial"/>
          <w:caps w:val="0"/>
        </w:rPr>
        <w:t> </w:t>
      </w:r>
      <w:r>
        <w:rPr>
          <w:b w:val="0"/>
          <w:i w:val="0"/>
          <w:sz w:val="19"/>
          <w:spacing w:val="0"/>
          <w:w w:val="100"/>
          <w:rFonts w:ascii="Arial" w:hAnsi="Arial"/>
          <w:caps w:val="0"/>
        </w:rPr>
        <w:t>team</w:t>
      </w:r>
      <w:r>
        <w:rPr>
          <w:b w:val="0"/>
          <w:i w:val="0"/>
          <w:sz w:val="19"/>
          <w:spacing w:val="0"/>
          <w:w w:val="100"/>
          <w:rFonts w:ascii="Arial" w:hAnsi="Arial"/>
          <w:caps w:val="0"/>
        </w:rPr>
        <w:t> </w:t>
      </w:r>
      <w:r>
        <w:rPr>
          <w:b w:val="0"/>
          <w:i w:val="0"/>
          <w:sz w:val="19"/>
          <w:spacing w:val="0"/>
          <w:w w:val="100"/>
          <w:rFonts w:ascii="Arial" w:hAnsi="Arial"/>
          <w:caps w:val="0"/>
        </w:rPr>
        <w:t>in</w:t>
      </w:r>
      <w:r>
        <w:rPr>
          <w:b w:val="0"/>
          <w:i w:val="0"/>
          <w:sz w:val="19"/>
          <w:spacing w:val="0"/>
          <w:w w:val="100"/>
          <w:rFonts w:ascii="Arial" w:hAnsi="Arial"/>
          <w:caps w:val="0"/>
        </w:rPr>
        <w:t> </w:t>
      </w:r>
      <w:r>
        <w:rPr>
          <w:b w:val="0"/>
          <w:i w:val="0"/>
          <w:sz w:val="19"/>
          <w:spacing w:val="0"/>
          <w:w w:val="100"/>
          <w:rFonts w:ascii="Arial" w:hAnsi="Arial"/>
          <w:caps w:val="0"/>
        </w:rPr>
        <w:t>obtaining</w:t>
      </w:r>
      <w:r>
        <w:rPr>
          <w:b w:val="0"/>
          <w:i w:val="0"/>
          <w:sz w:val="19"/>
          <w:spacing w:val="0"/>
          <w:w w:val="100"/>
          <w:rFonts w:ascii="Arial" w:hAnsi="Arial"/>
          <w:caps w:val="0"/>
        </w:rPr>
        <w:t> </w:t>
      </w:r>
      <w:r>
        <w:rPr>
          <w:b w:val="0"/>
          <w:i w:val="0"/>
          <w:sz w:val="19"/>
          <w:spacing w:val="0"/>
          <w:w w:val="100"/>
          <w:rFonts w:ascii="Arial" w:hAnsi="Arial"/>
          <w:caps w:val="0"/>
        </w:rPr>
        <w:t>relevant</w:t>
      </w:r>
      <w:r>
        <w:rPr>
          <w:b w:val="0"/>
          <w:i w:val="0"/>
          <w:sz w:val="19"/>
          <w:spacing w:val="0"/>
          <w:w w:val="100"/>
          <w:rFonts w:ascii="Arial" w:hAnsi="Arial"/>
          <w:caps w:val="0"/>
        </w:rPr>
        <w:t> </w:t>
      </w:r>
      <w:r>
        <w:rPr>
          <w:b w:val="0"/>
          <w:i w:val="0"/>
          <w:sz w:val="19"/>
          <w:spacing w:val="0"/>
          <w:w w:val="100"/>
          <w:rFonts w:ascii="Arial" w:hAnsi="Arial"/>
          <w:caps w:val="0"/>
        </w:rPr>
        <w:t>explanations</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documentation.</w:t>
      </w:r>
    </w:p>
    <w:p>
      <w:pPr>
        <w:spacing w:before="0" w:beforeAutospacing="0" w:after="40" w:afterAutospacing="0" w:lineRule="auto" w:line="240"/>
        <w:rPr>
          <w:b val="0"/>
          <w:i val="0"/>
          <w:sz val="20"/>
          <w:spacing val="0"/>
          <w:w val="100"/>
          <w:caps val="0"/>
        </w:rPr>
        <w:snapToGrid w:val="0"/>
        <w:ind w:left="259" w:hanging="173"/>
        <w:textAlignment w:val="baseline"/>
      </w:pPr>
      <w:r>
        <w:rPr>
          <w:b w:val="1"/>
          <w:i w:val="0"/>
          <w:sz w:val="19"/>
          <w:spacing w:val="0"/>
          <w:w w:val="100"/>
          <w:rFonts w:ascii="Arial" w:hAnsi="Arial"/>
          <w:caps w:val="0"/>
        </w:rPr>
        <w:t>•</w:t>
      </w:r>
      <w:r>
        <w:rPr>
          <w:b w:val="1"/>
          <w:i w:val="0"/>
          <w:sz w:val="19"/>
          <w:spacing w:val="0"/>
          <w:w w:val="100"/>
          <w:rFonts w:ascii="Arial" w:hAnsi="Arial"/>
          <w:caps w:val="0"/>
        </w:rPr>
        <w:t> </w:t>
      </w:r>
      <w:r>
        <w:rPr>
          <w:b w:val="0"/>
          <w:i w:val="0"/>
          <w:sz w:val="19"/>
          <w:spacing w:val="0"/>
          <w:w w:val="100"/>
          <w:rFonts w:ascii="Arial" w:hAnsi="Arial"/>
          <w:caps w:val="0"/>
        </w:rPr>
        <w:t>Assisted</w:t>
      </w:r>
      <w:r>
        <w:rPr>
          <w:b w:val="0"/>
          <w:i w:val="0"/>
          <w:sz w:val="19"/>
          <w:spacing w:val="0"/>
          <w:w w:val="100"/>
          <w:rFonts w:ascii="Arial" w:hAnsi="Arial"/>
          <w:caps w:val="0"/>
        </w:rPr>
        <w:t> </w:t>
      </w:r>
      <w:r>
        <w:rPr>
          <w:b w:val="0"/>
          <w:i w:val="0"/>
          <w:sz w:val="19"/>
          <w:spacing w:val="0"/>
          <w:w w:val="100"/>
          <w:rFonts w:ascii="Arial" w:hAnsi="Arial"/>
          <w:caps w:val="0"/>
        </w:rPr>
        <w:t>with</w:t>
      </w:r>
      <w:r>
        <w:rPr>
          <w:b w:val="0"/>
          <w:i w:val="0"/>
          <w:sz w:val="19"/>
          <w:spacing w:val="0"/>
          <w:w w:val="100"/>
          <w:rFonts w:ascii="Arial" w:hAnsi="Arial"/>
          <w:caps w:val="0"/>
        </w:rPr>
        <w:t> </w:t>
      </w:r>
      <w:r>
        <w:rPr>
          <w:b w:val="0"/>
          <w:i w:val="0"/>
          <w:sz w:val="19"/>
          <w:spacing w:val="0"/>
          <w:w w:val="100"/>
          <w:rFonts w:ascii="Arial" w:hAnsi="Arial"/>
          <w:caps w:val="0"/>
        </w:rPr>
        <w:t>client</w:t>
      </w:r>
      <w:r>
        <w:rPr>
          <w:b w:val="0"/>
          <w:i w:val="0"/>
          <w:sz w:val="19"/>
          <w:spacing w:val="0"/>
          <w:w w:val="100"/>
          <w:rFonts w:ascii="Arial" w:hAnsi="Arial"/>
          <w:caps w:val="0"/>
        </w:rPr>
        <w:t> </w:t>
      </w:r>
      <w:r>
        <w:rPr>
          <w:b w:val="0"/>
          <w:i w:val="0"/>
          <w:sz w:val="19"/>
          <w:spacing w:val="0"/>
          <w:w w:val="100"/>
          <w:rFonts w:ascii="Arial" w:hAnsi="Arial"/>
          <w:caps w:val="0"/>
        </w:rPr>
        <w:t>records,</w:t>
      </w:r>
      <w:r>
        <w:rPr>
          <w:b w:val="0"/>
          <w:i w:val="0"/>
          <w:sz w:val="19"/>
          <w:spacing w:val="0"/>
          <w:w w:val="100"/>
          <w:rFonts w:ascii="Arial" w:hAnsi="Arial"/>
          <w:caps w:val="0"/>
        </w:rPr>
        <w:t> </w:t>
      </w:r>
      <w:r>
        <w:rPr>
          <w:b w:val="0"/>
          <w:i w:val="0"/>
          <w:sz w:val="19"/>
          <w:spacing w:val="0"/>
          <w:w w:val="100"/>
          <w:rFonts w:ascii="Arial" w:hAnsi="Arial"/>
          <w:caps w:val="0"/>
        </w:rPr>
        <w:t>schedules</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other</w:t>
      </w:r>
      <w:r>
        <w:rPr>
          <w:b w:val="0"/>
          <w:i w:val="0"/>
          <w:sz w:val="19"/>
          <w:spacing w:val="0"/>
          <w:w w:val="100"/>
          <w:rFonts w:ascii="Arial" w:hAnsi="Arial"/>
          <w:caps w:val="0"/>
        </w:rPr>
        <w:t> </w:t>
      </w:r>
      <w:r>
        <w:rPr>
          <w:b w:val="0"/>
          <w:i w:val="0"/>
          <w:sz w:val="19"/>
          <w:spacing w:val="0"/>
          <w:w w:val="100"/>
          <w:rFonts w:ascii="Arial" w:hAnsi="Arial"/>
          <w:caps w:val="0"/>
        </w:rPr>
        <w:t>information</w:t>
      </w:r>
      <w:r>
        <w:rPr>
          <w:b w:val="0"/>
          <w:i w:val="0"/>
          <w:sz w:val="19"/>
          <w:spacing w:val="0"/>
          <w:w w:val="100"/>
          <w:rFonts w:ascii="Arial" w:hAnsi="Arial"/>
          <w:caps w:val="0"/>
        </w:rPr>
        <w:t> </w:t>
      </w:r>
      <w:r>
        <w:rPr>
          <w:b w:val="0"/>
          <w:i w:val="0"/>
          <w:sz w:val="19"/>
          <w:spacing w:val="0"/>
          <w:w w:val="100"/>
          <w:rFonts w:ascii="Arial" w:hAnsi="Arial"/>
          <w:caps w:val="0"/>
        </w:rPr>
        <w:t>required</w:t>
      </w:r>
      <w:r>
        <w:rPr>
          <w:b w:val="0"/>
          <w:i w:val="0"/>
          <w:sz w:val="19"/>
          <w:spacing w:val="0"/>
          <w:w w:val="100"/>
          <w:rFonts w:ascii="Arial" w:hAnsi="Arial"/>
          <w:caps w:val="0"/>
        </w:rPr>
        <w:t> </w:t>
      </w:r>
      <w:r>
        <w:rPr>
          <w:b w:val="0"/>
          <w:i w:val="0"/>
          <w:sz w:val="19"/>
          <w:spacing w:val="0"/>
          <w:w w:val="100"/>
          <w:rFonts w:ascii="Arial" w:hAnsi="Arial"/>
          <w:caps w:val="0"/>
        </w:rPr>
        <w:t>during</w:t>
      </w:r>
      <w:r>
        <w:rPr>
          <w:b w:val="0"/>
          <w:i w:val="0"/>
          <w:sz w:val="19"/>
          <w:spacing w:val="0"/>
          <w:w w:val="100"/>
          <w:rFonts w:ascii="Arial" w:hAnsi="Arial"/>
          <w:caps w:val="0"/>
        </w:rPr>
        <w:t> </w:t>
      </w:r>
      <w:r>
        <w:rPr>
          <w:b w:val="0"/>
          <w:i w:val="0"/>
          <w:sz w:val="19"/>
          <w:spacing w:val="0"/>
          <w:w w:val="100"/>
          <w:rFonts w:ascii="Arial" w:hAnsi="Arial"/>
          <w:caps w:val="0"/>
        </w:rPr>
        <w:t>audit</w:t>
      </w:r>
      <w:r>
        <w:rPr>
          <w:b w:val="0"/>
          <w:i w:val="0"/>
          <w:sz w:val="19"/>
          <w:spacing w:val="0"/>
          <w:w w:val="100"/>
          <w:rFonts w:ascii="Arial" w:hAnsi="Arial"/>
          <w:caps w:val="0"/>
        </w:rPr>
        <w:t> </w:t>
      </w:r>
      <w:r>
        <w:rPr>
          <w:b w:val="0"/>
          <w:i w:val="0"/>
          <w:sz w:val="19"/>
          <w:spacing w:val="0"/>
          <w:w w:val="100"/>
          <w:rFonts w:ascii="Arial" w:hAnsi="Arial"/>
          <w:caps w:val="0"/>
        </w:rPr>
        <w:t>assignments.</w:t>
      </w:r>
    </w:p>
    <w:p>
      <w:pPr>
        <w:spacing w:before="0" w:beforeAutospacing="0" w:after="40" w:afterAutospacing="0" w:lineRule="auto" w:line="240"/>
        <w:rPr>
          <w:b val="0"/>
          <w:i val="0"/>
          <w:sz val="20"/>
          <w:spacing val="0"/>
          <w:w val="100"/>
          <w:caps val="0"/>
        </w:rPr>
        <w:snapToGrid w:val="0"/>
        <w:ind w:left="259" w:hanging="173"/>
        <w:textAlignment w:val="baseline"/>
      </w:pPr>
      <w:r>
        <w:rPr>
          <w:b w:val="1"/>
          <w:i w:val="0"/>
          <w:sz w:val="19"/>
          <w:spacing w:val="0"/>
          <w:w w:val="100"/>
          <w:rFonts w:ascii="Arial" w:hAnsi="Arial"/>
          <w:caps w:val="0"/>
        </w:rPr>
        <w:t>•</w:t>
      </w:r>
      <w:r>
        <w:rPr>
          <w:b w:val="1"/>
          <w:i w:val="0"/>
          <w:sz w:val="19"/>
          <w:spacing w:val="0"/>
          <w:w w:val="100"/>
          <w:rFonts w:ascii="Arial" w:hAnsi="Arial"/>
          <w:caps w:val="0"/>
        </w:rPr>
        <w:t> </w:t>
      </w:r>
      <w:r>
        <w:rPr>
          <w:b w:val="0"/>
          <w:i w:val="0"/>
          <w:sz w:val="19"/>
          <w:spacing w:val="0"/>
          <w:w w:val="100"/>
          <w:rFonts w:ascii="Arial" w:hAnsi="Arial"/>
          <w:caps w:val="0"/>
        </w:rPr>
        <w:t>Supported</w:t>
      </w:r>
      <w:r>
        <w:rPr>
          <w:b w:val="0"/>
          <w:i w:val="0"/>
          <w:sz w:val="19"/>
          <w:spacing w:val="0"/>
          <w:w w:val="100"/>
          <w:rFonts w:ascii="Arial" w:hAnsi="Arial"/>
          <w:caps w:val="0"/>
        </w:rPr>
        <w:t> </w:t>
      </w:r>
      <w:r>
        <w:rPr>
          <w:b w:val="0"/>
          <w:i w:val="0"/>
          <w:sz w:val="19"/>
          <w:spacing w:val="0"/>
          <w:w w:val="100"/>
          <w:rFonts w:ascii="Arial" w:hAnsi="Arial"/>
          <w:caps w:val="0"/>
        </w:rPr>
        <w:t>compliance</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financial-control</w:t>
      </w:r>
      <w:r>
        <w:rPr>
          <w:b w:val="0"/>
          <w:i w:val="0"/>
          <w:sz w:val="19"/>
          <w:spacing w:val="0"/>
          <w:w w:val="100"/>
          <w:rFonts w:ascii="Arial" w:hAnsi="Arial"/>
          <w:caps w:val="0"/>
        </w:rPr>
        <w:t> </w:t>
      </w:r>
      <w:r>
        <w:rPr>
          <w:b w:val="0"/>
          <w:i w:val="0"/>
          <w:sz w:val="19"/>
          <w:spacing w:val="0"/>
          <w:w w:val="100"/>
          <w:rFonts w:ascii="Arial" w:hAnsi="Arial"/>
          <w:caps w:val="0"/>
        </w:rPr>
        <w:t>reviews</w:t>
      </w:r>
      <w:r>
        <w:rPr>
          <w:b w:val="0"/>
          <w:i w:val="0"/>
          <w:sz w:val="19"/>
          <w:spacing w:val="0"/>
          <w:w w:val="100"/>
          <w:rFonts w:ascii="Arial" w:hAnsi="Arial"/>
          <w:caps w:val="0"/>
        </w:rPr>
        <w:t> </w:t>
      </w:r>
      <w:r>
        <w:rPr>
          <w:b w:val="0"/>
          <w:i w:val="0"/>
          <w:sz w:val="19"/>
          <w:spacing w:val="0"/>
          <w:w w:val="100"/>
          <w:rFonts w:ascii="Arial" w:hAnsi="Arial"/>
          <w:caps w:val="0"/>
        </w:rPr>
        <w:t>in</w:t>
      </w:r>
      <w:r>
        <w:rPr>
          <w:b w:val="0"/>
          <w:i w:val="0"/>
          <w:sz w:val="19"/>
          <w:spacing w:val="0"/>
          <w:w w:val="100"/>
          <w:rFonts w:ascii="Arial" w:hAnsi="Arial"/>
          <w:caps w:val="0"/>
        </w:rPr>
        <w:t> </w:t>
      </w:r>
      <w:r>
        <w:rPr>
          <w:b w:val="0"/>
          <w:i w:val="0"/>
          <w:sz w:val="19"/>
          <w:spacing w:val="0"/>
          <w:w w:val="100"/>
          <w:rFonts w:ascii="Arial" w:hAnsi="Arial"/>
          <w:caps w:val="0"/>
        </w:rPr>
        <w:t>line</w:t>
      </w:r>
      <w:r>
        <w:rPr>
          <w:b w:val="0"/>
          <w:i w:val="0"/>
          <w:sz w:val="19"/>
          <w:spacing w:val="0"/>
          <w:w w:val="100"/>
          <w:rFonts w:ascii="Arial" w:hAnsi="Arial"/>
          <w:caps w:val="0"/>
        </w:rPr>
        <w:t> </w:t>
      </w:r>
      <w:r>
        <w:rPr>
          <w:b w:val="0"/>
          <w:i w:val="0"/>
          <w:sz w:val="19"/>
          <w:spacing w:val="0"/>
          <w:w w:val="100"/>
          <w:rFonts w:ascii="Arial" w:hAnsi="Arial"/>
          <w:caps w:val="0"/>
        </w:rPr>
        <w:t>with</w:t>
      </w:r>
      <w:r>
        <w:rPr>
          <w:b w:val="0"/>
          <w:i w:val="0"/>
          <w:sz w:val="19"/>
          <w:spacing w:val="0"/>
          <w:w w:val="100"/>
          <w:rFonts w:ascii="Arial" w:hAnsi="Arial"/>
          <w:caps w:val="0"/>
        </w:rPr>
        <w:t> </w:t>
      </w:r>
      <w:r>
        <w:rPr>
          <w:b w:val="0"/>
          <w:i w:val="0"/>
          <w:sz w:val="19"/>
          <w:spacing w:val="0"/>
          <w:w w:val="100"/>
          <w:rFonts w:ascii="Arial" w:hAnsi="Arial"/>
          <w:caps w:val="0"/>
        </w:rPr>
        <w:t>engagement</w:t>
      </w:r>
      <w:r>
        <w:rPr>
          <w:b w:val="0"/>
          <w:i w:val="0"/>
          <w:sz w:val="19"/>
          <w:spacing w:val="0"/>
          <w:w w:val="100"/>
          <w:rFonts w:ascii="Arial" w:hAnsi="Arial"/>
          <w:caps w:val="0"/>
        </w:rPr>
        <w:t> </w:t>
      </w:r>
      <w:r>
        <w:rPr>
          <w:b w:val="0"/>
          <w:i w:val="0"/>
          <w:sz w:val="19"/>
          <w:spacing w:val="0"/>
          <w:w w:val="100"/>
          <w:rFonts w:ascii="Arial" w:hAnsi="Arial"/>
          <w:caps w:val="0"/>
        </w:rPr>
        <w:t>requirements.</w:t>
      </w:r>
    </w:p>
    <w:p>
      <w:pPr>
        <w:spacing w:before="0" w:beforeAutospacing="0" w:after="40" w:afterAutospacing="0" w:lineRule="auto" w:line="240"/>
        <w:rPr>
          <w:b val="0"/>
          <w:i val="0"/>
          <w:sz val="20"/>
          <w:spacing val="0"/>
          <w:w val="100"/>
          <w:caps val="0"/>
        </w:rPr>
        <w:snapToGrid w:val="0"/>
        <w:ind w:left="259" w:hanging="173"/>
        <w:textAlignment w:val="baseline"/>
      </w:pPr>
      <w:r>
        <w:rPr>
          <w:b w:val="1"/>
          <w:i w:val="0"/>
          <w:sz w:val="19"/>
          <w:spacing w:val="0"/>
          <w:w w:val="100"/>
          <w:rFonts w:ascii="Arial" w:hAnsi="Arial"/>
          <w:caps w:val="0"/>
        </w:rPr>
        <w:t>•</w:t>
      </w:r>
      <w:r>
        <w:rPr>
          <w:b w:val="1"/>
          <w:i w:val="0"/>
          <w:sz w:val="19"/>
          <w:spacing w:val="0"/>
          <w:w w:val="100"/>
          <w:rFonts w:ascii="Arial" w:hAnsi="Arial"/>
          <w:caps w:val="0"/>
        </w:rPr>
        <w:t> </w:t>
      </w:r>
      <w:r>
        <w:rPr>
          <w:b w:val="0"/>
          <w:i w:val="0"/>
          <w:sz w:val="19"/>
          <w:spacing w:val="0"/>
          <w:w w:val="100"/>
          <w:rFonts w:ascii="Arial" w:hAnsi="Arial"/>
          <w:caps w:val="0"/>
        </w:rPr>
        <w:t>Worked</w:t>
      </w:r>
      <w:r>
        <w:rPr>
          <w:b w:val="0"/>
          <w:i w:val="0"/>
          <w:sz w:val="19"/>
          <w:spacing w:val="0"/>
          <w:w w:val="100"/>
          <w:rFonts w:ascii="Arial" w:hAnsi="Arial"/>
          <w:caps w:val="0"/>
        </w:rPr>
        <w:t> </w:t>
      </w:r>
      <w:r>
        <w:rPr>
          <w:b w:val="0"/>
          <w:i w:val="0"/>
          <w:sz w:val="19"/>
          <w:spacing w:val="0"/>
          <w:w w:val="100"/>
          <w:rFonts w:ascii="Arial" w:hAnsi="Arial"/>
          <w:caps w:val="0"/>
        </w:rPr>
        <w:t>with</w:t>
      </w:r>
      <w:r>
        <w:rPr>
          <w:b w:val="0"/>
          <w:i w:val="0"/>
          <w:sz w:val="19"/>
          <w:spacing w:val="0"/>
          <w:w w:val="100"/>
          <w:rFonts w:ascii="Arial" w:hAnsi="Arial"/>
          <w:caps w:val="0"/>
        </w:rPr>
        <w:t> </w:t>
      </w:r>
      <w:r>
        <w:rPr>
          <w:b w:val="0"/>
          <w:i w:val="0"/>
          <w:sz w:val="19"/>
          <w:spacing w:val="0"/>
          <w:w w:val="100"/>
          <w:rFonts w:ascii="Arial" w:hAnsi="Arial"/>
          <w:caps w:val="0"/>
        </w:rPr>
        <w:t>senior</w:t>
      </w:r>
      <w:r>
        <w:rPr>
          <w:b w:val="0"/>
          <w:i w:val="0"/>
          <w:sz w:val="19"/>
          <w:spacing w:val="0"/>
          <w:w w:val="100"/>
          <w:rFonts w:ascii="Arial" w:hAnsi="Arial"/>
          <w:caps w:val="0"/>
        </w:rPr>
        <w:t> </w:t>
      </w:r>
      <w:r>
        <w:rPr>
          <w:b w:val="0"/>
          <w:i w:val="0"/>
          <w:sz w:val="19"/>
          <w:spacing w:val="0"/>
          <w:w w:val="100"/>
          <w:rFonts w:ascii="Arial" w:hAnsi="Arial"/>
          <w:caps w:val="0"/>
        </w:rPr>
        <w:t>team</w:t>
      </w:r>
      <w:r>
        <w:rPr>
          <w:b w:val="0"/>
          <w:i w:val="0"/>
          <w:sz w:val="19"/>
          <w:spacing w:val="0"/>
          <w:w w:val="100"/>
          <w:rFonts w:ascii="Arial" w:hAnsi="Arial"/>
          <w:caps w:val="0"/>
        </w:rPr>
        <w:t> </w:t>
      </w:r>
      <w:r>
        <w:rPr>
          <w:b w:val="0"/>
          <w:i w:val="0"/>
          <w:sz w:val="19"/>
          <w:spacing w:val="0"/>
          <w:w w:val="100"/>
          <w:rFonts w:ascii="Arial" w:hAnsi="Arial"/>
          <w:caps w:val="0"/>
        </w:rPr>
        <w:t>members</w:t>
      </w:r>
      <w:r>
        <w:rPr>
          <w:b w:val="0"/>
          <w:i w:val="0"/>
          <w:sz w:val="19"/>
          <w:spacing w:val="0"/>
          <w:w w:val="100"/>
          <w:rFonts w:ascii="Arial" w:hAnsi="Arial"/>
          <w:caps w:val="0"/>
        </w:rPr>
        <w:t> </w:t>
      </w:r>
      <w:r>
        <w:rPr>
          <w:b w:val="0"/>
          <w:i w:val="0"/>
          <w:sz w:val="19"/>
          <w:spacing w:val="0"/>
          <w:w w:val="100"/>
          <w:rFonts w:ascii="Arial" w:hAnsi="Arial"/>
          <w:caps w:val="0"/>
        </w:rPr>
        <w:t>to</w:t>
      </w:r>
      <w:r>
        <w:rPr>
          <w:b w:val="0"/>
          <w:i w:val="0"/>
          <w:sz w:val="19"/>
          <w:spacing w:val="0"/>
          <w:w w:val="100"/>
          <w:rFonts w:ascii="Arial" w:hAnsi="Arial"/>
          <w:caps w:val="0"/>
        </w:rPr>
        <w:t> </w:t>
      </w:r>
      <w:r>
        <w:rPr>
          <w:b w:val="0"/>
          <w:i w:val="0"/>
          <w:sz w:val="19"/>
          <w:spacing w:val="0"/>
          <w:w w:val="100"/>
          <w:rFonts w:ascii="Arial" w:hAnsi="Arial"/>
          <w:caps w:val="0"/>
        </w:rPr>
        <w:t>ensure</w:t>
      </w:r>
      <w:r>
        <w:rPr>
          <w:b w:val="0"/>
          <w:i w:val="0"/>
          <w:sz w:val="19"/>
          <w:spacing w:val="0"/>
          <w:w w:val="100"/>
          <w:rFonts w:ascii="Arial" w:hAnsi="Arial"/>
          <w:caps w:val="0"/>
        </w:rPr>
        <w:t> </w:t>
      </w:r>
      <w:r>
        <w:rPr>
          <w:b w:val="0"/>
          <w:i w:val="0"/>
          <w:sz w:val="19"/>
          <w:spacing w:val="0"/>
          <w:w w:val="100"/>
          <w:rFonts w:ascii="Arial" w:hAnsi="Arial"/>
          <w:caps w:val="0"/>
        </w:rPr>
        <w:t>assignments</w:t>
      </w:r>
      <w:r>
        <w:rPr>
          <w:b w:val="0"/>
          <w:i w:val="0"/>
          <w:sz w:val="19"/>
          <w:spacing w:val="0"/>
          <w:w w:val="100"/>
          <w:rFonts w:ascii="Arial" w:hAnsi="Arial"/>
          <w:caps w:val="0"/>
        </w:rPr>
        <w:t> </w:t>
      </w:r>
      <w:r>
        <w:rPr>
          <w:b w:val="0"/>
          <w:i w:val="0"/>
          <w:sz w:val="19"/>
          <w:spacing w:val="0"/>
          <w:w w:val="100"/>
          <w:rFonts w:ascii="Arial" w:hAnsi="Arial"/>
          <w:caps w:val="0"/>
        </w:rPr>
        <w:t>were</w:t>
      </w:r>
      <w:r>
        <w:rPr>
          <w:b w:val="0"/>
          <w:i w:val="0"/>
          <w:sz w:val="19"/>
          <w:spacing w:val="0"/>
          <w:w w:val="100"/>
          <w:rFonts w:ascii="Arial" w:hAnsi="Arial"/>
          <w:caps w:val="0"/>
        </w:rPr>
        <w:t> </w:t>
      </w:r>
      <w:r>
        <w:rPr>
          <w:b w:val="0"/>
          <w:i w:val="0"/>
          <w:sz w:val="19"/>
          <w:spacing w:val="0"/>
          <w:w w:val="100"/>
          <w:rFonts w:ascii="Arial" w:hAnsi="Arial"/>
          <w:caps w:val="0"/>
        </w:rPr>
        <w:t>properly</w:t>
      </w:r>
      <w:r>
        <w:rPr>
          <w:b w:val="0"/>
          <w:i w:val="0"/>
          <w:sz w:val="19"/>
          <w:spacing w:val="0"/>
          <w:w w:val="100"/>
          <w:rFonts w:ascii="Arial" w:hAnsi="Arial"/>
          <w:caps w:val="0"/>
        </w:rPr>
        <w:t> </w:t>
      </w:r>
      <w:r>
        <w:rPr>
          <w:b w:val="0"/>
          <w:i w:val="0"/>
          <w:sz w:val="19"/>
          <w:spacing w:val="0"/>
          <w:w w:val="100"/>
          <w:rFonts w:ascii="Arial" w:hAnsi="Arial"/>
          <w:caps w:val="0"/>
        </w:rPr>
        <w:t>documented</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completed.</w:t>
      </w:r>
    </w:p>
    <w:p>
      <w:pPr>
        <w:spacing w:before="80" w:beforeAutospacing="0" w:after="40" w:afterAutospacing="0" w:lineRule="auto" w:line="240"/>
        <w:rPr>
          <w:b val="0"/>
          <w:i val="0"/>
          <w:sz val="20"/>
          <w:spacing val="0"/>
          <w:w val="100"/>
          <w:caps val="0"/>
        </w:rPr>
        <w:snapToGrid w:val="0"/>
        <w:textAlignment w:val="baseline"/>
      </w:pPr>
      <w:r>
        <w:rPr>
          <w:b w:val="1"/>
          <w:i w:val="0"/>
          <w:sz w:val="19"/>
          <w:spacing w:val="0"/>
          <w:w w:val="100"/>
          <w:rFonts w:ascii="Arial" w:hAnsi="Arial"/>
          <w:caps w:val="0"/>
        </w:rPr>
        <w:t>SPECTRUM</w:t>
      </w:r>
      <w:r>
        <w:rPr>
          <w:b w:val="1"/>
          <w:i w:val="0"/>
          <w:sz w:val="19"/>
          <w:spacing w:val="0"/>
          <w:w w:val="100"/>
          <w:rFonts w:ascii="Arial" w:hAnsi="Arial"/>
          <w:caps w:val="0"/>
        </w:rPr>
        <w:t> </w:t>
      </w:r>
      <w:r>
        <w:rPr>
          <w:b w:val="1"/>
          <w:i w:val="0"/>
          <w:sz w:val="19"/>
          <w:spacing w:val="0"/>
          <w:w w:val="100"/>
          <w:rFonts w:ascii="Arial" w:hAnsi="Arial"/>
          <w:caps w:val="0"/>
        </w:rPr>
        <w:t>BOOKS</w:t>
      </w:r>
      <w:r>
        <w:rPr>
          <w:b w:val="1"/>
          <w:i w:val="0"/>
          <w:sz w:val="19"/>
          <w:spacing w:val="0"/>
          <w:w w:val="100"/>
          <w:rFonts w:ascii="Arial" w:hAnsi="Arial"/>
          <w:caps w:val="0"/>
        </w:rPr>
        <w:t> </w:t>
      </w:r>
      <w:r>
        <w:rPr>
          <w:b w:val="1"/>
          <w:i w:val="0"/>
          <w:sz w:val="19"/>
          <w:spacing w:val="0"/>
          <w:w w:val="100"/>
          <w:rFonts w:ascii="Arial" w:hAnsi="Arial"/>
          <w:caps w:val="0"/>
        </w:rPr>
        <w:t>LIMITED</w:t>
      </w:r>
      <w:r>
        <w:rPr>
          <w:b w:val="1"/>
          <w:i w:val="0"/>
          <w:sz w:val="19"/>
          <w:spacing w:val="0"/>
          <w:w w:val="100"/>
          <w:rFonts w:ascii="Arial" w:hAnsi="Arial"/>
          <w:caps w:val="0"/>
        </w:rPr>
        <w:t> </w:t>
      </w:r>
      <w:r>
        <w:rPr>
          <w:b w:val="1"/>
          <w:i w:val="0"/>
          <w:sz w:val="19"/>
          <w:spacing w:val="0"/>
          <w:w w:val="100"/>
          <w:rFonts w:ascii="Arial" w:hAnsi="Arial"/>
          <w:caps w:val="0"/>
        </w:rPr>
        <w:t>|</w:t>
      </w:r>
      <w:r>
        <w:rPr>
          <w:b w:val="1"/>
          <w:i w:val="0"/>
          <w:sz w:val="19"/>
          <w:spacing w:val="0"/>
          <w:w w:val="100"/>
          <w:rFonts w:ascii="Arial" w:hAnsi="Arial"/>
          <w:caps w:val="0"/>
        </w:rPr>
        <w:t> </w:t>
      </w:r>
      <w:r>
        <w:rPr>
          <w:b w:val="1"/>
          <w:i w:val="0"/>
          <w:sz w:val="19"/>
          <w:spacing w:val="0"/>
          <w:w w:val="100"/>
          <w:rFonts w:ascii="Arial" w:hAnsi="Arial"/>
          <w:caps w:val="0"/>
        </w:rPr>
        <w:t>Accounts</w:t>
      </w:r>
      <w:r>
        <w:rPr>
          <w:b w:val="1"/>
          <w:i w:val="0"/>
          <w:sz w:val="19"/>
          <w:spacing w:val="0"/>
          <w:w w:val="100"/>
          <w:rFonts w:ascii="Arial" w:hAnsi="Arial"/>
          <w:caps w:val="0"/>
        </w:rPr>
        <w:t> </w:t>
      </w:r>
      <w:r>
        <w:rPr>
          <w:b w:val="1"/>
          <w:i w:val="0"/>
          <w:sz w:val="19"/>
          <w:spacing w:val="0"/>
          <w:w w:val="100"/>
          <w:rFonts w:ascii="Arial" w:hAnsi="Arial"/>
          <w:caps w:val="0"/>
        </w:rPr>
        <w:t>/</w:t>
      </w:r>
      <w:r>
        <w:rPr>
          <w:b w:val="1"/>
          <w:i w:val="0"/>
          <w:sz w:val="19"/>
          <w:spacing w:val="0"/>
          <w:w w:val="100"/>
          <w:rFonts w:ascii="Arial" w:hAnsi="Arial"/>
          <w:caps w:val="0"/>
        </w:rPr>
        <w:t> </w:t>
      </w:r>
      <w:r>
        <w:rPr>
          <w:b w:val="1"/>
          <w:i w:val="0"/>
          <w:sz w:val="19"/>
          <w:spacing w:val="0"/>
          <w:w w:val="100"/>
          <w:rFonts w:ascii="Arial" w:hAnsi="Arial"/>
          <w:caps w:val="0"/>
        </w:rPr>
        <w:t>Finance</w:t>
      </w:r>
      <w:r>
        <w:rPr>
          <w:b w:val="1"/>
          <w:i w:val="0"/>
          <w:sz w:val="19"/>
          <w:spacing w:val="0"/>
          <w:w w:val="100"/>
          <w:rFonts w:ascii="Arial" w:hAnsi="Arial"/>
          <w:caps w:val="0"/>
        </w:rPr>
        <w:t> </w:t>
      </w:r>
      <w:r>
        <w:rPr>
          <w:b w:val="1"/>
          <w:i w:val="0"/>
          <w:sz w:val="19"/>
          <w:spacing w:val="0"/>
          <w:w w:val="100"/>
          <w:rFonts w:ascii="Arial" w:hAnsi="Arial"/>
          <w:caps w:val="0"/>
        </w:rPr>
        <w:t>Professional</w:t>
      </w:r>
      <w:r>
        <w:rPr>
          <w:b w:val="0"/>
          <w:i w:val="0"/>
          <w:sz w:val="19"/>
          <w:spacing w:val="0"/>
          <w:w w:val="100"/>
          <w:rFonts w:ascii="Arial" w:hAnsi="Arial"/>
          <w:caps w:val="0"/>
        </w:rPr>
        <w:t>    </w:t>
      </w:r>
      <w:r>
        <w:rPr>
          <w:b w:val="0"/>
          <w:i w:val="0"/>
          <w:sz w:val="19"/>
          <w:spacing w:val="0"/>
          <w:w w:val="100"/>
          <w:rFonts w:ascii="Arial" w:hAnsi="Arial"/>
          <w:caps w:val="0"/>
        </w:rPr>
        <w:t>March</w:t>
      </w:r>
      <w:r>
        <w:rPr>
          <w:b w:val="0"/>
          <w:i w:val="0"/>
          <w:sz w:val="19"/>
          <w:spacing w:val="0"/>
          <w:w w:val="100"/>
          <w:rFonts w:ascii="Arial" w:hAnsi="Arial"/>
          <w:caps w:val="0"/>
        </w:rPr>
        <w:t> </w:t>
      </w:r>
      <w:r>
        <w:rPr>
          <w:b w:val="0"/>
          <w:i w:val="0"/>
          <w:sz w:val="19"/>
          <w:spacing w:val="0"/>
          <w:w w:val="100"/>
          <w:rFonts w:ascii="Arial" w:hAnsi="Arial"/>
          <w:caps w:val="0"/>
        </w:rPr>
        <w:t>2024</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March</w:t>
      </w:r>
      <w:r>
        <w:rPr>
          <w:b w:val="0"/>
          <w:i w:val="0"/>
          <w:sz w:val="19"/>
          <w:spacing w:val="0"/>
          <w:w w:val="100"/>
          <w:rFonts w:ascii="Arial" w:hAnsi="Arial"/>
          <w:caps w:val="0"/>
        </w:rPr>
        <w:t> </w:t>
      </w:r>
      <w:r>
        <w:rPr>
          <w:b w:val="0"/>
          <w:i w:val="0"/>
          <w:sz w:val="19"/>
          <w:spacing w:val="0"/>
          <w:w w:val="100"/>
          <w:rFonts w:ascii="Arial" w:hAnsi="Arial"/>
          <w:caps w:val="0"/>
        </w:rPr>
        <w:t>2025</w:t>
      </w:r>
    </w:p>
    <w:p>
      <w:pPr>
        <w:spacing w:before="0" w:beforeAutospacing="0" w:after="40" w:afterAutospacing="0" w:lineRule="auto" w:line="240"/>
        <w:rPr>
          <w:b val="0"/>
          <w:i val="0"/>
          <w:sz val="20"/>
          <w:spacing val="0"/>
          <w:w val="100"/>
          <w:caps val="0"/>
        </w:rPr>
        <w:snapToGrid w:val="0"/>
        <w:ind w:left="259" w:hanging="173"/>
        <w:textAlignment w:val="baseline"/>
      </w:pPr>
      <w:r>
        <w:rPr>
          <w:b w:val="1"/>
          <w:i w:val="0"/>
          <w:sz w:val="19"/>
          <w:spacing w:val="0"/>
          <w:w w:val="100"/>
          <w:rFonts w:ascii="Arial" w:hAnsi="Arial"/>
          <w:caps w:val="0"/>
        </w:rPr>
        <w:t>•</w:t>
      </w:r>
      <w:r>
        <w:rPr>
          <w:b w:val="1"/>
          <w:i w:val="0"/>
          <w:sz w:val="19"/>
          <w:spacing w:val="0"/>
          <w:w w:val="100"/>
          <w:rFonts w:ascii="Arial" w:hAnsi="Arial"/>
          <w:caps w:val="0"/>
        </w:rPr>
        <w:t> </w:t>
      </w:r>
      <w:r>
        <w:rPr>
          <w:b w:val="0"/>
          <w:i w:val="0"/>
          <w:sz w:val="19"/>
          <w:spacing w:val="0"/>
          <w:w w:val="100"/>
          <w:rFonts w:ascii="Arial" w:hAnsi="Arial"/>
          <w:caps w:val="0"/>
        </w:rPr>
        <w:t>Supported</w:t>
      </w:r>
      <w:r>
        <w:rPr>
          <w:b w:val="0"/>
          <w:i w:val="0"/>
          <w:sz w:val="19"/>
          <w:spacing w:val="0"/>
          <w:w w:val="100"/>
          <w:rFonts w:ascii="Arial" w:hAnsi="Arial"/>
          <w:caps w:val="0"/>
        </w:rPr>
        <w:t> </w:t>
      </w:r>
      <w:r>
        <w:rPr>
          <w:b w:val="0"/>
          <w:i w:val="0"/>
          <w:sz w:val="19"/>
          <w:spacing w:val="0"/>
          <w:w w:val="100"/>
          <w:rFonts w:ascii="Arial" w:hAnsi="Arial"/>
          <w:caps w:val="0"/>
        </w:rPr>
        <w:t>accounting</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financial</w:t>
      </w:r>
      <w:r>
        <w:rPr>
          <w:b w:val="0"/>
          <w:i w:val="0"/>
          <w:sz w:val="19"/>
          <w:spacing w:val="0"/>
          <w:w w:val="100"/>
          <w:rFonts w:ascii="Arial" w:hAnsi="Arial"/>
          <w:caps w:val="0"/>
        </w:rPr>
        <w:t> </w:t>
      </w:r>
      <w:r>
        <w:rPr>
          <w:b w:val="0"/>
          <w:i w:val="0"/>
          <w:sz w:val="19"/>
          <w:spacing w:val="0"/>
          <w:w w:val="100"/>
          <w:rFonts w:ascii="Arial" w:hAnsi="Arial"/>
          <w:caps w:val="0"/>
        </w:rPr>
        <w:t>record-keeping</w:t>
      </w:r>
      <w:r>
        <w:rPr>
          <w:b w:val="0"/>
          <w:i w:val="0"/>
          <w:sz w:val="19"/>
          <w:spacing w:val="0"/>
          <w:w w:val="100"/>
          <w:rFonts w:ascii="Arial" w:hAnsi="Arial"/>
          <w:caps w:val="0"/>
        </w:rPr>
        <w:t> </w:t>
      </w:r>
      <w:r>
        <w:rPr>
          <w:b w:val="0"/>
          <w:i w:val="0"/>
          <w:sz w:val="19"/>
          <w:spacing w:val="0"/>
          <w:w w:val="100"/>
          <w:rFonts w:ascii="Arial" w:hAnsi="Arial"/>
          <w:caps w:val="0"/>
        </w:rPr>
        <w:t>activities.</w:t>
      </w:r>
    </w:p>
    <w:p>
      <w:pPr>
        <w:spacing w:before="0" w:beforeAutospacing="0" w:after="40" w:afterAutospacing="0" w:lineRule="auto" w:line="240"/>
        <w:rPr>
          <w:b val="0"/>
          <w:i val="0"/>
          <w:sz val="20"/>
          <w:spacing val="0"/>
          <w:w val="100"/>
          <w:caps val="0"/>
        </w:rPr>
        <w:snapToGrid w:val="0"/>
        <w:ind w:left="259" w:hanging="173"/>
        <w:textAlignment w:val="baseline"/>
      </w:pPr>
      <w:r>
        <w:rPr>
          <w:b w:val="1"/>
          <w:i w:val="0"/>
          <w:sz w:val="19"/>
          <w:spacing w:val="0"/>
          <w:w w:val="100"/>
          <w:rFonts w:ascii="Arial" w:hAnsi="Arial"/>
          <w:caps w:val="0"/>
        </w:rPr>
        <w:t>•</w:t>
      </w:r>
      <w:r>
        <w:rPr>
          <w:b w:val="1"/>
          <w:i w:val="0"/>
          <w:sz w:val="19"/>
          <w:spacing w:val="0"/>
          <w:w w:val="100"/>
          <w:rFonts w:ascii="Arial" w:hAnsi="Arial"/>
          <w:caps w:val="0"/>
        </w:rPr>
        <w:t> </w:t>
      </w:r>
      <w:r>
        <w:rPr>
          <w:b w:val="0"/>
          <w:i w:val="0"/>
          <w:sz w:val="19"/>
          <w:spacing w:val="0"/>
          <w:w w:val="100"/>
          <w:rFonts w:ascii="Arial" w:hAnsi="Arial"/>
          <w:caps w:val="0"/>
        </w:rPr>
        <w:t>Assisted</w:t>
      </w:r>
      <w:r>
        <w:rPr>
          <w:b w:val="0"/>
          <w:i w:val="0"/>
          <w:sz w:val="19"/>
          <w:spacing w:val="0"/>
          <w:w w:val="100"/>
          <w:rFonts w:ascii="Arial" w:hAnsi="Arial"/>
          <w:caps w:val="0"/>
        </w:rPr>
        <w:t> </w:t>
      </w:r>
      <w:r>
        <w:rPr>
          <w:b w:val="0"/>
          <w:i w:val="0"/>
          <w:sz w:val="19"/>
          <w:spacing w:val="0"/>
          <w:w w:val="100"/>
          <w:rFonts w:ascii="Arial" w:hAnsi="Arial"/>
          <w:caps w:val="0"/>
        </w:rPr>
        <w:t>with</w:t>
      </w:r>
      <w:r>
        <w:rPr>
          <w:b w:val="0"/>
          <w:i w:val="0"/>
          <w:sz w:val="19"/>
          <w:spacing w:val="0"/>
          <w:w w:val="100"/>
          <w:rFonts w:ascii="Arial" w:hAnsi="Arial"/>
          <w:caps w:val="0"/>
        </w:rPr>
        <w:t> </w:t>
      </w:r>
      <w:r>
        <w:rPr>
          <w:b w:val="0"/>
          <w:i w:val="0"/>
          <w:sz w:val="19"/>
          <w:spacing w:val="0"/>
          <w:w w:val="100"/>
          <w:rFonts w:ascii="Arial" w:hAnsi="Arial"/>
          <w:caps w:val="0"/>
        </w:rPr>
        <w:t>preparation,</w:t>
      </w:r>
      <w:r>
        <w:rPr>
          <w:b w:val="0"/>
          <w:i w:val="0"/>
          <w:sz w:val="19"/>
          <w:spacing w:val="0"/>
          <w:w w:val="100"/>
          <w:rFonts w:ascii="Arial" w:hAnsi="Arial"/>
          <w:caps w:val="0"/>
        </w:rPr>
        <w:t> </w:t>
      </w:r>
      <w:r>
        <w:rPr>
          <w:b w:val="0"/>
          <w:i w:val="0"/>
          <w:sz w:val="19"/>
          <w:spacing w:val="0"/>
          <w:w w:val="100"/>
          <w:rFonts w:ascii="Arial" w:hAnsi="Arial"/>
          <w:caps w:val="0"/>
        </w:rPr>
        <w:t>review</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organisation</w:t>
      </w:r>
      <w:r>
        <w:rPr>
          <w:b w:val="0"/>
          <w:i w:val="0"/>
          <w:sz w:val="19"/>
          <w:spacing w:val="0"/>
          <w:w w:val="100"/>
          <w:rFonts w:ascii="Arial" w:hAnsi="Arial"/>
          <w:caps w:val="0"/>
        </w:rPr>
        <w:t> </w:t>
      </w:r>
      <w:r>
        <w:rPr>
          <w:b w:val="0"/>
          <w:i w:val="0"/>
          <w:sz w:val="19"/>
          <w:spacing w:val="0"/>
          <w:w w:val="100"/>
          <w:rFonts w:ascii="Arial" w:hAnsi="Arial"/>
          <w:caps w:val="0"/>
        </w:rPr>
        <w:t>of</w:t>
      </w:r>
      <w:r>
        <w:rPr>
          <w:b w:val="0"/>
          <w:i w:val="0"/>
          <w:sz w:val="19"/>
          <w:spacing w:val="0"/>
          <w:w w:val="100"/>
          <w:rFonts w:ascii="Arial" w:hAnsi="Arial"/>
          <w:caps w:val="0"/>
        </w:rPr>
        <w:t> </w:t>
      </w:r>
      <w:r>
        <w:rPr>
          <w:b w:val="0"/>
          <w:i w:val="0"/>
          <w:sz w:val="19"/>
          <w:spacing w:val="0"/>
          <w:w w:val="100"/>
          <w:rFonts w:ascii="Arial" w:hAnsi="Arial"/>
          <w:caps w:val="0"/>
        </w:rPr>
        <w:t>financial</w:t>
      </w:r>
      <w:r>
        <w:rPr>
          <w:b w:val="0"/>
          <w:i w:val="0"/>
          <w:sz w:val="19"/>
          <w:spacing w:val="0"/>
          <w:w w:val="100"/>
          <w:rFonts w:ascii="Arial" w:hAnsi="Arial"/>
          <w:caps w:val="0"/>
        </w:rPr>
        <w:t> </w:t>
      </w:r>
      <w:r>
        <w:rPr>
          <w:b w:val="0"/>
          <w:i w:val="0"/>
          <w:sz w:val="19"/>
          <w:spacing w:val="0"/>
          <w:w w:val="100"/>
          <w:rFonts w:ascii="Arial" w:hAnsi="Arial"/>
          <w:caps w:val="0"/>
        </w:rPr>
        <w:t>information</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documentation.</w:t>
      </w:r>
    </w:p>
    <w:p>
      <w:pPr>
        <w:spacing w:before="0" w:beforeAutospacing="0" w:after="40" w:afterAutospacing="0" w:lineRule="auto" w:line="240"/>
        <w:rPr>
          <w:b val="0"/>
          <w:i val="0"/>
          <w:sz val="20"/>
          <w:spacing val="0"/>
          <w:w val="100"/>
          <w:caps val="0"/>
        </w:rPr>
        <w:snapToGrid w:val="0"/>
        <w:ind w:left="259" w:hanging="173"/>
        <w:textAlignment w:val="baseline"/>
      </w:pPr>
      <w:r>
        <w:rPr>
          <w:b w:val="1"/>
          <w:i w:val="0"/>
          <w:sz w:val="19"/>
          <w:spacing w:val="0"/>
          <w:w w:val="100"/>
          <w:rFonts w:ascii="Arial" w:hAnsi="Arial"/>
          <w:caps w:val="0"/>
        </w:rPr>
        <w:t>•</w:t>
      </w:r>
      <w:r>
        <w:rPr>
          <w:b w:val="1"/>
          <w:i w:val="0"/>
          <w:sz w:val="19"/>
          <w:spacing w:val="0"/>
          <w:w w:val="100"/>
          <w:rFonts w:ascii="Arial" w:hAnsi="Arial"/>
          <w:caps w:val="0"/>
        </w:rPr>
        <w:t> </w:t>
      </w:r>
      <w:r>
        <w:rPr>
          <w:b w:val="0"/>
          <w:i w:val="0"/>
          <w:sz w:val="19"/>
          <w:spacing w:val="0"/>
          <w:w w:val="100"/>
          <w:rFonts w:ascii="Arial" w:hAnsi="Arial"/>
          <w:caps w:val="0"/>
        </w:rPr>
        <w:t>Performed</w:t>
      </w:r>
      <w:r>
        <w:rPr>
          <w:b w:val="0"/>
          <w:i w:val="0"/>
          <w:sz w:val="19"/>
          <w:spacing w:val="0"/>
          <w:w w:val="100"/>
          <w:rFonts w:ascii="Arial" w:hAnsi="Arial"/>
          <w:caps w:val="0"/>
        </w:rPr>
        <w:t> </w:t>
      </w:r>
      <w:r>
        <w:rPr>
          <w:b w:val="0"/>
          <w:i w:val="0"/>
          <w:sz w:val="19"/>
          <w:spacing w:val="0"/>
          <w:w w:val="100"/>
          <w:rFonts w:ascii="Arial" w:hAnsi="Arial"/>
          <w:caps w:val="0"/>
        </w:rPr>
        <w:t>data</w:t>
      </w:r>
      <w:r>
        <w:rPr>
          <w:b w:val="0"/>
          <w:i w:val="0"/>
          <w:sz w:val="19"/>
          <w:spacing w:val="0"/>
          <w:w w:val="100"/>
          <w:rFonts w:ascii="Arial" w:hAnsi="Arial"/>
          <w:caps w:val="0"/>
        </w:rPr>
        <w:t> </w:t>
      </w:r>
      <w:r>
        <w:rPr>
          <w:b w:val="0"/>
          <w:i w:val="0"/>
          <w:sz w:val="19"/>
          <w:spacing w:val="0"/>
          <w:w w:val="100"/>
          <w:rFonts w:ascii="Arial" w:hAnsi="Arial"/>
          <w:caps w:val="0"/>
        </w:rPr>
        <w:t>entry,</w:t>
      </w:r>
      <w:r>
        <w:rPr>
          <w:b w:val="0"/>
          <w:i w:val="0"/>
          <w:sz w:val="19"/>
          <w:spacing w:val="0"/>
          <w:w w:val="100"/>
          <w:rFonts w:ascii="Arial" w:hAnsi="Arial"/>
          <w:caps w:val="0"/>
        </w:rPr>
        <w:t> </w:t>
      </w:r>
      <w:r>
        <w:rPr>
          <w:b w:val="0"/>
          <w:i w:val="0"/>
          <w:sz w:val="19"/>
          <w:spacing w:val="0"/>
          <w:w w:val="100"/>
          <w:rFonts w:ascii="Arial" w:hAnsi="Arial"/>
          <w:caps w:val="0"/>
        </w:rPr>
        <w:t>spreadsheet</w:t>
      </w:r>
      <w:r>
        <w:rPr>
          <w:b w:val="0"/>
          <w:i w:val="0"/>
          <w:sz w:val="19"/>
          <w:spacing w:val="0"/>
          <w:w w:val="100"/>
          <w:rFonts w:ascii="Arial" w:hAnsi="Arial"/>
          <w:caps w:val="0"/>
        </w:rPr>
        <w:t> </w:t>
      </w:r>
      <w:r>
        <w:rPr>
          <w:b w:val="0"/>
          <w:i w:val="0"/>
          <w:sz w:val="19"/>
          <w:spacing w:val="0"/>
          <w:w w:val="100"/>
          <w:rFonts w:ascii="Arial" w:hAnsi="Arial"/>
          <w:caps w:val="0"/>
        </w:rPr>
        <w:t>preparation</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Excel-based</w:t>
      </w:r>
      <w:r>
        <w:rPr>
          <w:b w:val="0"/>
          <w:i w:val="0"/>
          <w:sz w:val="19"/>
          <w:spacing w:val="0"/>
          <w:w w:val="100"/>
          <w:rFonts w:ascii="Arial" w:hAnsi="Arial"/>
          <w:caps w:val="0"/>
        </w:rPr>
        <w:t> </w:t>
      </w:r>
      <w:r>
        <w:rPr>
          <w:b w:val="0"/>
          <w:i w:val="0"/>
          <w:sz w:val="19"/>
          <w:spacing w:val="0"/>
          <w:w w:val="100"/>
          <w:rFonts w:ascii="Arial" w:hAnsi="Arial"/>
          <w:caps w:val="0"/>
        </w:rPr>
        <w:t>analysis.</w:t>
      </w:r>
    </w:p>
    <w:p>
      <w:pPr>
        <w:spacing w:before="0" w:beforeAutospacing="0" w:after="40" w:afterAutospacing="0" w:lineRule="auto" w:line="240"/>
        <w:rPr>
          <w:b val="0"/>
          <w:i val="0"/>
          <w:sz val="20"/>
          <w:spacing val="0"/>
          <w:w val="100"/>
          <w:caps val="0"/>
        </w:rPr>
        <w:snapToGrid w:val="0"/>
        <w:ind w:left="259" w:hanging="173"/>
        <w:textAlignment w:val="baseline"/>
      </w:pPr>
      <w:r>
        <w:rPr>
          <w:b w:val="1"/>
          <w:i w:val="0"/>
          <w:sz w:val="19"/>
          <w:spacing w:val="0"/>
          <w:w w:val="100"/>
          <w:rFonts w:ascii="Arial" w:hAnsi="Arial"/>
          <w:caps w:val="0"/>
        </w:rPr>
        <w:t>•</w:t>
      </w:r>
      <w:r>
        <w:rPr>
          <w:b w:val="1"/>
          <w:i w:val="0"/>
          <w:sz w:val="19"/>
          <w:spacing w:val="0"/>
          <w:w w:val="100"/>
          <w:rFonts w:ascii="Arial" w:hAnsi="Arial"/>
          <w:caps w:val="0"/>
        </w:rPr>
        <w:t> </w:t>
      </w:r>
      <w:r>
        <w:rPr>
          <w:b w:val="0"/>
          <w:i w:val="0"/>
          <w:sz w:val="19"/>
          <w:spacing w:val="0"/>
          <w:w w:val="100"/>
          <w:rFonts w:ascii="Arial" w:hAnsi="Arial"/>
          <w:caps w:val="0"/>
        </w:rPr>
        <w:t>Assisted</w:t>
      </w:r>
      <w:r>
        <w:rPr>
          <w:b w:val="0"/>
          <w:i w:val="0"/>
          <w:sz w:val="19"/>
          <w:spacing w:val="0"/>
          <w:w w:val="100"/>
          <w:rFonts w:ascii="Arial" w:hAnsi="Arial"/>
          <w:caps w:val="0"/>
        </w:rPr>
        <w:t> </w:t>
      </w:r>
      <w:r>
        <w:rPr>
          <w:b w:val="0"/>
          <w:i w:val="0"/>
          <w:sz w:val="19"/>
          <w:spacing w:val="0"/>
          <w:w w:val="100"/>
          <w:rFonts w:ascii="Arial" w:hAnsi="Arial"/>
          <w:caps w:val="0"/>
        </w:rPr>
        <w:t>with</w:t>
      </w:r>
      <w:r>
        <w:rPr>
          <w:b w:val="0"/>
          <w:i w:val="0"/>
          <w:sz w:val="19"/>
          <w:spacing w:val="0"/>
          <w:w w:val="100"/>
          <w:rFonts w:ascii="Arial" w:hAnsi="Arial"/>
          <w:caps w:val="0"/>
        </w:rPr>
        <w:t> </w:t>
      </w:r>
      <w:r>
        <w:rPr>
          <w:b w:val="0"/>
          <w:i w:val="0"/>
          <w:sz w:val="19"/>
          <w:spacing w:val="0"/>
          <w:w w:val="100"/>
          <w:rFonts w:ascii="Arial" w:hAnsi="Arial"/>
          <w:caps w:val="0"/>
        </w:rPr>
        <w:t>reconciliation</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review</w:t>
      </w:r>
      <w:r>
        <w:rPr>
          <w:b w:val="0"/>
          <w:i w:val="0"/>
          <w:sz w:val="19"/>
          <w:spacing w:val="0"/>
          <w:w w:val="100"/>
          <w:rFonts w:ascii="Arial" w:hAnsi="Arial"/>
          <w:caps w:val="0"/>
        </w:rPr>
        <w:t> </w:t>
      </w:r>
      <w:r>
        <w:rPr>
          <w:b w:val="0"/>
          <w:i w:val="0"/>
          <w:sz w:val="19"/>
          <w:spacing w:val="0"/>
          <w:w w:val="100"/>
          <w:rFonts w:ascii="Arial" w:hAnsi="Arial"/>
          <w:caps w:val="0"/>
        </w:rPr>
        <w:t>of</w:t>
      </w:r>
      <w:r>
        <w:rPr>
          <w:b w:val="0"/>
          <w:i w:val="0"/>
          <w:sz w:val="19"/>
          <w:spacing w:val="0"/>
          <w:w w:val="100"/>
          <w:rFonts w:ascii="Arial" w:hAnsi="Arial"/>
          <w:caps w:val="0"/>
        </w:rPr>
        <w:t> </w:t>
      </w:r>
      <w:r>
        <w:rPr>
          <w:b w:val="0"/>
          <w:i w:val="0"/>
          <w:sz w:val="19"/>
          <w:spacing w:val="0"/>
          <w:w w:val="100"/>
          <w:rFonts w:ascii="Arial" w:hAnsi="Arial"/>
          <w:caps w:val="0"/>
        </w:rPr>
        <w:t>financial</w:t>
      </w:r>
      <w:r>
        <w:rPr>
          <w:b w:val="0"/>
          <w:i w:val="0"/>
          <w:sz w:val="19"/>
          <w:spacing w:val="0"/>
          <w:w w:val="100"/>
          <w:rFonts w:ascii="Arial" w:hAnsi="Arial"/>
          <w:caps w:val="0"/>
        </w:rPr>
        <w:t> </w:t>
      </w:r>
      <w:r>
        <w:rPr>
          <w:b w:val="0"/>
          <w:i w:val="0"/>
          <w:sz w:val="19"/>
          <w:spacing w:val="0"/>
          <w:w w:val="100"/>
          <w:rFonts w:ascii="Arial" w:hAnsi="Arial"/>
          <w:caps w:val="0"/>
        </w:rPr>
        <w:t>records.</w:t>
      </w:r>
    </w:p>
    <w:p>
      <w:pPr>
        <w:spacing w:before="0" w:beforeAutospacing="0" w:after="40" w:afterAutospacing="0" w:lineRule="auto" w:line="240"/>
        <w:rPr>
          <w:b val="0"/>
          <w:i val="0"/>
          <w:sz val="20"/>
          <w:spacing val="0"/>
          <w:w val="100"/>
          <w:caps val="0"/>
        </w:rPr>
        <w:snapToGrid w:val="0"/>
        <w:ind w:left="259" w:hanging="173"/>
        <w:textAlignment w:val="baseline"/>
      </w:pPr>
      <w:r>
        <w:rPr>
          <w:b w:val="1"/>
          <w:i w:val="0"/>
          <w:sz w:val="19"/>
          <w:spacing w:val="0"/>
          <w:w w:val="100"/>
          <w:rFonts w:ascii="Arial" w:hAnsi="Arial"/>
          <w:caps w:val="0"/>
        </w:rPr>
        <w:t>•</w:t>
      </w:r>
      <w:r>
        <w:rPr>
          <w:b w:val="1"/>
          <w:i w:val="0"/>
          <w:sz w:val="19"/>
          <w:spacing w:val="0"/>
          <w:w w:val="100"/>
          <w:rFonts w:ascii="Arial" w:hAnsi="Arial"/>
          <w:caps w:val="0"/>
        </w:rPr>
        <w:t> </w:t>
      </w:r>
      <w:r>
        <w:rPr>
          <w:b w:val="0"/>
          <w:i w:val="0"/>
          <w:sz w:val="19"/>
          <w:spacing w:val="0"/>
          <w:w w:val="100"/>
          <w:rFonts w:ascii="Arial" w:hAnsi="Arial"/>
          <w:caps w:val="0"/>
        </w:rPr>
        <w:t>Supported</w:t>
      </w:r>
      <w:r>
        <w:rPr>
          <w:b w:val="0"/>
          <w:i w:val="0"/>
          <w:sz w:val="19"/>
          <w:spacing w:val="0"/>
          <w:w w:val="100"/>
          <w:rFonts w:ascii="Arial" w:hAnsi="Arial"/>
          <w:caps w:val="0"/>
        </w:rPr>
        <w:t> </w:t>
      </w:r>
      <w:r>
        <w:rPr>
          <w:b w:val="0"/>
          <w:i w:val="0"/>
          <w:sz w:val="19"/>
          <w:spacing w:val="0"/>
          <w:w w:val="100"/>
          <w:rFonts w:ascii="Arial" w:hAnsi="Arial"/>
          <w:caps w:val="0"/>
        </w:rPr>
        <w:t>administrative</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operational</w:t>
      </w:r>
      <w:r>
        <w:rPr>
          <w:b w:val="0"/>
          <w:i w:val="0"/>
          <w:sz w:val="19"/>
          <w:spacing w:val="0"/>
          <w:w w:val="100"/>
          <w:rFonts w:ascii="Arial" w:hAnsi="Arial"/>
          <w:caps w:val="0"/>
        </w:rPr>
        <w:t> </w:t>
      </w:r>
      <w:r>
        <w:rPr>
          <w:b w:val="0"/>
          <w:i w:val="0"/>
          <w:sz w:val="19"/>
          <w:spacing w:val="0"/>
          <w:w w:val="100"/>
          <w:rFonts w:ascii="Arial" w:hAnsi="Arial"/>
          <w:caps w:val="0"/>
        </w:rPr>
        <w:t>activities</w:t>
      </w:r>
      <w:r>
        <w:rPr>
          <w:b w:val="0"/>
          <w:i w:val="0"/>
          <w:sz w:val="19"/>
          <w:spacing w:val="0"/>
          <w:w w:val="100"/>
          <w:rFonts w:ascii="Arial" w:hAnsi="Arial"/>
          <w:caps w:val="0"/>
        </w:rPr>
        <w:t> </w:t>
      </w:r>
      <w:r>
        <w:rPr>
          <w:b w:val="0"/>
          <w:i w:val="0"/>
          <w:sz w:val="19"/>
          <w:spacing w:val="0"/>
          <w:w w:val="100"/>
          <w:rFonts w:ascii="Arial" w:hAnsi="Arial"/>
          <w:caps w:val="0"/>
        </w:rPr>
        <w:t>requiring</w:t>
      </w:r>
      <w:r>
        <w:rPr>
          <w:b w:val="0"/>
          <w:i w:val="0"/>
          <w:sz w:val="19"/>
          <w:spacing w:val="0"/>
          <w:w w:val="100"/>
          <w:rFonts w:ascii="Arial" w:hAnsi="Arial"/>
          <w:caps w:val="0"/>
        </w:rPr>
        <w:t> </w:t>
      </w:r>
      <w:r>
        <w:rPr>
          <w:b w:val="0"/>
          <w:i w:val="0"/>
          <w:sz w:val="19"/>
          <w:spacing w:val="0"/>
          <w:w w:val="100"/>
          <w:rFonts w:ascii="Arial" w:hAnsi="Arial"/>
          <w:caps w:val="0"/>
        </w:rPr>
        <w:t>accurate</w:t>
      </w:r>
      <w:r>
        <w:rPr>
          <w:b w:val="0"/>
          <w:i w:val="0"/>
          <w:sz w:val="19"/>
          <w:spacing w:val="0"/>
          <w:w w:val="100"/>
          <w:rFonts w:ascii="Arial" w:hAnsi="Arial"/>
          <w:caps w:val="0"/>
        </w:rPr>
        <w:t> </w:t>
      </w:r>
      <w:r>
        <w:rPr>
          <w:b w:val="0"/>
          <w:i w:val="0"/>
          <w:sz w:val="19"/>
          <w:spacing w:val="0"/>
          <w:w w:val="100"/>
          <w:rFonts w:ascii="Arial" w:hAnsi="Arial"/>
          <w:caps w:val="0"/>
        </w:rPr>
        <w:t>documentation</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record</w:t>
      </w:r>
      <w:r>
        <w:rPr>
          <w:b w:val="0"/>
          <w:i w:val="0"/>
          <w:sz w:val="19"/>
          <w:spacing w:val="0"/>
          <w:w w:val="100"/>
          <w:rFonts w:ascii="Arial" w:hAnsi="Arial"/>
          <w:caps w:val="0"/>
        </w:rPr>
        <w:t> </w:t>
      </w:r>
      <w:r>
        <w:rPr>
          <w:b w:val="0"/>
          <w:i w:val="0"/>
          <w:sz w:val="19"/>
          <w:spacing w:val="0"/>
          <w:w w:val="100"/>
          <w:rFonts w:ascii="Arial" w:hAnsi="Arial"/>
          <w:caps w:val="0"/>
        </w:rPr>
        <w:t>management.</w:t>
      </w:r>
    </w:p>
    <w:p>
      <w:pPr>
        <w:spacing w:before="0" w:beforeAutospacing="0" w:after="40" w:afterAutospacing="0" w:lineRule="auto" w:line="240"/>
        <w:rPr>
          <w:b val="0"/>
          <w:i val="0"/>
          <w:sz val="20"/>
          <w:spacing val="0"/>
          <w:w val="100"/>
          <w:caps val="0"/>
        </w:rPr>
        <w:snapToGrid w:val="0"/>
        <w:ind w:left="259" w:hanging="173"/>
        <w:textAlignment w:val="baseline"/>
      </w:pPr>
      <w:r>
        <w:rPr>
          <w:b w:val="1"/>
          <w:i w:val="0"/>
          <w:sz w:val="19"/>
          <w:spacing w:val="0"/>
          <w:w w:val="100"/>
          <w:rFonts w:ascii="Arial" w:hAnsi="Arial"/>
          <w:caps w:val="0"/>
        </w:rPr>
        <w:t>•</w:t>
      </w:r>
      <w:r>
        <w:rPr>
          <w:b w:val="1"/>
          <w:i w:val="0"/>
          <w:sz w:val="19"/>
          <w:spacing w:val="0"/>
          <w:w w:val="100"/>
          <w:rFonts w:ascii="Arial" w:hAnsi="Arial"/>
          <w:caps w:val="0"/>
        </w:rPr>
        <w:t> </w:t>
      </w:r>
      <w:r>
        <w:rPr>
          <w:b w:val="0"/>
          <w:i w:val="0"/>
          <w:sz w:val="19"/>
          <w:spacing w:val="0"/>
          <w:w w:val="100"/>
          <w:rFonts w:ascii="Arial" w:hAnsi="Arial"/>
          <w:caps w:val="0"/>
        </w:rPr>
        <w:t>Maintained</w:t>
      </w:r>
      <w:r>
        <w:rPr>
          <w:b w:val="0"/>
          <w:i w:val="0"/>
          <w:sz w:val="19"/>
          <w:spacing w:val="0"/>
          <w:w w:val="100"/>
          <w:rFonts w:ascii="Arial" w:hAnsi="Arial"/>
          <w:caps w:val="0"/>
        </w:rPr>
        <w:t> </w:t>
      </w:r>
      <w:r>
        <w:rPr>
          <w:b w:val="0"/>
          <w:i w:val="0"/>
          <w:sz w:val="19"/>
          <w:spacing w:val="0"/>
          <w:w w:val="100"/>
          <w:rFonts w:ascii="Arial" w:hAnsi="Arial"/>
          <w:caps w:val="0"/>
        </w:rPr>
        <w:t>organised</w:t>
      </w:r>
      <w:r>
        <w:rPr>
          <w:b w:val="0"/>
          <w:i w:val="0"/>
          <w:sz w:val="19"/>
          <w:spacing w:val="0"/>
          <w:w w:val="100"/>
          <w:rFonts w:ascii="Arial" w:hAnsi="Arial"/>
          <w:caps w:val="0"/>
        </w:rPr>
        <w:t> </w:t>
      </w:r>
      <w:r>
        <w:rPr>
          <w:b w:val="0"/>
          <w:i w:val="0"/>
          <w:sz w:val="19"/>
          <w:spacing w:val="0"/>
          <w:w w:val="100"/>
          <w:rFonts w:ascii="Arial" w:hAnsi="Arial"/>
          <w:caps w:val="0"/>
        </w:rPr>
        <w:t>records</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assisted</w:t>
      </w:r>
      <w:r>
        <w:rPr>
          <w:b w:val="0"/>
          <w:i w:val="0"/>
          <w:sz w:val="19"/>
          <w:spacing w:val="0"/>
          <w:w w:val="100"/>
          <w:rFonts w:ascii="Arial" w:hAnsi="Arial"/>
          <w:caps w:val="0"/>
        </w:rPr>
        <w:t> </w:t>
      </w:r>
      <w:r>
        <w:rPr>
          <w:b w:val="0"/>
          <w:i w:val="0"/>
          <w:sz w:val="19"/>
          <w:spacing w:val="0"/>
          <w:w w:val="100"/>
          <w:rFonts w:ascii="Arial" w:hAnsi="Arial"/>
          <w:caps w:val="0"/>
        </w:rPr>
        <w:t>with</w:t>
      </w:r>
      <w:r>
        <w:rPr>
          <w:b w:val="0"/>
          <w:i w:val="0"/>
          <w:sz w:val="19"/>
          <w:spacing w:val="0"/>
          <w:w w:val="100"/>
          <w:rFonts w:ascii="Arial" w:hAnsi="Arial"/>
          <w:caps w:val="0"/>
        </w:rPr>
        <w:t> </w:t>
      </w:r>
      <w:r>
        <w:rPr>
          <w:b w:val="0"/>
          <w:i w:val="0"/>
          <w:sz w:val="19"/>
          <w:spacing w:val="0"/>
          <w:w w:val="100"/>
          <w:rFonts w:ascii="Arial" w:hAnsi="Arial"/>
          <w:caps w:val="0"/>
        </w:rPr>
        <w:t>retrieval</w:t>
      </w:r>
      <w:r>
        <w:rPr>
          <w:b w:val="0"/>
          <w:i w:val="0"/>
          <w:sz w:val="19"/>
          <w:spacing w:val="0"/>
          <w:w w:val="100"/>
          <w:rFonts w:ascii="Arial" w:hAnsi="Arial"/>
          <w:caps w:val="0"/>
        </w:rPr>
        <w:t> </w:t>
      </w:r>
      <w:r>
        <w:rPr>
          <w:b w:val="0"/>
          <w:i w:val="0"/>
          <w:sz w:val="19"/>
          <w:spacing w:val="0"/>
          <w:w w:val="100"/>
          <w:rFonts w:ascii="Arial" w:hAnsi="Arial"/>
          <w:caps w:val="0"/>
        </w:rPr>
        <w:t>of</w:t>
      </w:r>
      <w:r>
        <w:rPr>
          <w:b w:val="0"/>
          <w:i w:val="0"/>
          <w:sz w:val="19"/>
          <w:spacing w:val="0"/>
          <w:w w:val="100"/>
          <w:rFonts w:ascii="Arial" w:hAnsi="Arial"/>
          <w:caps w:val="0"/>
        </w:rPr>
        <w:t> </w:t>
      </w:r>
      <w:r>
        <w:rPr>
          <w:b w:val="0"/>
          <w:i w:val="0"/>
          <w:sz w:val="19"/>
          <w:spacing w:val="0"/>
          <w:w w:val="100"/>
          <w:rFonts w:ascii="Arial" w:hAnsi="Arial"/>
          <w:caps w:val="0"/>
        </w:rPr>
        <w:t>financial</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administrative</w:t>
      </w:r>
      <w:r>
        <w:rPr>
          <w:b w:val="0"/>
          <w:i w:val="0"/>
          <w:sz w:val="19"/>
          <w:spacing w:val="0"/>
          <w:w w:val="100"/>
          <w:rFonts w:ascii="Arial" w:hAnsi="Arial"/>
          <w:caps w:val="0"/>
        </w:rPr>
        <w:t> </w:t>
      </w:r>
      <w:r>
        <w:rPr>
          <w:b w:val="0"/>
          <w:i w:val="0"/>
          <w:sz w:val="19"/>
          <w:spacing w:val="0"/>
          <w:w w:val="100"/>
          <w:rFonts w:ascii="Arial" w:hAnsi="Arial"/>
          <w:caps w:val="0"/>
        </w:rPr>
        <w:t>information.</w:t>
      </w:r>
    </w:p>
    <w:p>
      <w:pPr>
        <w:spacing w:before="0" w:beforeAutospacing="0" w:after="40" w:afterAutospacing="0" w:lineRule="auto" w:line="240"/>
        <w:rPr>
          <w:b val="0"/>
          <w:i val="0"/>
          <w:sz val="20"/>
          <w:spacing val="0"/>
          <w:w val="100"/>
          <w:caps val="0"/>
        </w:rPr>
        <w:snapToGrid w:val="0"/>
        <w:ind w:left="259" w:hanging="173"/>
        <w:textAlignment w:val="baseline"/>
      </w:pPr>
      <w:r>
        <w:rPr>
          <w:b w:val="1"/>
          <w:i w:val="0"/>
          <w:sz w:val="19"/>
          <w:spacing w:val="0"/>
          <w:w w:val="100"/>
          <w:rFonts w:ascii="Arial" w:hAnsi="Arial"/>
          <w:caps w:val="0"/>
        </w:rPr>
        <w:t>•</w:t>
      </w:r>
      <w:r>
        <w:rPr>
          <w:b w:val="1"/>
          <w:i w:val="0"/>
          <w:sz w:val="19"/>
          <w:spacing w:val="0"/>
          <w:w w:val="100"/>
          <w:rFonts w:ascii="Arial" w:hAnsi="Arial"/>
          <w:caps w:val="0"/>
        </w:rPr>
        <w:t> </w:t>
      </w:r>
      <w:r>
        <w:rPr>
          <w:b w:val="0"/>
          <w:i w:val="0"/>
          <w:sz w:val="19"/>
          <w:spacing w:val="0"/>
          <w:w w:val="100"/>
          <w:rFonts w:ascii="Arial" w:hAnsi="Arial"/>
          <w:caps w:val="0"/>
        </w:rPr>
        <w:t>Worked</w:t>
      </w:r>
      <w:r>
        <w:rPr>
          <w:b w:val="0"/>
          <w:i w:val="0"/>
          <w:sz w:val="19"/>
          <w:spacing w:val="0"/>
          <w:w w:val="100"/>
          <w:rFonts w:ascii="Arial" w:hAnsi="Arial"/>
          <w:caps w:val="0"/>
        </w:rPr>
        <w:t> </w:t>
      </w:r>
      <w:r>
        <w:rPr>
          <w:b w:val="0"/>
          <w:i w:val="0"/>
          <w:sz w:val="19"/>
          <w:spacing w:val="0"/>
          <w:w w:val="100"/>
          <w:rFonts w:ascii="Arial" w:hAnsi="Arial"/>
          <w:caps w:val="0"/>
        </w:rPr>
        <w:t>with</w:t>
      </w:r>
      <w:r>
        <w:rPr>
          <w:b w:val="0"/>
          <w:i w:val="0"/>
          <w:sz w:val="19"/>
          <w:spacing w:val="0"/>
          <w:w w:val="100"/>
          <w:rFonts w:ascii="Arial" w:hAnsi="Arial"/>
          <w:caps w:val="0"/>
        </w:rPr>
        <w:t> </w:t>
      </w:r>
      <w:r>
        <w:rPr>
          <w:b w:val="0"/>
          <w:i w:val="0"/>
          <w:sz w:val="19"/>
          <w:spacing w:val="0"/>
          <w:w w:val="100"/>
          <w:rFonts w:ascii="Arial" w:hAnsi="Arial"/>
          <w:caps w:val="0"/>
        </w:rPr>
        <w:t>relevant</w:t>
      </w:r>
      <w:r>
        <w:rPr>
          <w:b w:val="0"/>
          <w:i w:val="0"/>
          <w:sz w:val="19"/>
          <w:spacing w:val="0"/>
          <w:w w:val="100"/>
          <w:rFonts w:ascii="Arial" w:hAnsi="Arial"/>
          <w:caps w:val="0"/>
        </w:rPr>
        <w:t> </w:t>
      </w:r>
      <w:r>
        <w:rPr>
          <w:b w:val="0"/>
          <w:i w:val="0"/>
          <w:sz w:val="19"/>
          <w:spacing w:val="0"/>
          <w:w w:val="100"/>
          <w:rFonts w:ascii="Arial" w:hAnsi="Arial"/>
          <w:caps w:val="0"/>
        </w:rPr>
        <w:t>personnel</w:t>
      </w:r>
      <w:r>
        <w:rPr>
          <w:b w:val="0"/>
          <w:i w:val="0"/>
          <w:sz w:val="19"/>
          <w:spacing w:val="0"/>
          <w:w w:val="100"/>
          <w:rFonts w:ascii="Arial" w:hAnsi="Arial"/>
          <w:caps w:val="0"/>
        </w:rPr>
        <w:t> </w:t>
      </w:r>
      <w:r>
        <w:rPr>
          <w:b w:val="0"/>
          <w:i w:val="0"/>
          <w:sz w:val="19"/>
          <w:spacing w:val="0"/>
          <w:w w:val="100"/>
          <w:rFonts w:ascii="Arial" w:hAnsi="Arial"/>
          <w:caps w:val="0"/>
        </w:rPr>
        <w:t>to</w:t>
      </w:r>
      <w:r>
        <w:rPr>
          <w:b w:val="0"/>
          <w:i w:val="0"/>
          <w:sz w:val="19"/>
          <w:spacing w:val="0"/>
          <w:w w:val="100"/>
          <w:rFonts w:ascii="Arial" w:hAnsi="Arial"/>
          <w:caps w:val="0"/>
        </w:rPr>
        <w:t> </w:t>
      </w:r>
      <w:r>
        <w:rPr>
          <w:b w:val="0"/>
          <w:i w:val="0"/>
          <w:sz w:val="19"/>
          <w:spacing w:val="0"/>
          <w:w w:val="100"/>
          <w:rFonts w:ascii="Arial" w:hAnsi="Arial"/>
          <w:caps w:val="0"/>
        </w:rPr>
        <w:t>resolve</w:t>
      </w:r>
      <w:r>
        <w:rPr>
          <w:b w:val="0"/>
          <w:i w:val="0"/>
          <w:sz w:val="19"/>
          <w:spacing w:val="0"/>
          <w:w w:val="100"/>
          <w:rFonts w:ascii="Arial" w:hAnsi="Arial"/>
          <w:caps w:val="0"/>
        </w:rPr>
        <w:t> </w:t>
      </w:r>
      <w:r>
        <w:rPr>
          <w:b w:val="0"/>
          <w:i w:val="0"/>
          <w:sz w:val="19"/>
          <w:spacing w:val="0"/>
          <w:w w:val="100"/>
          <w:rFonts w:ascii="Arial" w:hAnsi="Arial"/>
          <w:caps w:val="0"/>
        </w:rPr>
        <w:t>documentation</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accounting-related</w:t>
      </w:r>
      <w:r>
        <w:rPr>
          <w:b w:val="0"/>
          <w:i w:val="0"/>
          <w:sz w:val="19"/>
          <w:spacing w:val="0"/>
          <w:w w:val="100"/>
          <w:rFonts w:ascii="Arial" w:hAnsi="Arial"/>
          <w:caps w:val="0"/>
        </w:rPr>
        <w:t> </w:t>
      </w:r>
      <w:r>
        <w:rPr>
          <w:b w:val="0"/>
          <w:i w:val="0"/>
          <w:sz w:val="19"/>
          <w:spacing w:val="0"/>
          <w:w w:val="100"/>
          <w:rFonts w:ascii="Arial" w:hAnsi="Arial"/>
          <w:caps w:val="0"/>
        </w:rPr>
        <w:t>issues.</w:t>
      </w:r>
    </w:p>
    <w:p>
      <w:pPr>
        <w:spacing w:before="80" w:beforeAutospacing="0" w:after="40" w:afterAutospacing="0" w:lineRule="auto" w:line="240"/>
        <w:rPr>
          <w:b val="0"/>
          <w:i val="0"/>
          <w:sz val="20"/>
          <w:spacing val="0"/>
          <w:w val="100"/>
          <w:caps val="0"/>
        </w:rPr>
        <w:snapToGrid w:val="0"/>
        <w:textAlignment w:val="baseline"/>
      </w:pPr>
      <w:r>
        <w:rPr>
          <w:b w:val="1"/>
          <w:i w:val="0"/>
          <w:sz w:val="19"/>
          <w:spacing w:val="0"/>
          <w:w w:val="100"/>
          <w:rFonts w:ascii="Arial" w:hAnsi="Arial"/>
          <w:caps w:val="0"/>
        </w:rPr>
        <w:t>BECKY</w:t>
      </w:r>
      <w:r>
        <w:rPr>
          <w:b w:val="1"/>
          <w:i w:val="0"/>
          <w:sz w:val="19"/>
          <w:spacing w:val="0"/>
          <w:w w:val="100"/>
          <w:rFonts w:ascii="Arial" w:hAnsi="Arial"/>
          <w:caps w:val="0"/>
        </w:rPr>
        <w:t> </w:t>
      </w:r>
      <w:r>
        <w:rPr>
          <w:b w:val="1"/>
          <w:i w:val="0"/>
          <w:sz w:val="19"/>
          <w:spacing w:val="0"/>
          <w:w w:val="100"/>
          <w:rFonts w:ascii="Arial" w:hAnsi="Arial"/>
          <w:caps w:val="0"/>
        </w:rPr>
        <w:t>INTERNATIONAL</w:t>
      </w:r>
      <w:r>
        <w:rPr>
          <w:b w:val="1"/>
          <w:i w:val="0"/>
          <w:sz w:val="19"/>
          <w:spacing w:val="0"/>
          <w:w w:val="100"/>
          <w:rFonts w:ascii="Arial" w:hAnsi="Arial"/>
          <w:caps w:val="0"/>
        </w:rPr>
        <w:t> </w:t>
      </w:r>
      <w:r>
        <w:rPr>
          <w:b w:val="1"/>
          <w:i w:val="0"/>
          <w:sz w:val="19"/>
          <w:spacing w:val="0"/>
          <w:w w:val="100"/>
          <w:rFonts w:ascii="Arial" w:hAnsi="Arial"/>
          <w:caps w:val="0"/>
        </w:rPr>
        <w:t>SCHOOL</w:t>
      </w:r>
      <w:r>
        <w:rPr>
          <w:b w:val="1"/>
          <w:i w:val="0"/>
          <w:sz w:val="19"/>
          <w:spacing w:val="0"/>
          <w:w w:val="100"/>
          <w:rFonts w:ascii="Arial" w:hAnsi="Arial"/>
          <w:caps w:val="0"/>
        </w:rPr>
        <w:t> </w:t>
      </w:r>
      <w:r>
        <w:rPr>
          <w:b w:val="1"/>
          <w:i w:val="0"/>
          <w:sz w:val="19"/>
          <w:spacing w:val="0"/>
          <w:w w:val="100"/>
          <w:rFonts w:ascii="Arial" w:hAnsi="Arial"/>
          <w:caps w:val="0"/>
        </w:rPr>
        <w:t>|</w:t>
      </w:r>
      <w:r>
        <w:rPr>
          <w:b w:val="1"/>
          <w:i w:val="0"/>
          <w:sz w:val="19"/>
          <w:spacing w:val="0"/>
          <w:w w:val="100"/>
          <w:rFonts w:ascii="Arial" w:hAnsi="Arial"/>
          <w:caps w:val="0"/>
        </w:rPr>
        <w:t> </w:t>
      </w:r>
      <w:r>
        <w:rPr>
          <w:b w:val="1"/>
          <w:i w:val="0"/>
          <w:sz w:val="19"/>
          <w:spacing w:val="0"/>
          <w:w w:val="100"/>
          <w:rFonts w:ascii="Arial" w:hAnsi="Arial"/>
          <w:caps w:val="0"/>
        </w:rPr>
        <w:t>Accounts</w:t>
      </w:r>
      <w:r>
        <w:rPr>
          <w:b w:val="1"/>
          <w:i w:val="0"/>
          <w:sz w:val="19"/>
          <w:spacing w:val="0"/>
          <w:w w:val="100"/>
          <w:rFonts w:ascii="Arial" w:hAnsi="Arial"/>
          <w:caps w:val="0"/>
        </w:rPr>
        <w:t> </w:t>
      </w:r>
      <w:r>
        <w:rPr>
          <w:b w:val="1"/>
          <w:i w:val="0"/>
          <w:sz w:val="19"/>
          <w:spacing w:val="0"/>
          <w:w w:val="100"/>
          <w:rFonts w:ascii="Arial" w:hAnsi="Arial"/>
          <w:caps w:val="0"/>
        </w:rPr>
        <w:t>/</w:t>
      </w:r>
      <w:r>
        <w:rPr>
          <w:b w:val="1"/>
          <w:i w:val="0"/>
          <w:sz w:val="19"/>
          <w:spacing w:val="0"/>
          <w:w w:val="100"/>
          <w:rFonts w:ascii="Arial" w:hAnsi="Arial"/>
          <w:caps w:val="0"/>
        </w:rPr>
        <w:t> </w:t>
      </w:r>
      <w:r>
        <w:rPr>
          <w:b w:val="1"/>
          <w:i w:val="0"/>
          <w:sz w:val="19"/>
          <w:spacing w:val="0"/>
          <w:w w:val="100"/>
          <w:rFonts w:ascii="Arial" w:hAnsi="Arial"/>
          <w:caps w:val="0"/>
        </w:rPr>
        <w:t>Administrative</w:t>
      </w:r>
      <w:r>
        <w:rPr>
          <w:b w:val="1"/>
          <w:i w:val="0"/>
          <w:sz w:val="19"/>
          <w:spacing w:val="0"/>
          <w:w w:val="100"/>
          <w:rFonts w:ascii="Arial" w:hAnsi="Arial"/>
          <w:caps w:val="0"/>
        </w:rPr>
        <w:t> </w:t>
      </w:r>
      <w:r>
        <w:rPr>
          <w:b w:val="1"/>
          <w:i w:val="0"/>
          <w:sz w:val="19"/>
          <w:spacing w:val="0"/>
          <w:w w:val="100"/>
          <w:rFonts w:ascii="Arial" w:hAnsi="Arial"/>
          <w:caps w:val="0"/>
        </w:rPr>
        <w:t>Support</w:t>
      </w:r>
      <w:r>
        <w:rPr>
          <w:b w:val="0"/>
          <w:i w:val="0"/>
          <w:sz w:val="19"/>
          <w:spacing w:val="0"/>
          <w:w w:val="100"/>
          <w:rFonts w:ascii="Arial" w:hAnsi="Arial"/>
          <w:caps w:val="0"/>
        </w:rPr>
        <w:t>    </w:t>
      </w:r>
      <w:r>
        <w:rPr>
          <w:b w:val="0"/>
          <w:i w:val="0"/>
          <w:sz w:val="19"/>
          <w:spacing w:val="0"/>
          <w:w w:val="100"/>
          <w:rFonts w:ascii="Arial" w:hAnsi="Arial"/>
          <w:caps w:val="0"/>
        </w:rPr>
        <w:t>March</w:t>
      </w:r>
      <w:r>
        <w:rPr>
          <w:b w:val="0"/>
          <w:i w:val="0"/>
          <w:sz w:val="19"/>
          <w:spacing w:val="0"/>
          <w:w w:val="100"/>
          <w:rFonts w:ascii="Arial" w:hAnsi="Arial"/>
          <w:caps w:val="0"/>
        </w:rPr>
        <w:t> </w:t>
      </w:r>
      <w:r>
        <w:rPr>
          <w:b w:val="0"/>
          <w:i w:val="0"/>
          <w:sz w:val="19"/>
          <w:spacing w:val="0"/>
          <w:w w:val="100"/>
          <w:rFonts w:ascii="Arial" w:hAnsi="Arial"/>
          <w:caps w:val="0"/>
        </w:rPr>
        <w:t>2021</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Dec</w:t>
      </w:r>
      <w:r>
        <w:rPr>
          <w:b w:val="0"/>
          <w:i w:val="0"/>
          <w:sz w:val="19"/>
          <w:spacing w:val="0"/>
          <w:w w:val="100"/>
          <w:rFonts w:ascii="Arial" w:hAnsi="Arial"/>
          <w:caps w:val="0"/>
        </w:rPr>
        <w:t> </w:t>
      </w:r>
      <w:r>
        <w:rPr>
          <w:b w:val="0"/>
          <w:i w:val="0"/>
          <w:sz w:val="19"/>
          <w:spacing w:val="0"/>
          <w:w w:val="100"/>
          <w:rFonts w:ascii="Arial" w:hAnsi="Arial"/>
          <w:caps w:val="0"/>
        </w:rPr>
        <w:t>2022</w:t>
      </w:r>
    </w:p>
    <w:p>
      <w:pPr>
        <w:spacing w:before="0" w:beforeAutospacing="0" w:after="40" w:afterAutospacing="0" w:lineRule="auto" w:line="240"/>
        <w:rPr>
          <w:b val="0"/>
          <w:i val="0"/>
          <w:sz val="20"/>
          <w:spacing val="0"/>
          <w:w val="100"/>
          <w:caps val="0"/>
        </w:rPr>
        <w:snapToGrid w:val="0"/>
        <w:ind w:left="259" w:hanging="173"/>
        <w:textAlignment w:val="baseline"/>
      </w:pPr>
      <w:r>
        <w:rPr>
          <w:b w:val="1"/>
          <w:i w:val="0"/>
          <w:sz w:val="19"/>
          <w:spacing w:val="0"/>
          <w:w w:val="100"/>
          <w:rFonts w:ascii="Arial" w:hAnsi="Arial"/>
          <w:caps w:val="0"/>
        </w:rPr>
        <w:t>•</w:t>
      </w:r>
      <w:r>
        <w:rPr>
          <w:b w:val="1"/>
          <w:i w:val="0"/>
          <w:sz w:val="19"/>
          <w:spacing w:val="0"/>
          <w:w w:val="100"/>
          <w:rFonts w:ascii="Arial" w:hAnsi="Arial"/>
          <w:caps w:val="0"/>
        </w:rPr>
        <w:t> </w:t>
      </w:r>
      <w:r>
        <w:rPr>
          <w:b w:val="0"/>
          <w:i w:val="0"/>
          <w:sz w:val="19"/>
          <w:spacing w:val="0"/>
          <w:w w:val="100"/>
          <w:rFonts w:ascii="Arial" w:hAnsi="Arial"/>
          <w:caps w:val="0"/>
        </w:rPr>
        <w:t>Supported</w:t>
      </w:r>
      <w:r>
        <w:rPr>
          <w:b w:val="0"/>
          <w:i w:val="0"/>
          <w:sz w:val="19"/>
          <w:spacing w:val="0"/>
          <w:w w:val="100"/>
          <w:rFonts w:ascii="Arial" w:hAnsi="Arial"/>
          <w:caps w:val="0"/>
        </w:rPr>
        <w:t> </w:t>
      </w:r>
      <w:r>
        <w:rPr>
          <w:b w:val="0"/>
          <w:i w:val="0"/>
          <w:sz w:val="19"/>
          <w:spacing w:val="0"/>
          <w:w w:val="100"/>
          <w:rFonts w:ascii="Arial" w:hAnsi="Arial"/>
          <w:caps w:val="0"/>
        </w:rPr>
        <w:t>financial</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administrative</w:t>
      </w:r>
      <w:r>
        <w:rPr>
          <w:b w:val="0"/>
          <w:i w:val="0"/>
          <w:sz w:val="19"/>
          <w:spacing w:val="0"/>
          <w:w w:val="100"/>
          <w:rFonts w:ascii="Arial" w:hAnsi="Arial"/>
          <w:caps w:val="0"/>
        </w:rPr>
        <w:t> </w:t>
      </w:r>
      <w:r>
        <w:rPr>
          <w:b w:val="0"/>
          <w:i w:val="0"/>
          <w:sz w:val="19"/>
          <w:spacing w:val="0"/>
          <w:w w:val="100"/>
          <w:rFonts w:ascii="Arial" w:hAnsi="Arial"/>
          <w:caps w:val="0"/>
        </w:rPr>
        <w:t>record</w:t>
      </w:r>
      <w:r>
        <w:rPr>
          <w:b w:val="0"/>
          <w:i w:val="0"/>
          <w:sz w:val="19"/>
          <w:spacing w:val="0"/>
          <w:w w:val="100"/>
          <w:rFonts w:ascii="Arial" w:hAnsi="Arial"/>
          <w:caps w:val="0"/>
        </w:rPr>
        <w:t> </w:t>
      </w:r>
      <w:r>
        <w:rPr>
          <w:b w:val="0"/>
          <w:i w:val="0"/>
          <w:sz w:val="19"/>
          <w:spacing w:val="0"/>
          <w:w w:val="100"/>
          <w:rFonts w:ascii="Arial" w:hAnsi="Arial"/>
          <w:caps w:val="0"/>
        </w:rPr>
        <w:t>keeping.</w:t>
      </w:r>
    </w:p>
    <w:p>
      <w:pPr>
        <w:spacing w:before="0" w:beforeAutospacing="0" w:after="40" w:afterAutospacing="0" w:lineRule="auto" w:line="240"/>
        <w:rPr>
          <w:b val="0"/>
          <w:i val="0"/>
          <w:sz val="20"/>
          <w:spacing val="0"/>
          <w:w val="100"/>
          <w:caps val="0"/>
        </w:rPr>
        <w:snapToGrid w:val="0"/>
        <w:ind w:left="259" w:hanging="173"/>
        <w:textAlignment w:val="baseline"/>
      </w:pPr>
      <w:r>
        <w:rPr>
          <w:b w:val="1"/>
          <w:i w:val="0"/>
          <w:sz w:val="19"/>
          <w:spacing w:val="0"/>
          <w:w w:val="100"/>
          <w:rFonts w:ascii="Arial" w:hAnsi="Arial"/>
          <w:caps w:val="0"/>
        </w:rPr>
        <w:t>•</w:t>
      </w:r>
      <w:r>
        <w:rPr>
          <w:b w:val="1"/>
          <w:i w:val="0"/>
          <w:sz w:val="19"/>
          <w:spacing w:val="0"/>
          <w:w w:val="100"/>
          <w:rFonts w:ascii="Arial" w:hAnsi="Arial"/>
          <w:caps w:val="0"/>
        </w:rPr>
        <w:t> </w:t>
      </w:r>
      <w:r>
        <w:rPr>
          <w:b w:val="0"/>
          <w:i w:val="0"/>
          <w:sz w:val="19"/>
          <w:spacing w:val="0"/>
          <w:w w:val="100"/>
          <w:rFonts w:ascii="Arial" w:hAnsi="Arial"/>
          <w:caps w:val="0"/>
        </w:rPr>
        <w:t>Assisted</w:t>
      </w:r>
      <w:r>
        <w:rPr>
          <w:b w:val="0"/>
          <w:i w:val="0"/>
          <w:sz w:val="19"/>
          <w:spacing w:val="0"/>
          <w:w w:val="100"/>
          <w:rFonts w:ascii="Arial" w:hAnsi="Arial"/>
          <w:caps w:val="0"/>
        </w:rPr>
        <w:t> </w:t>
      </w:r>
      <w:r>
        <w:rPr>
          <w:b w:val="0"/>
          <w:i w:val="0"/>
          <w:sz w:val="19"/>
          <w:spacing w:val="0"/>
          <w:w w:val="100"/>
          <w:rFonts w:ascii="Arial" w:hAnsi="Arial"/>
          <w:caps w:val="0"/>
        </w:rPr>
        <w:t>with</w:t>
      </w:r>
      <w:r>
        <w:rPr>
          <w:b w:val="0"/>
          <w:i w:val="0"/>
          <w:sz w:val="19"/>
          <w:spacing w:val="0"/>
          <w:w w:val="100"/>
          <w:rFonts w:ascii="Arial" w:hAnsi="Arial"/>
          <w:caps w:val="0"/>
        </w:rPr>
        <w:t> </w:t>
      </w:r>
      <w:r>
        <w:rPr>
          <w:b w:val="0"/>
          <w:i w:val="0"/>
          <w:sz w:val="19"/>
          <w:spacing w:val="0"/>
          <w:w w:val="100"/>
          <w:rFonts w:ascii="Arial" w:hAnsi="Arial"/>
          <w:caps w:val="0"/>
        </w:rPr>
        <w:t>routine</w:t>
      </w:r>
      <w:r>
        <w:rPr>
          <w:b w:val="0"/>
          <w:i w:val="0"/>
          <w:sz w:val="19"/>
          <w:spacing w:val="0"/>
          <w:w w:val="100"/>
          <w:rFonts w:ascii="Arial" w:hAnsi="Arial"/>
          <w:caps w:val="0"/>
        </w:rPr>
        <w:t> </w:t>
      </w:r>
      <w:r>
        <w:rPr>
          <w:b w:val="0"/>
          <w:i w:val="0"/>
          <w:sz w:val="19"/>
          <w:spacing w:val="0"/>
          <w:w w:val="100"/>
          <w:rFonts w:ascii="Arial" w:hAnsi="Arial"/>
          <w:caps w:val="0"/>
        </w:rPr>
        <w:t>accounting</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documentation</w:t>
      </w:r>
      <w:r>
        <w:rPr>
          <w:b w:val="0"/>
          <w:i w:val="0"/>
          <w:sz w:val="19"/>
          <w:spacing w:val="0"/>
          <w:w w:val="100"/>
          <w:rFonts w:ascii="Arial" w:hAnsi="Arial"/>
          <w:caps w:val="0"/>
        </w:rPr>
        <w:t> </w:t>
      </w:r>
      <w:r>
        <w:rPr>
          <w:b w:val="0"/>
          <w:i w:val="0"/>
          <w:sz w:val="19"/>
          <w:spacing w:val="0"/>
          <w:w w:val="100"/>
          <w:rFonts w:ascii="Arial" w:hAnsi="Arial"/>
          <w:caps w:val="0"/>
        </w:rPr>
        <w:t>activities.</w:t>
      </w:r>
    </w:p>
    <w:p>
      <w:pPr>
        <w:spacing w:before="0" w:beforeAutospacing="0" w:after="40" w:afterAutospacing="0" w:lineRule="auto" w:line="240"/>
        <w:rPr>
          <w:b val="0"/>
          <w:i val="0"/>
          <w:sz val="20"/>
          <w:spacing val="0"/>
          <w:w val="100"/>
          <w:caps val="0"/>
        </w:rPr>
        <w:snapToGrid w:val="0"/>
        <w:ind w:left="259" w:hanging="173"/>
        <w:textAlignment w:val="baseline"/>
      </w:pPr>
      <w:r>
        <w:rPr>
          <w:b w:val="1"/>
          <w:i w:val="0"/>
          <w:sz w:val="19"/>
          <w:spacing w:val="0"/>
          <w:w w:val="100"/>
          <w:rFonts w:ascii="Arial" w:hAnsi="Arial"/>
          <w:caps w:val="0"/>
        </w:rPr>
        <w:t>•</w:t>
      </w:r>
      <w:r>
        <w:rPr>
          <w:b w:val="1"/>
          <w:i w:val="0"/>
          <w:sz w:val="19"/>
          <w:spacing w:val="0"/>
          <w:w w:val="100"/>
          <w:rFonts w:ascii="Arial" w:hAnsi="Arial"/>
          <w:caps w:val="0"/>
        </w:rPr>
        <w:t> </w:t>
      </w:r>
      <w:r>
        <w:rPr>
          <w:b w:val="0"/>
          <w:i w:val="0"/>
          <w:sz w:val="19"/>
          <w:spacing w:val="0"/>
          <w:w w:val="100"/>
          <w:rFonts w:ascii="Arial" w:hAnsi="Arial"/>
          <w:caps w:val="0"/>
        </w:rPr>
        <w:t>Maintained</w:t>
      </w:r>
      <w:r>
        <w:rPr>
          <w:b w:val="0"/>
          <w:i w:val="0"/>
          <w:sz w:val="19"/>
          <w:spacing w:val="0"/>
          <w:w w:val="100"/>
          <w:rFonts w:ascii="Arial" w:hAnsi="Arial"/>
          <w:caps w:val="0"/>
        </w:rPr>
        <w:t> </w:t>
      </w:r>
      <w:r>
        <w:rPr>
          <w:b w:val="0"/>
          <w:i w:val="0"/>
          <w:sz w:val="19"/>
          <w:spacing w:val="0"/>
          <w:w w:val="100"/>
          <w:rFonts w:ascii="Arial" w:hAnsi="Arial"/>
          <w:caps w:val="0"/>
        </w:rPr>
        <w:t>accurate</w:t>
      </w:r>
      <w:r>
        <w:rPr>
          <w:b w:val="0"/>
          <w:i w:val="0"/>
          <w:sz w:val="19"/>
          <w:spacing w:val="0"/>
          <w:w w:val="100"/>
          <w:rFonts w:ascii="Arial" w:hAnsi="Arial"/>
          <w:caps w:val="0"/>
        </w:rPr>
        <w:t> </w:t>
      </w:r>
      <w:r>
        <w:rPr>
          <w:b w:val="0"/>
          <w:i w:val="0"/>
          <w:sz w:val="19"/>
          <w:spacing w:val="0"/>
          <w:w w:val="100"/>
          <w:rFonts w:ascii="Arial" w:hAnsi="Arial"/>
          <w:caps w:val="0"/>
        </w:rPr>
        <w:t>records</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supported</w:t>
      </w:r>
      <w:r>
        <w:rPr>
          <w:b w:val="0"/>
          <w:i w:val="0"/>
          <w:sz w:val="19"/>
          <w:spacing w:val="0"/>
          <w:w w:val="100"/>
          <w:rFonts w:ascii="Arial" w:hAnsi="Arial"/>
          <w:caps w:val="0"/>
        </w:rPr>
        <w:t> </w:t>
      </w:r>
      <w:r>
        <w:rPr>
          <w:b w:val="0"/>
          <w:i w:val="0"/>
          <w:sz w:val="19"/>
          <w:spacing w:val="0"/>
          <w:w w:val="100"/>
          <w:rFonts w:ascii="Arial" w:hAnsi="Arial"/>
          <w:caps w:val="0"/>
        </w:rPr>
        <w:t>day-to-day</w:t>
      </w:r>
      <w:r>
        <w:rPr>
          <w:b w:val="0"/>
          <w:i w:val="0"/>
          <w:sz w:val="19"/>
          <w:spacing w:val="0"/>
          <w:w w:val="100"/>
          <w:rFonts w:ascii="Arial" w:hAnsi="Arial"/>
          <w:caps w:val="0"/>
        </w:rPr>
        <w:t> </w:t>
      </w:r>
      <w:r>
        <w:rPr>
          <w:b w:val="0"/>
          <w:i w:val="0"/>
          <w:sz w:val="19"/>
          <w:spacing w:val="0"/>
          <w:w w:val="100"/>
          <w:rFonts w:ascii="Arial" w:hAnsi="Arial"/>
          <w:caps w:val="0"/>
        </w:rPr>
        <w:t>administrative</w:t>
      </w:r>
      <w:r>
        <w:rPr>
          <w:b w:val="0"/>
          <w:i w:val="0"/>
          <w:sz w:val="19"/>
          <w:spacing w:val="0"/>
          <w:w w:val="100"/>
          <w:rFonts w:ascii="Arial" w:hAnsi="Arial"/>
          <w:caps w:val="0"/>
        </w:rPr>
        <w:t> </w:t>
      </w:r>
      <w:r>
        <w:rPr>
          <w:b w:val="0"/>
          <w:i w:val="0"/>
          <w:sz w:val="19"/>
          <w:spacing w:val="0"/>
          <w:w w:val="100"/>
          <w:rFonts w:ascii="Arial" w:hAnsi="Arial"/>
          <w:caps w:val="0"/>
        </w:rPr>
        <w:t>operations.</w:t>
      </w:r>
    </w:p>
    <w:p>
      <w:pPr>
        <w:spacing w:before="0" w:beforeAutospacing="0" w:after="40" w:afterAutospacing="0" w:lineRule="auto" w:line="240"/>
        <w:rPr>
          <w:b val="0"/>
          <w:i val="0"/>
          <w:sz val="20"/>
          <w:spacing val="0"/>
          <w:w val="100"/>
          <w:caps val="0"/>
        </w:rPr>
        <w:snapToGrid w:val="0"/>
        <w:ind w:left="259" w:hanging="173"/>
        <w:textAlignment w:val="baseline"/>
      </w:pPr>
      <w:r>
        <w:rPr>
          <w:b w:val="1"/>
          <w:i w:val="0"/>
          <w:sz w:val="19"/>
          <w:spacing w:val="0"/>
          <w:w w:val="100"/>
          <w:rFonts w:ascii="Arial" w:hAnsi="Arial"/>
          <w:caps w:val="0"/>
        </w:rPr>
        <w:t>•</w:t>
      </w:r>
      <w:r>
        <w:rPr>
          <w:b w:val="1"/>
          <w:i w:val="0"/>
          <w:sz w:val="19"/>
          <w:spacing w:val="0"/>
          <w:w w:val="100"/>
          <w:rFonts w:ascii="Arial" w:hAnsi="Arial"/>
          <w:caps w:val="0"/>
        </w:rPr>
        <w:t> </w:t>
      </w:r>
      <w:r>
        <w:rPr>
          <w:b w:val="0"/>
          <w:i w:val="0"/>
          <w:sz w:val="19"/>
          <w:spacing w:val="0"/>
          <w:w w:val="100"/>
          <w:rFonts w:ascii="Arial" w:hAnsi="Arial"/>
          <w:caps w:val="0"/>
        </w:rPr>
        <w:t>Prepared</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organised</w:t>
      </w:r>
      <w:r>
        <w:rPr>
          <w:b w:val="0"/>
          <w:i w:val="0"/>
          <w:sz w:val="19"/>
          <w:spacing w:val="0"/>
          <w:w w:val="100"/>
          <w:rFonts w:ascii="Arial" w:hAnsi="Arial"/>
          <w:caps w:val="0"/>
        </w:rPr>
        <w:t> </w:t>
      </w:r>
      <w:r>
        <w:rPr>
          <w:b w:val="0"/>
          <w:i w:val="0"/>
          <w:sz w:val="19"/>
          <w:spacing w:val="0"/>
          <w:w w:val="100"/>
          <w:rFonts w:ascii="Arial" w:hAnsi="Arial"/>
          <w:caps w:val="0"/>
        </w:rPr>
        <w:t>information</w:t>
      </w:r>
      <w:r>
        <w:rPr>
          <w:b w:val="0"/>
          <w:i w:val="0"/>
          <w:sz w:val="19"/>
          <w:spacing w:val="0"/>
          <w:w w:val="100"/>
          <w:rFonts w:ascii="Arial" w:hAnsi="Arial"/>
          <w:caps w:val="0"/>
        </w:rPr>
        <w:t> </w:t>
      </w:r>
      <w:r>
        <w:rPr>
          <w:b w:val="0"/>
          <w:i w:val="0"/>
          <w:sz w:val="19"/>
          <w:spacing w:val="0"/>
          <w:w w:val="100"/>
          <w:rFonts w:ascii="Arial" w:hAnsi="Arial"/>
          <w:caps w:val="0"/>
        </w:rPr>
        <w:t>required</w:t>
      </w:r>
      <w:r>
        <w:rPr>
          <w:b w:val="0"/>
          <w:i w:val="0"/>
          <w:sz w:val="19"/>
          <w:spacing w:val="0"/>
          <w:w w:val="100"/>
          <w:rFonts w:ascii="Arial" w:hAnsi="Arial"/>
          <w:caps w:val="0"/>
        </w:rPr>
        <w:t> </w:t>
      </w:r>
      <w:r>
        <w:rPr>
          <w:b w:val="0"/>
          <w:i w:val="0"/>
          <w:sz w:val="19"/>
          <w:spacing w:val="0"/>
          <w:w w:val="100"/>
          <w:rFonts w:ascii="Arial" w:hAnsi="Arial"/>
          <w:caps w:val="0"/>
        </w:rPr>
        <w:t>for</w:t>
      </w:r>
      <w:r>
        <w:rPr>
          <w:b w:val="0"/>
          <w:i w:val="0"/>
          <w:sz w:val="19"/>
          <w:spacing w:val="0"/>
          <w:w w:val="100"/>
          <w:rFonts w:ascii="Arial" w:hAnsi="Arial"/>
          <w:caps w:val="0"/>
        </w:rPr>
        <w:t> </w:t>
      </w:r>
      <w:r>
        <w:rPr>
          <w:b w:val="0"/>
          <w:i w:val="0"/>
          <w:sz w:val="19"/>
          <w:spacing w:val="0"/>
          <w:w w:val="100"/>
          <w:rFonts w:ascii="Arial" w:hAnsi="Arial"/>
          <w:caps w:val="0"/>
        </w:rPr>
        <w:t>reporting</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management</w:t>
      </w:r>
      <w:r>
        <w:rPr>
          <w:b w:val="0"/>
          <w:i w:val="0"/>
          <w:sz w:val="19"/>
          <w:spacing w:val="0"/>
          <w:w w:val="100"/>
          <w:rFonts w:ascii="Arial" w:hAnsi="Arial"/>
          <w:caps w:val="0"/>
        </w:rPr>
        <w:t> </w:t>
      </w:r>
      <w:r>
        <w:rPr>
          <w:b w:val="0"/>
          <w:i w:val="0"/>
          <w:sz w:val="19"/>
          <w:spacing w:val="0"/>
          <w:w w:val="100"/>
          <w:rFonts w:ascii="Arial" w:hAnsi="Arial"/>
          <w:caps w:val="0"/>
        </w:rPr>
        <w:t>purposes.</w:t>
      </w:r>
    </w:p>
    <w:p>
      <w:pPr>
        <w:spacing w:before="0" w:beforeAutospacing="0" w:after="40" w:afterAutospacing="0" w:lineRule="auto" w:line="240"/>
        <w:rPr>
          <w:b val="0"/>
          <w:i val="0"/>
          <w:sz val="20"/>
          <w:spacing val="0"/>
          <w:w val="100"/>
          <w:caps val="0"/>
        </w:rPr>
        <w:snapToGrid w:val="0"/>
        <w:ind w:left="259" w:hanging="173"/>
        <w:textAlignment w:val="baseline"/>
      </w:pPr>
      <w:r>
        <w:rPr>
          <w:b w:val="1"/>
          <w:i w:val="0"/>
          <w:sz w:val="19"/>
          <w:spacing w:val="0"/>
          <w:w w:val="100"/>
          <w:rFonts w:ascii="Arial" w:hAnsi="Arial"/>
          <w:caps w:val="0"/>
        </w:rPr>
        <w:t>•</w:t>
      </w:r>
      <w:r>
        <w:rPr>
          <w:b w:val="1"/>
          <w:i w:val="0"/>
          <w:sz w:val="19"/>
          <w:spacing w:val="0"/>
          <w:w w:val="100"/>
          <w:rFonts w:ascii="Arial" w:hAnsi="Arial"/>
          <w:caps w:val="0"/>
        </w:rPr>
        <w:t> </w:t>
      </w:r>
      <w:r>
        <w:rPr>
          <w:b w:val="0"/>
          <w:i w:val="0"/>
          <w:sz w:val="19"/>
          <w:spacing w:val="0"/>
          <w:w w:val="100"/>
          <w:rFonts w:ascii="Arial" w:hAnsi="Arial"/>
          <w:caps w:val="0"/>
        </w:rPr>
        <w:t>Assisted</w:t>
      </w:r>
      <w:r>
        <w:rPr>
          <w:b w:val="0"/>
          <w:i w:val="0"/>
          <w:sz w:val="19"/>
          <w:spacing w:val="0"/>
          <w:w w:val="100"/>
          <w:rFonts w:ascii="Arial" w:hAnsi="Arial"/>
          <w:caps w:val="0"/>
        </w:rPr>
        <w:t> </w:t>
      </w:r>
      <w:r>
        <w:rPr>
          <w:b w:val="0"/>
          <w:i w:val="0"/>
          <w:sz w:val="19"/>
          <w:spacing w:val="0"/>
          <w:w w:val="100"/>
          <w:rFonts w:ascii="Arial" w:hAnsi="Arial"/>
          <w:caps w:val="0"/>
        </w:rPr>
        <w:t>with</w:t>
      </w:r>
      <w:r>
        <w:rPr>
          <w:b w:val="0"/>
          <w:i w:val="0"/>
          <w:sz w:val="19"/>
          <w:spacing w:val="0"/>
          <w:w w:val="100"/>
          <w:rFonts w:ascii="Arial" w:hAnsi="Arial"/>
          <w:caps w:val="0"/>
        </w:rPr>
        <w:t> </w:t>
      </w:r>
      <w:r>
        <w:rPr>
          <w:b w:val="0"/>
          <w:i w:val="0"/>
          <w:sz w:val="19"/>
          <w:spacing w:val="0"/>
          <w:w w:val="100"/>
          <w:rFonts w:ascii="Arial" w:hAnsi="Arial"/>
          <w:caps w:val="0"/>
        </w:rPr>
        <w:t>reconciliation,</w:t>
      </w:r>
      <w:r>
        <w:rPr>
          <w:b w:val="0"/>
          <w:i w:val="0"/>
          <w:sz w:val="19"/>
          <w:spacing w:val="0"/>
          <w:w w:val="100"/>
          <w:rFonts w:ascii="Arial" w:hAnsi="Arial"/>
          <w:caps w:val="0"/>
        </w:rPr>
        <w:t> </w:t>
      </w:r>
      <w:r>
        <w:rPr>
          <w:b w:val="0"/>
          <w:i w:val="0"/>
          <w:sz w:val="19"/>
          <w:spacing w:val="0"/>
          <w:w w:val="100"/>
          <w:rFonts w:ascii="Arial" w:hAnsi="Arial"/>
          <w:caps w:val="0"/>
        </w:rPr>
        <w:t>documentation</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other</w:t>
      </w:r>
      <w:r>
        <w:rPr>
          <w:b w:val="0"/>
          <w:i w:val="0"/>
          <w:sz w:val="19"/>
          <w:spacing w:val="0"/>
          <w:w w:val="100"/>
          <w:rFonts w:ascii="Arial" w:hAnsi="Arial"/>
          <w:caps w:val="0"/>
        </w:rPr>
        <w:t> </w:t>
      </w:r>
      <w:r>
        <w:rPr>
          <w:b w:val="0"/>
          <w:i w:val="0"/>
          <w:sz w:val="19"/>
          <w:spacing w:val="0"/>
          <w:w w:val="100"/>
          <w:rFonts w:ascii="Arial" w:hAnsi="Arial"/>
          <w:caps w:val="0"/>
        </w:rPr>
        <w:t>finance-related</w:t>
      </w:r>
      <w:r>
        <w:rPr>
          <w:b w:val="0"/>
          <w:i w:val="0"/>
          <w:sz w:val="19"/>
          <w:spacing w:val="0"/>
          <w:w w:val="100"/>
          <w:rFonts w:ascii="Arial" w:hAnsi="Arial"/>
          <w:caps w:val="0"/>
        </w:rPr>
        <w:t> </w:t>
      </w:r>
      <w:r>
        <w:rPr>
          <w:b w:val="0"/>
          <w:i w:val="0"/>
          <w:sz w:val="19"/>
          <w:spacing w:val="0"/>
          <w:w w:val="100"/>
          <w:rFonts w:ascii="Arial" w:hAnsi="Arial"/>
          <w:caps w:val="0"/>
        </w:rPr>
        <w:t>tasks.</w:t>
      </w:r>
    </w:p>
    <w:p>
      <w:pPr>
        <w:spacing w:before="140" w:beforeAutospacing="0" w:after="60" w:afterAutospacing="0" w:lineRule="auto" w:line="240"/>
        <w:rPr>
          <w:b val="0"/>
          <w:i val="0"/>
          <w:sz val="20"/>
          <w:spacing val="0"/>
          <w:w val="100"/>
          <w:caps val="0"/>
        </w:rPr>
        <w:snapToGrid w:val="0"/>
        <w:textAlignment w:val="baseline"/>
      </w:pPr>
      <w:r>
        <w:rPr>
          <w:b w:val="1"/>
          <w:i w:val="0"/>
          <w:sz w:val="21"/>
          <w:spacing w:val="0"/>
          <w:w w:val="100"/>
          <w:rFonts w:ascii="Arial" w:hAnsi="Arial"/>
          <w:caps w:val="0"/>
        </w:rPr>
        <w:t>EDUCATION</w:t>
      </w:r>
    </w:p>
    <w:p>
      <w:pPr>
        <w:spacing w:before="0" w:beforeAutospacing="0" w:after="40" w:afterAutospacing="0" w:lineRule="auto" w:line="240"/>
        <w:rPr>
          <w:b val="0"/>
          <w:i val="0"/>
          <w:sz val="20"/>
          <w:spacing val="0"/>
          <w:w val="100"/>
          <w:caps val="0"/>
        </w:rPr>
        <w:snapToGrid w:val="0"/>
        <w:textAlignment w:val="baseline"/>
      </w:pPr>
      <w:r>
        <w:rPr>
          <w:b w:val="0"/>
          <w:i w:val="0"/>
          <w:sz w:val="19"/>
          <w:spacing w:val="0"/>
          <w:w w:val="100"/>
          <w:rFonts w:ascii="Arial" w:hAnsi="Arial"/>
          <w:caps w:val="0"/>
        </w:rPr>
        <w:t>M.Sc.</w:t>
      </w:r>
      <w:r>
        <w:rPr>
          <w:b w:val="0"/>
          <w:i w:val="0"/>
          <w:sz w:val="19"/>
          <w:spacing w:val="0"/>
          <w:w w:val="100"/>
          <w:rFonts w:ascii="Arial" w:hAnsi="Arial"/>
          <w:caps w:val="0"/>
        </w:rPr>
        <w:t> </w:t>
      </w:r>
      <w:r>
        <w:rPr>
          <w:b w:val="0"/>
          <w:i w:val="0"/>
          <w:sz w:val="19"/>
          <w:spacing w:val="0"/>
          <w:w w:val="100"/>
          <w:rFonts w:ascii="Arial" w:hAnsi="Arial"/>
          <w:caps w:val="0"/>
        </w:rPr>
        <w:t>Forensic</w:t>
      </w:r>
      <w:r>
        <w:rPr>
          <w:b w:val="0"/>
          <w:i w:val="0"/>
          <w:sz w:val="19"/>
          <w:spacing w:val="0"/>
          <w:w w:val="100"/>
          <w:rFonts w:ascii="Arial" w:hAnsi="Arial"/>
          <w:caps w:val="0"/>
        </w:rPr>
        <w:t> </w:t>
      </w:r>
      <w:r>
        <w:rPr>
          <w:b w:val="0"/>
          <w:i w:val="0"/>
          <w:sz w:val="19"/>
          <w:spacing w:val="0"/>
          <w:w w:val="100"/>
          <w:rFonts w:ascii="Arial" w:hAnsi="Arial"/>
          <w:caps w:val="0"/>
        </w:rPr>
        <w:t>Accounting</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ANAN</w:t>
      </w:r>
      <w:r>
        <w:rPr>
          <w:b w:val="0"/>
          <w:i w:val="0"/>
          <w:sz w:val="19"/>
          <w:spacing w:val="0"/>
          <w:w w:val="100"/>
          <w:rFonts w:ascii="Arial" w:hAnsi="Arial"/>
          <w:caps w:val="0"/>
        </w:rPr>
        <w:t> </w:t>
      </w:r>
      <w:r>
        <w:rPr>
          <w:b w:val="0"/>
          <w:i w:val="0"/>
          <w:sz w:val="19"/>
          <w:spacing w:val="0"/>
          <w:w w:val="100"/>
          <w:rFonts w:ascii="Arial" w:hAnsi="Arial"/>
          <w:caps w:val="0"/>
        </w:rPr>
        <w:t>University</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September</w:t>
      </w:r>
      <w:r>
        <w:rPr>
          <w:b w:val="0"/>
          <w:i w:val="0"/>
          <w:sz w:val="19"/>
          <w:spacing w:val="0"/>
          <w:w w:val="100"/>
          <w:rFonts w:ascii="Arial" w:hAnsi="Arial"/>
          <w:caps w:val="0"/>
        </w:rPr>
        <w:t> </w:t>
      </w:r>
      <w:r>
        <w:rPr>
          <w:b w:val="0"/>
          <w:i w:val="0"/>
          <w:sz w:val="19"/>
          <w:spacing w:val="0"/>
          <w:w w:val="100"/>
          <w:rFonts w:ascii="Arial" w:hAnsi="Arial"/>
          <w:caps w:val="0"/>
        </w:rPr>
        <w:t>2025</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August</w:t>
      </w:r>
      <w:r>
        <w:rPr>
          <w:b w:val="0"/>
          <w:i w:val="0"/>
          <w:sz w:val="19"/>
          <w:spacing w:val="0"/>
          <w:w w:val="100"/>
          <w:rFonts w:ascii="Arial" w:hAnsi="Arial"/>
          <w:caps w:val="0"/>
        </w:rPr>
        <w:t> </w:t>
      </w:r>
      <w:r>
        <w:rPr>
          <w:b w:val="0"/>
          <w:i w:val="0"/>
          <w:sz w:val="19"/>
          <w:spacing w:val="0"/>
          <w:w w:val="100"/>
          <w:rFonts w:ascii="Arial" w:hAnsi="Arial"/>
          <w:caps w:val="0"/>
        </w:rPr>
        <w:t>2026</w:t>
      </w:r>
    </w:p>
    <w:p>
      <w:pPr>
        <w:spacing w:before="0" w:beforeAutospacing="0" w:after="40" w:afterAutospacing="0" w:lineRule="auto" w:line="240"/>
        <w:rPr>
          <w:b val="0"/>
          <w:i val="0"/>
          <w:sz val="20"/>
          <w:spacing val="0"/>
          <w:w val="100"/>
          <w:caps val="0"/>
        </w:rPr>
        <w:snapToGrid w:val="0"/>
        <w:textAlignment w:val="baseline"/>
      </w:pPr>
      <w:r>
        <w:rPr>
          <w:b w:val="0"/>
          <w:i w:val="0"/>
          <w:sz w:val="19"/>
          <w:spacing w:val="0"/>
          <w:w w:val="100"/>
          <w:rFonts w:ascii="Arial" w:hAnsi="Arial"/>
          <w:caps w:val="0"/>
        </w:rPr>
        <w:t>B.Sc.</w:t>
      </w:r>
      <w:r>
        <w:rPr>
          <w:b w:val="0"/>
          <w:i w:val="0"/>
          <w:sz w:val="19"/>
          <w:spacing w:val="0"/>
          <w:w w:val="100"/>
          <w:rFonts w:ascii="Arial" w:hAnsi="Arial"/>
          <w:caps w:val="0"/>
        </w:rPr>
        <w:t> </w:t>
      </w:r>
      <w:r>
        <w:rPr>
          <w:b w:val="0"/>
          <w:i w:val="0"/>
          <w:sz w:val="19"/>
          <w:spacing w:val="0"/>
          <w:w w:val="100"/>
          <w:rFonts w:ascii="Arial" w:hAnsi="Arial"/>
          <w:caps w:val="0"/>
        </w:rPr>
        <w:t>Accounting</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[B.Sc.</w:t>
      </w:r>
      <w:r>
        <w:rPr>
          <w:b w:val="0"/>
          <w:i w:val="0"/>
          <w:sz w:val="19"/>
          <w:spacing w:val="0"/>
          <w:w w:val="100"/>
          <w:rFonts w:ascii="Arial" w:hAnsi="Arial"/>
          <w:caps w:val="0"/>
        </w:rPr>
        <w:t> </w:t>
      </w:r>
      <w:r>
        <w:rPr>
          <w:b w:val="0"/>
          <w:i w:val="0"/>
          <w:sz w:val="19"/>
          <w:spacing w:val="0"/>
          <w:w w:val="100"/>
          <w:rFonts w:ascii="Arial" w:hAnsi="Arial"/>
          <w:caps w:val="0"/>
        </w:rPr>
        <w:t>Institution]</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September</w:t>
      </w:r>
      <w:r>
        <w:rPr>
          <w:b w:val="0"/>
          <w:i w:val="0"/>
          <w:sz w:val="19"/>
          <w:spacing w:val="0"/>
          <w:w w:val="100"/>
          <w:rFonts w:ascii="Arial" w:hAnsi="Arial"/>
          <w:caps w:val="0"/>
        </w:rPr>
        <w:t> </w:t>
      </w:r>
      <w:r>
        <w:rPr>
          <w:b w:val="0"/>
          <w:i w:val="0"/>
          <w:sz w:val="19"/>
          <w:spacing w:val="0"/>
          <w:w w:val="100"/>
          <w:rFonts w:ascii="Arial" w:hAnsi="Arial"/>
          <w:caps w:val="0"/>
        </w:rPr>
        <w:t>2016</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July</w:t>
      </w:r>
      <w:r>
        <w:rPr>
          <w:b w:val="0"/>
          <w:i w:val="0"/>
          <w:sz w:val="19"/>
          <w:spacing w:val="0"/>
          <w:w w:val="100"/>
          <w:rFonts w:ascii="Arial" w:hAnsi="Arial"/>
          <w:caps w:val="0"/>
        </w:rPr>
        <w:t> </w:t>
      </w:r>
      <w:r>
        <w:rPr>
          <w:b w:val="0"/>
          <w:i w:val="0"/>
          <w:sz w:val="19"/>
          <w:spacing w:val="0"/>
          <w:w w:val="100"/>
          <w:rFonts w:ascii="Arial" w:hAnsi="Arial"/>
          <w:caps w:val="0"/>
        </w:rPr>
        <w:t>2020</w:t>
      </w:r>
    </w:p>
    <w:p>
      <w:pPr>
        <w:spacing w:before="140" w:beforeAutospacing="0" w:after="60" w:afterAutospacing="0" w:lineRule="auto" w:line="240"/>
        <w:rPr>
          <w:b val="0"/>
          <w:i val="0"/>
          <w:sz val="20"/>
          <w:spacing val="0"/>
          <w:w val="100"/>
          <w:caps val="0"/>
        </w:rPr>
        <w:snapToGrid w:val="0"/>
        <w:textAlignment w:val="baseline"/>
      </w:pPr>
      <w:r>
        <w:rPr>
          <w:b w:val="1"/>
          <w:i w:val="0"/>
          <w:sz w:val="21"/>
          <w:spacing w:val="0"/>
          <w:w w:val="100"/>
          <w:rFonts w:ascii="Arial" w:hAnsi="Arial"/>
          <w:caps w:val="0"/>
        </w:rPr>
        <w:t>PROFESSIONAL</w:t>
      </w:r>
      <w:r>
        <w:rPr>
          <w:b w:val="1"/>
          <w:i w:val="0"/>
          <w:sz w:val="21"/>
          <w:spacing w:val="0"/>
          <w:w w:val="100"/>
          <w:rFonts w:ascii="Arial" w:hAnsi="Arial"/>
          <w:caps w:val="0"/>
        </w:rPr>
        <w:t> </w:t>
      </w:r>
      <w:r>
        <w:rPr>
          <w:b w:val="1"/>
          <w:i w:val="0"/>
          <w:sz w:val="21"/>
          <w:spacing w:val="0"/>
          <w:w w:val="100"/>
          <w:rFonts w:ascii="Arial" w:hAnsi="Arial"/>
          <w:caps w:val="0"/>
        </w:rPr>
        <w:t>QUALIFICATIONS</w:t>
      </w:r>
    </w:p>
    <w:p>
      <w:pPr>
        <w:spacing w:before="0" w:beforeAutospacing="0" w:after="40" w:afterAutospacing="0" w:lineRule="auto" w:line="240"/>
        <w:rPr>
          <w:b val="0"/>
          <w:i val="0"/>
          <w:sz val="20"/>
          <w:spacing val="0"/>
          <w:w val="100"/>
          <w:caps val="0"/>
        </w:rPr>
        <w:snapToGrid w:val="0"/>
        <w:ind w:left="259" w:hanging="173"/>
        <w:textAlignment w:val="baseline"/>
      </w:pPr>
      <w:r>
        <w:rPr>
          <w:b w:val="1"/>
          <w:i w:val="0"/>
          <w:sz w:val="19"/>
          <w:spacing w:val="0"/>
          <w:w w:val="100"/>
          <w:rFonts w:ascii="Arial" w:hAnsi="Arial"/>
          <w:caps w:val="0"/>
        </w:rPr>
        <w:t>•</w:t>
      </w:r>
      <w:r>
        <w:rPr>
          <w:b w:val="1"/>
          <w:i w:val="0"/>
          <w:sz w:val="19"/>
          <w:spacing w:val="0"/>
          <w:w w:val="100"/>
          <w:rFonts w:ascii="Arial" w:hAnsi="Arial"/>
          <w:caps w:val="0"/>
        </w:rPr>
        <w:t> </w:t>
      </w:r>
      <w:r>
        <w:rPr>
          <w:b w:val="0"/>
          <w:i w:val="0"/>
          <w:sz w:val="19"/>
          <w:spacing w:val="0"/>
          <w:w w:val="100"/>
          <w:rFonts w:ascii="Arial" w:hAnsi="Arial"/>
          <w:caps w:val="0"/>
        </w:rPr>
        <w:t>Certified</w:t>
      </w:r>
      <w:r>
        <w:rPr>
          <w:b w:val="0"/>
          <w:i w:val="0"/>
          <w:sz w:val="19"/>
          <w:spacing w:val="0"/>
          <w:w w:val="100"/>
          <w:rFonts w:ascii="Arial" w:hAnsi="Arial"/>
          <w:caps w:val="0"/>
        </w:rPr>
        <w:t> </w:t>
      </w:r>
      <w:r>
        <w:rPr>
          <w:b w:val="0"/>
          <w:i w:val="0"/>
          <w:sz w:val="19"/>
          <w:spacing w:val="0"/>
          <w:w w:val="100"/>
          <w:rFonts w:ascii="Arial" w:hAnsi="Arial"/>
          <w:caps w:val="0"/>
        </w:rPr>
        <w:t>National</w:t>
      </w:r>
      <w:r>
        <w:rPr>
          <w:b w:val="0"/>
          <w:i w:val="0"/>
          <w:sz w:val="19"/>
          <w:spacing w:val="0"/>
          <w:w w:val="100"/>
          <w:rFonts w:ascii="Arial" w:hAnsi="Arial"/>
          <w:caps w:val="0"/>
        </w:rPr>
        <w:t> </w:t>
      </w:r>
      <w:r>
        <w:rPr>
          <w:b w:val="0"/>
          <w:i w:val="0"/>
          <w:sz w:val="19"/>
          <w:spacing w:val="0"/>
          <w:w w:val="100"/>
          <w:rFonts w:ascii="Arial" w:hAnsi="Arial"/>
          <w:caps w:val="0"/>
        </w:rPr>
        <w:t>Accountant</w:t>
      </w:r>
      <w:r>
        <w:rPr>
          <w:b w:val="0"/>
          <w:i w:val="0"/>
          <w:sz w:val="19"/>
          <w:spacing w:val="0"/>
          <w:w w:val="100"/>
          <w:rFonts w:ascii="Arial" w:hAnsi="Arial"/>
          <w:caps w:val="0"/>
        </w:rPr>
        <w:t> </w:t>
      </w:r>
      <w:r>
        <w:rPr>
          <w:b w:val="0"/>
          <w:i w:val="0"/>
          <w:sz w:val="19"/>
          <w:spacing w:val="0"/>
          <w:w w:val="100"/>
          <w:rFonts w:ascii="Arial" w:hAnsi="Arial"/>
          <w:caps w:val="0"/>
        </w:rPr>
        <w:t>(CNA)</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ANAN</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Qualified</w:t>
      </w:r>
      <w:r>
        <w:rPr>
          <w:b w:val="0"/>
          <w:i w:val="0"/>
          <w:sz w:val="19"/>
          <w:spacing w:val="0"/>
          <w:w w:val="100"/>
          <w:rFonts w:ascii="Arial" w:hAnsi="Arial"/>
          <w:caps w:val="0"/>
        </w:rPr>
        <w:t> </w:t>
      </w:r>
      <w:r>
        <w:rPr>
          <w:b w:val="0"/>
          <w:i w:val="0"/>
          <w:sz w:val="19"/>
          <w:spacing w:val="0"/>
          <w:w w:val="100"/>
          <w:rFonts w:ascii="Arial" w:hAnsi="Arial"/>
          <w:caps w:val="0"/>
        </w:rPr>
        <w:t>Accountant</w:t>
      </w:r>
    </w:p>
    <w:p>
      <w:pPr>
        <w:spacing w:before="0" w:beforeAutospacing="0" w:after="40" w:afterAutospacing="0" w:lineRule="auto" w:line="240"/>
        <w:rPr>
          <w:b val="0"/>
          <w:i val="0"/>
          <w:sz val="20"/>
          <w:spacing val="0"/>
          <w:w val="100"/>
          <w:caps val="0"/>
        </w:rPr>
        <w:snapToGrid w:val="0"/>
        <w:ind w:left="259" w:hanging="173"/>
        <w:textAlignment w:val="baseline"/>
      </w:pPr>
      <w:r>
        <w:rPr>
          <w:b w:val="1"/>
          <w:i w:val="0"/>
          <w:sz w:val="19"/>
          <w:spacing w:val="0"/>
          <w:w w:val="100"/>
          <w:rFonts w:ascii="Arial" w:hAnsi="Arial"/>
          <w:caps w:val="0"/>
        </w:rPr>
        <w:t>•</w:t>
      </w:r>
      <w:r>
        <w:rPr>
          <w:b w:val="1"/>
          <w:i w:val="0"/>
          <w:sz w:val="19"/>
          <w:spacing w:val="0"/>
          <w:w w:val="100"/>
          <w:rFonts w:ascii="Arial" w:hAnsi="Arial"/>
          <w:caps w:val="0"/>
        </w:rPr>
        <w:t> </w:t>
      </w:r>
      <w:r>
        <w:rPr>
          <w:b w:val="0"/>
          <w:i w:val="0"/>
          <w:sz w:val="19"/>
          <w:spacing w:val="0"/>
          <w:w w:val="100"/>
          <w:rFonts w:ascii="Arial" w:hAnsi="Arial"/>
          <w:caps w:val="0"/>
        </w:rPr>
        <w:t>Institute</w:t>
      </w:r>
      <w:r>
        <w:rPr>
          <w:b w:val="0"/>
          <w:i w:val="0"/>
          <w:sz w:val="19"/>
          <w:spacing w:val="0"/>
          <w:w w:val="100"/>
          <w:rFonts w:ascii="Arial" w:hAnsi="Arial"/>
          <w:caps w:val="0"/>
        </w:rPr>
        <w:t> </w:t>
      </w:r>
      <w:r>
        <w:rPr>
          <w:b w:val="0"/>
          <w:i w:val="0"/>
          <w:sz w:val="19"/>
          <w:spacing w:val="0"/>
          <w:w w:val="100"/>
          <w:rFonts w:ascii="Arial" w:hAnsi="Arial"/>
          <w:caps w:val="0"/>
        </w:rPr>
        <w:t>of</w:t>
      </w:r>
      <w:r>
        <w:rPr>
          <w:b w:val="0"/>
          <w:i w:val="0"/>
          <w:sz w:val="19"/>
          <w:spacing w:val="0"/>
          <w:w w:val="100"/>
          <w:rFonts w:ascii="Arial" w:hAnsi="Arial"/>
          <w:caps w:val="0"/>
        </w:rPr>
        <w:t> </w:t>
      </w:r>
      <w:r>
        <w:rPr>
          <w:b w:val="0"/>
          <w:i w:val="0"/>
          <w:sz w:val="19"/>
          <w:spacing w:val="0"/>
          <w:w w:val="100"/>
          <w:rFonts w:ascii="Arial" w:hAnsi="Arial"/>
          <w:caps w:val="0"/>
        </w:rPr>
        <w:t>Chartered</w:t>
      </w:r>
      <w:r>
        <w:rPr>
          <w:b w:val="0"/>
          <w:i w:val="0"/>
          <w:sz w:val="19"/>
          <w:spacing w:val="0"/>
          <w:w w:val="100"/>
          <w:rFonts w:ascii="Arial" w:hAnsi="Arial"/>
          <w:caps w:val="0"/>
        </w:rPr>
        <w:t> </w:t>
      </w:r>
      <w:r>
        <w:rPr>
          <w:b w:val="0"/>
          <w:i w:val="0"/>
          <w:sz w:val="19"/>
          <w:spacing w:val="0"/>
          <w:w w:val="100"/>
          <w:rFonts w:ascii="Arial" w:hAnsi="Arial"/>
          <w:caps w:val="0"/>
        </w:rPr>
        <w:t>Accountants</w:t>
      </w:r>
      <w:r>
        <w:rPr>
          <w:b w:val="0"/>
          <w:i w:val="0"/>
          <w:sz w:val="19"/>
          <w:spacing w:val="0"/>
          <w:w w:val="100"/>
          <w:rFonts w:ascii="Arial" w:hAnsi="Arial"/>
          <w:caps w:val="0"/>
        </w:rPr>
        <w:t> </w:t>
      </w:r>
      <w:r>
        <w:rPr>
          <w:b w:val="0"/>
          <w:i w:val="0"/>
          <w:sz w:val="19"/>
          <w:spacing w:val="0"/>
          <w:w w:val="100"/>
          <w:rFonts w:ascii="Arial" w:hAnsi="Arial"/>
          <w:caps w:val="0"/>
        </w:rPr>
        <w:t>of</w:t>
      </w:r>
      <w:r>
        <w:rPr>
          <w:b w:val="0"/>
          <w:i w:val="0"/>
          <w:sz w:val="19"/>
          <w:spacing w:val="0"/>
          <w:w w:val="100"/>
          <w:rFonts w:ascii="Arial" w:hAnsi="Arial"/>
          <w:caps w:val="0"/>
        </w:rPr>
        <w:t> </w:t>
      </w:r>
      <w:r>
        <w:rPr>
          <w:b w:val="0"/>
          <w:i w:val="0"/>
          <w:sz w:val="19"/>
          <w:spacing w:val="0"/>
          <w:w w:val="100"/>
          <w:rFonts w:ascii="Arial" w:hAnsi="Arial"/>
          <w:caps w:val="0"/>
        </w:rPr>
        <w:t>Nigeria</w:t>
      </w:r>
      <w:r>
        <w:rPr>
          <w:b w:val="0"/>
          <w:i w:val="0"/>
          <w:sz w:val="19"/>
          <w:spacing w:val="0"/>
          <w:w w:val="100"/>
          <w:rFonts w:ascii="Arial" w:hAnsi="Arial"/>
          <w:caps w:val="0"/>
        </w:rPr>
        <w:t> </w:t>
      </w:r>
      <w:r>
        <w:rPr>
          <w:b w:val="0"/>
          <w:i w:val="0"/>
          <w:sz w:val="19"/>
          <w:spacing w:val="0"/>
          <w:w w:val="100"/>
          <w:rFonts w:ascii="Arial" w:hAnsi="Arial"/>
          <w:caps w:val="0"/>
        </w:rPr>
        <w:t>(ICAN)</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Professional</w:t>
      </w:r>
      <w:r>
        <w:rPr>
          <w:b w:val="0"/>
          <w:i w:val="0"/>
          <w:sz w:val="19"/>
          <w:spacing w:val="0"/>
          <w:w w:val="100"/>
          <w:rFonts w:ascii="Arial" w:hAnsi="Arial"/>
          <w:caps w:val="0"/>
        </w:rPr>
        <w:t> </w:t>
      </w:r>
      <w:r>
        <w:rPr>
          <w:b w:val="0"/>
          <w:i w:val="0"/>
          <w:sz w:val="19"/>
          <w:spacing w:val="0"/>
          <w:w w:val="100"/>
          <w:rFonts w:ascii="Arial" w:hAnsi="Arial"/>
          <w:caps w:val="0"/>
        </w:rPr>
        <w:t>Programme</w:t>
      </w:r>
      <w:r>
        <w:rPr>
          <w:b w:val="0"/>
          <w:i w:val="0"/>
          <w:sz w:val="19"/>
          <w:spacing w:val="0"/>
          <w:w w:val="100"/>
          <w:rFonts w:ascii="Arial" w:hAnsi="Arial"/>
          <w:caps w:val="0"/>
        </w:rPr>
        <w:t> </w:t>
      </w:r>
      <w:r>
        <w:rPr>
          <w:b w:val="0"/>
          <w:i w:val="0"/>
          <w:sz w:val="19"/>
          <w:spacing w:val="0"/>
          <w:w w:val="100"/>
          <w:rFonts w:ascii="Arial" w:hAnsi="Arial"/>
          <w:caps w:val="0"/>
        </w:rPr>
        <w:t>in</w:t>
      </w:r>
      <w:r>
        <w:rPr>
          <w:b w:val="0"/>
          <w:i w:val="0"/>
          <w:sz w:val="19"/>
          <w:spacing w:val="0"/>
          <w:w w:val="100"/>
          <w:rFonts w:ascii="Arial" w:hAnsi="Arial"/>
          <w:caps w:val="0"/>
        </w:rPr>
        <w:t> </w:t>
      </w:r>
      <w:r>
        <w:rPr>
          <w:b w:val="0"/>
          <w:i w:val="0"/>
          <w:sz w:val="19"/>
          <w:spacing w:val="0"/>
          <w:w w:val="100"/>
          <w:rFonts w:ascii="Arial" w:hAnsi="Arial"/>
          <w:caps w:val="0"/>
        </w:rPr>
        <w:t>Progress</w:t>
      </w:r>
    </w:p>
    <w:p>
      <w:pPr>
        <w:spacing w:before="140" w:beforeAutospacing="0" w:after="60" w:afterAutospacing="0" w:lineRule="auto" w:line="240"/>
        <w:rPr>
          <w:b val="0"/>
          <w:i val="0"/>
          <w:sz val="20"/>
          <w:spacing val="0"/>
          <w:w val="100"/>
          <w:caps val="0"/>
        </w:rPr>
        <w:snapToGrid w:val="0"/>
        <w:textAlignment w:val="baseline"/>
      </w:pPr>
      <w:r>
        <w:rPr>
          <w:b w:val="1"/>
          <w:i w:val="0"/>
          <w:sz w:val="21"/>
          <w:spacing w:val="0"/>
          <w:w w:val="100"/>
          <w:rFonts w:ascii="Arial" w:hAnsi="Arial"/>
          <w:caps w:val="0"/>
        </w:rPr>
        <w:t>TECHNICAL</w:t>
      </w:r>
      <w:r>
        <w:rPr>
          <w:b w:val="1"/>
          <w:i w:val="0"/>
          <w:sz w:val="21"/>
          <w:spacing w:val="0"/>
          <w:w w:val="100"/>
          <w:rFonts w:ascii="Arial" w:hAnsi="Arial"/>
          <w:caps w:val="0"/>
        </w:rPr>
        <w:t> </w:t>
      </w:r>
      <w:r>
        <w:rPr>
          <w:b w:val="1"/>
          <w:i w:val="0"/>
          <w:sz w:val="21"/>
          <w:spacing w:val="0"/>
          <w:w w:val="100"/>
          <w:rFonts w:ascii="Arial" w:hAnsi="Arial"/>
          <w:caps w:val="0"/>
        </w:rPr>
        <w:t>SKILLS</w:t>
      </w:r>
    </w:p>
    <w:p>
      <w:pPr>
        <w:spacing w:before="0" w:beforeAutospacing="0" w:after="60" w:afterAutospacing="0" w:lineRule="auto" w:line="240"/>
        <w:rPr>
          <w:b val="0"/>
          <w:i val="0"/>
          <w:sz val="20"/>
          <w:spacing val="0"/>
          <w:w val="100"/>
          <w:caps val="0"/>
        </w:rPr>
        <w:snapToGrid w:val="0"/>
        <w:textAlignment w:val="baseline"/>
      </w:pPr>
      <w:r>
        <w:rPr>
          <w:b w:val="0"/>
          <w:i w:val="0"/>
          <w:sz w:val="19"/>
          <w:spacing w:val="0"/>
          <w:w w:val="100"/>
          <w:rFonts w:ascii="Arial" w:hAnsi="Arial"/>
          <w:caps w:val="0"/>
        </w:rPr>
        <w:t>Microsoft</w:t>
      </w:r>
      <w:r>
        <w:rPr>
          <w:b w:val="0"/>
          <w:i w:val="0"/>
          <w:sz w:val="19"/>
          <w:spacing w:val="0"/>
          <w:w w:val="100"/>
          <w:rFonts w:ascii="Arial" w:hAnsi="Arial"/>
          <w:caps w:val="0"/>
        </w:rPr>
        <w:t> </w:t>
      </w:r>
      <w:r>
        <w:rPr>
          <w:b w:val="0"/>
          <w:i w:val="0"/>
          <w:sz w:val="19"/>
          <w:spacing w:val="0"/>
          <w:w w:val="100"/>
          <w:rFonts w:ascii="Arial" w:hAnsi="Arial"/>
          <w:caps w:val="0"/>
        </w:rPr>
        <w:t>Excel</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Good/Intermediate-Advanced</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Sage</w:t>
      </w:r>
      <w:r>
        <w:rPr>
          <w:b w:val="0"/>
          <w:i w:val="0"/>
          <w:sz w:val="19"/>
          <w:spacing w:val="0"/>
          <w:w w:val="100"/>
          <w:rFonts w:ascii="Arial" w:hAnsi="Arial"/>
          <w:caps w:val="0"/>
        </w:rPr>
        <w:t> </w:t>
      </w:r>
      <w:r>
        <w:rPr>
          <w:b w:val="0"/>
          <w:i w:val="0"/>
          <w:sz w:val="19"/>
          <w:spacing w:val="0"/>
          <w:w w:val="100"/>
          <w:rFonts w:ascii="Arial" w:hAnsi="Arial"/>
          <w:caps w:val="0"/>
        </w:rPr>
        <w:t>50</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Tally</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QuickBooks</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Working</w:t>
      </w:r>
      <w:r>
        <w:rPr>
          <w:b w:val="0"/>
          <w:i w:val="0"/>
          <w:sz w:val="19"/>
          <w:spacing w:val="0"/>
          <w:w w:val="100"/>
          <w:rFonts w:ascii="Arial" w:hAnsi="Arial"/>
          <w:caps w:val="0"/>
        </w:rPr>
        <w:t> </w:t>
      </w:r>
      <w:r>
        <w:rPr>
          <w:b w:val="0"/>
          <w:i w:val="0"/>
          <w:sz w:val="19"/>
          <w:spacing w:val="0"/>
          <w:w w:val="100"/>
          <w:rFonts w:ascii="Arial" w:hAnsi="Arial"/>
          <w:caps w:val="0"/>
        </w:rPr>
        <w:t>Exposure</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Microsoft</w:t>
      </w:r>
      <w:r>
        <w:rPr>
          <w:b w:val="0"/>
          <w:i w:val="0"/>
          <w:sz w:val="19"/>
          <w:spacing w:val="0"/>
          <w:w w:val="100"/>
          <w:rFonts w:ascii="Arial" w:hAnsi="Arial"/>
          <w:caps w:val="0"/>
        </w:rPr>
        <w:t> </w:t>
      </w:r>
      <w:r>
        <w:rPr>
          <w:b w:val="0"/>
          <w:i w:val="0"/>
          <w:sz w:val="19"/>
          <w:spacing w:val="0"/>
          <w:w w:val="100"/>
          <w:rFonts w:ascii="Arial" w:hAnsi="Arial"/>
          <w:caps w:val="0"/>
        </w:rPr>
        <w:t>Word</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Financial</w:t>
      </w:r>
      <w:r>
        <w:rPr>
          <w:b w:val="0"/>
          <w:i w:val="0"/>
          <w:sz w:val="19"/>
          <w:spacing w:val="0"/>
          <w:w w:val="100"/>
          <w:rFonts w:ascii="Arial" w:hAnsi="Arial"/>
          <w:caps w:val="0"/>
        </w:rPr>
        <w:t> </w:t>
      </w:r>
      <w:r>
        <w:rPr>
          <w:b w:val="0"/>
          <w:i w:val="0"/>
          <w:sz w:val="19"/>
          <w:spacing w:val="0"/>
          <w:w w:val="100"/>
          <w:rFonts w:ascii="Arial" w:hAnsi="Arial"/>
          <w:caps w:val="0"/>
        </w:rPr>
        <w:t>&amp;</w:t>
      </w:r>
      <w:r>
        <w:rPr>
          <w:b w:val="0"/>
          <w:i w:val="0"/>
          <w:sz w:val="19"/>
          <w:spacing w:val="0"/>
          <w:w w:val="100"/>
          <w:rFonts w:ascii="Arial" w:hAnsi="Arial"/>
          <w:caps w:val="0"/>
        </w:rPr>
        <w:t> </w:t>
      </w:r>
      <w:r>
        <w:rPr>
          <w:b w:val="0"/>
          <w:i w:val="0"/>
          <w:sz w:val="19"/>
          <w:spacing w:val="0"/>
          <w:w w:val="100"/>
          <w:rFonts w:ascii="Arial" w:hAnsi="Arial"/>
          <w:caps w:val="0"/>
        </w:rPr>
        <w:t>Accounting</w:t>
      </w:r>
      <w:r>
        <w:rPr>
          <w:b w:val="0"/>
          <w:i w:val="0"/>
          <w:sz w:val="19"/>
          <w:spacing w:val="0"/>
          <w:w w:val="100"/>
          <w:rFonts w:ascii="Arial" w:hAnsi="Arial"/>
          <w:caps w:val="0"/>
        </w:rPr>
        <w:t> </w:t>
      </w:r>
      <w:r>
        <w:rPr>
          <w:b w:val="0"/>
          <w:i w:val="0"/>
          <w:sz w:val="19"/>
          <w:spacing w:val="0"/>
          <w:w w:val="100"/>
          <w:rFonts w:ascii="Arial" w:hAnsi="Arial"/>
          <w:caps w:val="0"/>
        </w:rPr>
        <w:t>Documentation</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Data</w:t>
      </w:r>
      <w:r>
        <w:rPr>
          <w:b w:val="0"/>
          <w:i w:val="0"/>
          <w:sz w:val="19"/>
          <w:spacing w:val="0"/>
          <w:w w:val="100"/>
          <w:rFonts w:ascii="Arial" w:hAnsi="Arial"/>
          <w:caps w:val="0"/>
        </w:rPr>
        <w:t> </w:t>
      </w:r>
      <w:r>
        <w:rPr>
          <w:b w:val="0"/>
          <w:i w:val="0"/>
          <w:sz w:val="19"/>
          <w:spacing w:val="0"/>
          <w:w w:val="100"/>
          <w:rFonts w:ascii="Arial" w:hAnsi="Arial"/>
          <w:caps w:val="0"/>
        </w:rPr>
        <w:t>Analysis</w:t>
      </w:r>
      <w:r>
        <w:rPr>
          <w:b w:val="0"/>
          <w:i w:val="0"/>
          <w:sz w:val="19"/>
          <w:spacing w:val="0"/>
          <w:w w:val="100"/>
          <w:rFonts w:ascii="Arial" w:hAnsi="Arial"/>
          <w:caps w:val="0"/>
        </w:rPr>
        <w:t> </w:t>
      </w:r>
      <w:r>
        <w:rPr>
          <w:b w:val="0"/>
          <w:i w:val="0"/>
          <w:sz w:val="19"/>
          <w:spacing w:val="0"/>
          <w:w w:val="100"/>
          <w:rFonts w:ascii="Arial" w:hAnsi="Arial"/>
          <w:caps w:val="0"/>
        </w:rPr>
        <w:t>&amp;</w:t>
      </w:r>
      <w:r>
        <w:rPr>
          <w:b w:val="0"/>
          <w:i w:val="0"/>
          <w:sz w:val="19"/>
          <w:spacing w:val="0"/>
          <w:w w:val="100"/>
          <w:rFonts w:ascii="Arial" w:hAnsi="Arial"/>
          <w:caps w:val="0"/>
        </w:rPr>
        <w:t> </w:t>
      </w:r>
      <w:r>
        <w:rPr>
          <w:b w:val="0"/>
          <w:i w:val="0"/>
          <w:sz w:val="19"/>
          <w:spacing w:val="0"/>
          <w:w w:val="100"/>
          <w:rFonts w:ascii="Arial" w:hAnsi="Arial"/>
          <w:caps w:val="0"/>
        </w:rPr>
        <w:t>Reporting</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Accounting/ERP</w:t>
      </w:r>
      <w:r>
        <w:rPr>
          <w:b w:val="0"/>
          <w:i w:val="0"/>
          <w:sz w:val="19"/>
          <w:spacing w:val="0"/>
          <w:w w:val="100"/>
          <w:rFonts w:ascii="Arial" w:hAnsi="Arial"/>
          <w:caps w:val="0"/>
        </w:rPr>
        <w:t> </w:t>
      </w:r>
      <w:r>
        <w:rPr>
          <w:b w:val="0"/>
          <w:i w:val="0"/>
          <w:sz w:val="19"/>
          <w:spacing w:val="0"/>
          <w:w w:val="100"/>
          <w:rFonts w:ascii="Arial" w:hAnsi="Arial"/>
          <w:caps w:val="0"/>
        </w:rPr>
        <w:t>Systems</w:t>
      </w:r>
      <w:r>
        <w:rPr>
          <w:b w:val="0"/>
          <w:i w:val="0"/>
          <w:sz w:val="19"/>
          <w:spacing w:val="0"/>
          <w:w w:val="100"/>
          <w:rFonts w:ascii="Arial" w:hAnsi="Arial"/>
          <w:caps w:val="0"/>
        </w:rPr>
        <w:t> </w:t>
      </w:r>
      <w:r>
        <w:rPr>
          <w:b w:val="0"/>
          <w:i w:val="0"/>
          <w:sz w:val="19"/>
          <w:spacing w:val="0"/>
          <w:w w:val="100"/>
          <w:rFonts w:ascii="Arial" w:hAnsi="Arial"/>
          <w:caps w:val="0"/>
        </w:rPr>
        <w:t>Exposure</w:t>
      </w:r>
    </w:p>
    <w:p>
      <w:pPr>
        <w:spacing w:before="140" w:beforeAutospacing="0" w:after="60" w:afterAutospacing="0" w:lineRule="auto" w:line="240"/>
        <w:rPr>
          <w:b val="0"/>
          <w:i val="0"/>
          <w:sz val="20"/>
          <w:spacing val="0"/>
          <w:w val="100"/>
          <w:caps val="0"/>
        </w:rPr>
        <w:snapToGrid w:val="0"/>
        <w:textAlignment w:val="baseline"/>
      </w:pPr>
      <w:r>
        <w:rPr>
          <w:b w:val="1"/>
          <w:i w:val="0"/>
          <w:sz w:val="21"/>
          <w:spacing w:val="0"/>
          <w:w w:val="100"/>
          <w:rFonts w:ascii="Arial" w:hAnsi="Arial"/>
          <w:caps w:val="0"/>
        </w:rPr>
        <w:t>ADDITIONAL</w:t>
      </w:r>
      <w:r>
        <w:rPr>
          <w:b w:val="1"/>
          <w:i w:val="0"/>
          <w:sz w:val="21"/>
          <w:spacing w:val="0"/>
          <w:w w:val="100"/>
          <w:rFonts w:ascii="Arial" w:hAnsi="Arial"/>
          <w:caps w:val="0"/>
        </w:rPr>
        <w:t> </w:t>
      </w:r>
      <w:r>
        <w:rPr>
          <w:b w:val="1"/>
          <w:i w:val="0"/>
          <w:sz w:val="21"/>
          <w:spacing w:val="0"/>
          <w:w w:val="100"/>
          <w:rFonts w:ascii="Arial" w:hAnsi="Arial"/>
          <w:caps w:val="0"/>
        </w:rPr>
        <w:t>STRENGTHS</w:t>
      </w:r>
    </w:p>
    <w:p>
      <w:pPr>
        <w:spacing w:before="0" w:beforeAutospacing="0" w:after="40" w:afterAutospacing="0" w:lineRule="auto" w:line="240"/>
        <w:rPr>
          <w:b val="0"/>
          <w:i val="0"/>
          <w:sz val="20"/>
          <w:spacing val="0"/>
          <w:w val="100"/>
          <w:caps val="0"/>
        </w:rPr>
        <w:snapToGrid w:val="0"/>
        <w:ind w:left="259" w:hanging="173"/>
        <w:textAlignment w:val="baseline"/>
      </w:pPr>
      <w:r>
        <w:rPr>
          <w:b w:val="1"/>
          <w:i w:val="0"/>
          <w:sz w:val="19"/>
          <w:spacing w:val="0"/>
          <w:w w:val="100"/>
          <w:rFonts w:ascii="Arial" w:hAnsi="Arial"/>
          <w:caps w:val="0"/>
        </w:rPr>
        <w:t>•</w:t>
      </w:r>
      <w:r>
        <w:rPr>
          <w:b w:val="1"/>
          <w:i w:val="0"/>
          <w:sz w:val="19"/>
          <w:spacing w:val="0"/>
          <w:w w:val="100"/>
          <w:rFonts w:ascii="Arial" w:hAnsi="Arial"/>
          <w:caps w:val="0"/>
        </w:rPr>
        <w:t> </w:t>
      </w:r>
      <w:r>
        <w:rPr>
          <w:b w:val="0"/>
          <w:i w:val="0"/>
          <w:sz w:val="19"/>
          <w:spacing w:val="0"/>
          <w:w w:val="100"/>
          <w:rFonts w:ascii="Arial" w:hAnsi="Arial"/>
          <w:caps w:val="0"/>
        </w:rPr>
        <w:t>Analytical</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detail-oriented</w:t>
      </w:r>
      <w:r>
        <w:rPr>
          <w:b w:val="0"/>
          <w:i w:val="0"/>
          <w:sz w:val="19"/>
          <w:spacing w:val="0"/>
          <w:w w:val="100"/>
          <w:rFonts w:ascii="Arial" w:hAnsi="Arial"/>
          <w:caps w:val="0"/>
        </w:rPr>
        <w:t> </w:t>
      </w:r>
      <w:r>
        <w:rPr>
          <w:b w:val="0"/>
          <w:i w:val="0"/>
          <w:sz w:val="19"/>
          <w:spacing w:val="0"/>
          <w:w w:val="100"/>
          <w:rFonts w:ascii="Arial" w:hAnsi="Arial"/>
          <w:caps w:val="0"/>
        </w:rPr>
        <w:t>approach</w:t>
      </w:r>
    </w:p>
    <w:p>
      <w:pPr>
        <w:spacing w:before="0" w:beforeAutospacing="0" w:after="40" w:afterAutospacing="0" w:lineRule="auto" w:line="240"/>
        <w:rPr>
          <w:b val="0"/>
          <w:i val="0"/>
          <w:sz val="20"/>
          <w:spacing val="0"/>
          <w:w val="100"/>
          <w:caps val="0"/>
        </w:rPr>
        <w:snapToGrid w:val="0"/>
        <w:ind w:left="259" w:hanging="173"/>
        <w:textAlignment w:val="baseline"/>
      </w:pPr>
      <w:r>
        <w:rPr>
          <w:b w:val="1"/>
          <w:i w:val="0"/>
          <w:sz w:val="19"/>
          <w:spacing w:val="0"/>
          <w:w w:val="100"/>
          <w:rFonts w:ascii="Arial" w:hAnsi="Arial"/>
          <w:caps w:val="0"/>
        </w:rPr>
        <w:t>•</w:t>
      </w:r>
      <w:r>
        <w:rPr>
          <w:b w:val="1"/>
          <w:i w:val="0"/>
          <w:sz w:val="19"/>
          <w:spacing w:val="0"/>
          <w:w w:val="100"/>
          <w:rFonts w:ascii="Arial" w:hAnsi="Arial"/>
          <w:caps w:val="0"/>
        </w:rPr>
        <w:t> </w:t>
      </w:r>
      <w:r>
        <w:rPr>
          <w:b w:val="0"/>
          <w:i w:val="0"/>
          <w:sz w:val="19"/>
          <w:spacing w:val="0"/>
          <w:w w:val="100"/>
          <w:rFonts w:ascii="Arial" w:hAnsi="Arial"/>
          <w:caps w:val="0"/>
        </w:rPr>
        <w:t>Financial</w:t>
      </w:r>
      <w:r>
        <w:rPr>
          <w:b w:val="0"/>
          <w:i w:val="0"/>
          <w:sz w:val="19"/>
          <w:spacing w:val="0"/>
          <w:w w:val="100"/>
          <w:rFonts w:ascii="Arial" w:hAnsi="Arial"/>
          <w:caps w:val="0"/>
        </w:rPr>
        <w:t> </w:t>
      </w:r>
      <w:r>
        <w:rPr>
          <w:b w:val="0"/>
          <w:i w:val="0"/>
          <w:sz w:val="19"/>
          <w:spacing w:val="0"/>
          <w:w w:val="100"/>
          <w:rFonts w:ascii="Arial" w:hAnsi="Arial"/>
          <w:caps w:val="0"/>
        </w:rPr>
        <w:t>documentation</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record</w:t>
      </w:r>
      <w:r>
        <w:rPr>
          <w:b w:val="0"/>
          <w:i w:val="0"/>
          <w:sz w:val="19"/>
          <w:spacing w:val="0"/>
          <w:w w:val="100"/>
          <w:rFonts w:ascii="Arial" w:hAnsi="Arial"/>
          <w:caps w:val="0"/>
        </w:rPr>
        <w:t> </w:t>
      </w:r>
      <w:r>
        <w:rPr>
          <w:b w:val="0"/>
          <w:i w:val="0"/>
          <w:sz w:val="19"/>
          <w:spacing w:val="0"/>
          <w:w w:val="100"/>
          <w:rFonts w:ascii="Arial" w:hAnsi="Arial"/>
          <w:caps w:val="0"/>
        </w:rPr>
        <w:t>management</w:t>
      </w:r>
    </w:p>
    <w:p>
      <w:pPr>
        <w:spacing w:before="0" w:beforeAutospacing="0" w:after="40" w:afterAutospacing="0" w:lineRule="auto" w:line="240"/>
        <w:rPr>
          <w:b val="0"/>
          <w:i val="0"/>
          <w:sz val="20"/>
          <w:spacing val="0"/>
          <w:w val="100"/>
          <w:caps val="0"/>
        </w:rPr>
        <w:snapToGrid w:val="0"/>
        <w:ind w:left="259" w:hanging="173"/>
        <w:textAlignment w:val="baseline"/>
      </w:pPr>
      <w:r>
        <w:rPr>
          <w:b w:val="1"/>
          <w:i w:val="0"/>
          <w:sz w:val="19"/>
          <w:spacing w:val="0"/>
          <w:w w:val="100"/>
          <w:rFonts w:ascii="Arial" w:hAnsi="Arial"/>
          <w:caps w:val="0"/>
        </w:rPr>
        <w:t>•</w:t>
      </w:r>
      <w:r>
        <w:rPr>
          <w:b w:val="1"/>
          <w:i w:val="0"/>
          <w:sz w:val="19"/>
          <w:spacing w:val="0"/>
          <w:w w:val="100"/>
          <w:rFonts w:ascii="Arial" w:hAnsi="Arial"/>
          <w:caps w:val="0"/>
        </w:rPr>
        <w:t> </w:t>
      </w:r>
      <w:r>
        <w:rPr>
          <w:b w:val="0"/>
          <w:i w:val="0"/>
          <w:sz w:val="19"/>
          <w:spacing w:val="0"/>
          <w:w w:val="100"/>
          <w:rFonts w:ascii="Arial" w:hAnsi="Arial"/>
          <w:caps w:val="0"/>
        </w:rPr>
        <w:t>Audit</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compliance</w:t>
      </w:r>
      <w:r>
        <w:rPr>
          <w:b w:val="0"/>
          <w:i w:val="0"/>
          <w:sz w:val="19"/>
          <w:spacing w:val="0"/>
          <w:w w:val="100"/>
          <w:rFonts w:ascii="Arial" w:hAnsi="Arial"/>
          <w:caps w:val="0"/>
        </w:rPr>
        <w:t> </w:t>
      </w:r>
      <w:r>
        <w:rPr>
          <w:b w:val="0"/>
          <w:i w:val="0"/>
          <w:sz w:val="19"/>
          <w:spacing w:val="0"/>
          <w:w w:val="100"/>
          <w:rFonts w:ascii="Arial" w:hAnsi="Arial"/>
          <w:caps w:val="0"/>
        </w:rPr>
        <w:t>support</w:t>
      </w:r>
    </w:p>
    <w:p>
      <w:pPr>
        <w:spacing w:before="0" w:beforeAutospacing="0" w:after="40" w:afterAutospacing="0" w:lineRule="auto" w:line="240"/>
        <w:rPr>
          <w:b val="0"/>
          <w:i val="0"/>
          <w:sz val="20"/>
          <w:spacing val="0"/>
          <w:w val="100"/>
          <w:caps val="0"/>
        </w:rPr>
        <w:snapToGrid w:val="0"/>
        <w:ind w:left="259" w:hanging="173"/>
        <w:textAlignment w:val="baseline"/>
      </w:pPr>
      <w:r>
        <w:rPr>
          <w:b w:val="1"/>
          <w:i w:val="0"/>
          <w:sz w:val="19"/>
          <w:spacing w:val="0"/>
          <w:w w:val="100"/>
          <w:rFonts w:ascii="Arial" w:hAnsi="Arial"/>
          <w:caps w:val="0"/>
        </w:rPr>
        <w:t>•</w:t>
      </w:r>
      <w:r>
        <w:rPr>
          <w:b w:val="1"/>
          <w:i w:val="0"/>
          <w:sz w:val="19"/>
          <w:spacing w:val="0"/>
          <w:w w:val="100"/>
          <w:rFonts w:ascii="Arial" w:hAnsi="Arial"/>
          <w:caps w:val="0"/>
        </w:rPr>
        <w:t> </w:t>
      </w:r>
      <w:r>
        <w:rPr>
          <w:b w:val="0"/>
          <w:i w:val="0"/>
          <w:sz w:val="19"/>
          <w:spacing w:val="0"/>
          <w:w w:val="100"/>
          <w:rFonts w:ascii="Arial" w:hAnsi="Arial"/>
          <w:caps w:val="0"/>
        </w:rPr>
        <w:t>Ability</w:t>
      </w:r>
      <w:r>
        <w:rPr>
          <w:b w:val="0"/>
          <w:i w:val="0"/>
          <w:sz w:val="19"/>
          <w:spacing w:val="0"/>
          <w:w w:val="100"/>
          <w:rFonts w:ascii="Arial" w:hAnsi="Arial"/>
          <w:caps w:val="0"/>
        </w:rPr>
        <w:t> </w:t>
      </w:r>
      <w:r>
        <w:rPr>
          <w:b w:val="0"/>
          <w:i w:val="0"/>
          <w:sz w:val="19"/>
          <w:spacing w:val="0"/>
          <w:w w:val="100"/>
          <w:rFonts w:ascii="Arial" w:hAnsi="Arial"/>
          <w:caps w:val="0"/>
        </w:rPr>
        <w:t>to</w:t>
      </w:r>
      <w:r>
        <w:rPr>
          <w:b w:val="0"/>
          <w:i w:val="0"/>
          <w:sz w:val="19"/>
          <w:spacing w:val="0"/>
          <w:w w:val="100"/>
          <w:rFonts w:ascii="Arial" w:hAnsi="Arial"/>
          <w:caps w:val="0"/>
        </w:rPr>
        <w:t> </w:t>
      </w:r>
      <w:r>
        <w:rPr>
          <w:b w:val="0"/>
          <w:i w:val="0"/>
          <w:sz w:val="19"/>
          <w:spacing w:val="0"/>
          <w:w w:val="100"/>
          <w:rFonts w:ascii="Arial" w:hAnsi="Arial"/>
          <w:caps w:val="0"/>
        </w:rPr>
        <w:t>work</w:t>
      </w:r>
      <w:r>
        <w:rPr>
          <w:b w:val="0"/>
          <w:i w:val="0"/>
          <w:sz w:val="19"/>
          <w:spacing w:val="0"/>
          <w:w w:val="100"/>
          <w:rFonts w:ascii="Arial" w:hAnsi="Arial"/>
          <w:caps w:val="0"/>
        </w:rPr>
        <w:t> </w:t>
      </w:r>
      <w:r>
        <w:rPr>
          <w:b w:val="0"/>
          <w:i w:val="0"/>
          <w:sz w:val="19"/>
          <w:spacing w:val="0"/>
          <w:w w:val="100"/>
          <w:rFonts w:ascii="Arial" w:hAnsi="Arial"/>
          <w:caps w:val="0"/>
        </w:rPr>
        <w:t>across</w:t>
      </w:r>
      <w:r>
        <w:rPr>
          <w:b w:val="0"/>
          <w:i w:val="0"/>
          <w:sz w:val="19"/>
          <w:spacing w:val="0"/>
          <w:w w:val="100"/>
          <w:rFonts w:ascii="Arial" w:hAnsi="Arial"/>
          <w:caps w:val="0"/>
        </w:rPr>
        <w:t> </w:t>
      </w:r>
      <w:r>
        <w:rPr>
          <w:b w:val="0"/>
          <w:i w:val="0"/>
          <w:sz w:val="19"/>
          <w:spacing w:val="0"/>
          <w:w w:val="100"/>
          <w:rFonts w:ascii="Arial" w:hAnsi="Arial"/>
          <w:caps w:val="0"/>
        </w:rPr>
        <w:t>finance</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administrative</w:t>
      </w:r>
      <w:r>
        <w:rPr>
          <w:b w:val="0"/>
          <w:i w:val="0"/>
          <w:sz w:val="19"/>
          <w:spacing w:val="0"/>
          <w:w w:val="100"/>
          <w:rFonts w:ascii="Arial" w:hAnsi="Arial"/>
          <w:caps w:val="0"/>
        </w:rPr>
        <w:t> </w:t>
      </w:r>
      <w:r>
        <w:rPr>
          <w:b w:val="0"/>
          <w:i w:val="0"/>
          <w:sz w:val="19"/>
          <w:spacing w:val="0"/>
          <w:w w:val="100"/>
          <w:rFonts w:ascii="Arial" w:hAnsi="Arial"/>
          <w:caps w:val="0"/>
        </w:rPr>
        <w:t>functions</w:t>
      </w:r>
    </w:p>
    <w:p>
      <w:pPr>
        <w:spacing w:before="0" w:beforeAutospacing="0" w:after="40" w:afterAutospacing="0" w:lineRule="auto" w:line="240"/>
        <w:rPr>
          <w:b val="0"/>
          <w:i val="0"/>
          <w:sz val="20"/>
          <w:spacing val="0"/>
          <w:w val="100"/>
          <w:caps val="0"/>
        </w:rPr>
        <w:snapToGrid w:val="0"/>
        <w:ind w:left="259" w:hanging="173"/>
        <w:textAlignment w:val="baseline"/>
      </w:pPr>
      <w:r>
        <w:rPr>
          <w:b w:val="1"/>
          <w:i w:val="0"/>
          <w:sz w:val="19"/>
          <w:spacing w:val="0"/>
          <w:w w:val="100"/>
          <w:rFonts w:ascii="Arial" w:hAnsi="Arial"/>
          <w:caps w:val="0"/>
        </w:rPr>
        <w:t>•</w:t>
      </w:r>
      <w:r>
        <w:rPr>
          <w:b w:val="1"/>
          <w:i w:val="0"/>
          <w:sz w:val="19"/>
          <w:spacing w:val="0"/>
          <w:w w:val="100"/>
          <w:rFonts w:ascii="Arial" w:hAnsi="Arial"/>
          <w:caps w:val="0"/>
        </w:rPr>
        <w:t> </w:t>
      </w:r>
      <w:r>
        <w:rPr>
          <w:b w:val="0"/>
          <w:i w:val="0"/>
          <w:sz w:val="19"/>
          <w:spacing w:val="0"/>
          <w:w w:val="100"/>
          <w:rFonts w:ascii="Arial" w:hAnsi="Arial"/>
          <w:caps w:val="0"/>
        </w:rPr>
        <w:t>Good</w:t>
      </w:r>
      <w:r>
        <w:rPr>
          <w:b w:val="0"/>
          <w:i w:val="0"/>
          <w:sz w:val="19"/>
          <w:spacing w:val="0"/>
          <w:w w:val="100"/>
          <w:rFonts w:ascii="Arial" w:hAnsi="Arial"/>
          <w:caps w:val="0"/>
        </w:rPr>
        <w:t> </w:t>
      </w:r>
      <w:r>
        <w:rPr>
          <w:b w:val="0"/>
          <w:i w:val="0"/>
          <w:sz w:val="19"/>
          <w:spacing w:val="0"/>
          <w:w w:val="100"/>
          <w:rFonts w:ascii="Arial" w:hAnsi="Arial"/>
          <w:caps w:val="0"/>
        </w:rPr>
        <w:t>communication</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teamwork</w:t>
      </w:r>
    </w:p>
    <w:p>
      <w:pPr>
        <w:spacing w:before="0" w:beforeAutospacing="0" w:after="40" w:afterAutospacing="0" w:lineRule="auto" w:line="240"/>
        <w:rPr>
          <w:b val="0"/>
          <w:i val="0"/>
          <w:sz val="20"/>
          <w:spacing val="0"/>
          <w:w val="100"/>
          <w:caps val="0"/>
        </w:rPr>
        <w:snapToGrid w:val="0"/>
        <w:ind w:left="259" w:hanging="173"/>
        <w:textAlignment w:val="baseline"/>
      </w:pPr>
      <w:r>
        <w:rPr>
          <w:b w:val="1"/>
          <w:i w:val="0"/>
          <w:sz w:val="19"/>
          <w:spacing w:val="0"/>
          <w:w w:val="100"/>
          <w:rFonts w:ascii="Arial" w:hAnsi="Arial"/>
          <w:caps w:val="0"/>
        </w:rPr>
        <w:t>•</w:t>
      </w:r>
      <w:r>
        <w:rPr>
          <w:b w:val="1"/>
          <w:i w:val="0"/>
          <w:sz w:val="19"/>
          <w:spacing w:val="0"/>
          <w:w w:val="100"/>
          <w:rFonts w:ascii="Arial" w:hAnsi="Arial"/>
          <w:caps w:val="0"/>
        </w:rPr>
        <w:t> </w:t>
      </w:r>
      <w:r>
        <w:rPr>
          <w:b w:val="0"/>
          <w:i w:val="0"/>
          <w:sz w:val="19"/>
          <w:spacing w:val="0"/>
          <w:w w:val="100"/>
          <w:rFonts w:ascii="Arial" w:hAnsi="Arial"/>
          <w:caps w:val="0"/>
        </w:rPr>
        <w:t>Ability</w:t>
      </w:r>
      <w:r>
        <w:rPr>
          <w:b w:val="0"/>
          <w:i w:val="0"/>
          <w:sz w:val="19"/>
          <w:spacing w:val="0"/>
          <w:w w:val="100"/>
          <w:rFonts w:ascii="Arial" w:hAnsi="Arial"/>
          <w:caps w:val="0"/>
        </w:rPr>
        <w:t> </w:t>
      </w:r>
      <w:r>
        <w:rPr>
          <w:b w:val="0"/>
          <w:i w:val="0"/>
          <w:sz w:val="19"/>
          <w:spacing w:val="0"/>
          <w:w w:val="100"/>
          <w:rFonts w:ascii="Arial" w:hAnsi="Arial"/>
          <w:caps w:val="0"/>
        </w:rPr>
        <w:t>to</w:t>
      </w:r>
      <w:r>
        <w:rPr>
          <w:b w:val="0"/>
          <w:i w:val="0"/>
          <w:sz w:val="19"/>
          <w:spacing w:val="0"/>
          <w:w w:val="100"/>
          <w:rFonts w:ascii="Arial" w:hAnsi="Arial"/>
          <w:caps w:val="0"/>
        </w:rPr>
        <w:t> </w:t>
      </w:r>
      <w:r>
        <w:rPr>
          <w:b w:val="0"/>
          <w:i w:val="0"/>
          <w:sz w:val="19"/>
          <w:spacing w:val="0"/>
          <w:w w:val="100"/>
          <w:rFonts w:ascii="Arial" w:hAnsi="Arial"/>
          <w:caps w:val="0"/>
        </w:rPr>
        <w:t>learn</w:t>
      </w:r>
      <w:r>
        <w:rPr>
          <w:b w:val="0"/>
          <w:i w:val="0"/>
          <w:sz w:val="19"/>
          <w:spacing w:val="0"/>
          <w:w w:val="100"/>
          <w:rFonts w:ascii="Arial" w:hAnsi="Arial"/>
          <w:caps w:val="0"/>
        </w:rPr>
        <w:t> </w:t>
      </w:r>
      <w:r>
        <w:rPr>
          <w:b w:val="0"/>
          <w:i w:val="0"/>
          <w:sz w:val="19"/>
          <w:spacing w:val="0"/>
          <w:w w:val="100"/>
          <w:rFonts w:ascii="Arial" w:hAnsi="Arial"/>
          <w:caps w:val="0"/>
        </w:rPr>
        <w:t>new</w:t>
      </w:r>
      <w:r>
        <w:rPr>
          <w:b w:val="0"/>
          <w:i w:val="0"/>
          <w:sz w:val="19"/>
          <w:spacing w:val="0"/>
          <w:w w:val="100"/>
          <w:rFonts w:ascii="Arial" w:hAnsi="Arial"/>
          <w:caps w:val="0"/>
        </w:rPr>
        <w:t> </w:t>
      </w:r>
      <w:r>
        <w:rPr>
          <w:b w:val="0"/>
          <w:i w:val="0"/>
          <w:sz w:val="19"/>
          <w:spacing w:val="0"/>
          <w:w w:val="100"/>
          <w:rFonts w:ascii="Arial" w:hAnsi="Arial"/>
          <w:caps w:val="0"/>
        </w:rPr>
        <w:t>accounting</w:t>
      </w:r>
      <w:r>
        <w:rPr>
          <w:b w:val="0"/>
          <w:i w:val="0"/>
          <w:sz w:val="19"/>
          <w:spacing w:val="0"/>
          <w:w w:val="100"/>
          <w:rFonts w:ascii="Arial" w:hAnsi="Arial"/>
          <w:caps w:val="0"/>
        </w:rPr>
        <w:t> </w:t>
      </w:r>
      <w:r>
        <w:rPr>
          <w:b w:val="0"/>
          <w:i w:val="0"/>
          <w:sz w:val="19"/>
          <w:spacing w:val="0"/>
          <w:w w:val="100"/>
          <w:rFonts w:ascii="Arial" w:hAnsi="Arial"/>
          <w:caps w:val="0"/>
        </w:rPr>
        <w:t>systems</w:t>
      </w:r>
      <w:r>
        <w:rPr>
          <w:b w:val="0"/>
          <w:i w:val="0"/>
          <w:sz w:val="19"/>
          <w:spacing w:val="0"/>
          <w:w w:val="100"/>
          <w:rFonts w:ascii="Arial" w:hAnsi="Arial"/>
          <w:caps w:val="0"/>
        </w:rPr>
        <w:t> </w:t>
      </w:r>
      <w:r>
        <w:rPr>
          <w:b w:val="0"/>
          <w:i w:val="0"/>
          <w:sz w:val="19"/>
          <w:spacing w:val="0"/>
          <w:w w:val="100"/>
          <w:rFonts w:ascii="Arial" w:hAnsi="Arial"/>
          <w:caps w:val="0"/>
        </w:rPr>
        <w:t>and</w:t>
      </w:r>
      <w:r>
        <w:rPr>
          <w:b w:val="0"/>
          <w:i w:val="0"/>
          <w:sz w:val="19"/>
          <w:spacing w:val="0"/>
          <w:w w:val="100"/>
          <w:rFonts w:ascii="Arial" w:hAnsi="Arial"/>
          <w:caps w:val="0"/>
        </w:rPr>
        <w:t> </w:t>
      </w:r>
      <w:r>
        <w:rPr>
          <w:b w:val="0"/>
          <w:i w:val="0"/>
          <w:sz w:val="19"/>
          <w:spacing w:val="0"/>
          <w:w w:val="100"/>
          <w:rFonts w:ascii="Arial" w:hAnsi="Arial"/>
          <w:caps w:val="0"/>
        </w:rPr>
        <w:t>processes</w:t>
      </w:r>
      <w:r>
        <w:rPr>
          <w:b w:val="0"/>
          <w:i w:val="0"/>
          <w:sz w:val="19"/>
          <w:spacing w:val="0"/>
          <w:w w:val="100"/>
          <w:rFonts w:ascii="Arial" w:hAnsi="Arial"/>
          <w:caps w:val="0"/>
        </w:rPr>
        <w:t> </w:t>
      </w:r>
      <w:r>
        <w:rPr>
          <w:b w:val="0"/>
          <w:i w:val="0"/>
          <w:sz w:val="19"/>
          <w:spacing w:val="0"/>
          <w:w w:val="100"/>
          <w:rFonts w:ascii="Arial" w:hAnsi="Arial"/>
          <w:caps w:val="0"/>
        </w:rPr>
        <w:t>quickly</w:t>
      </w:r>
    </w:p>
    <w:p>
      <w:pPr>
        <w:spacing w:before="140" w:beforeAutospacing="0" w:after="60" w:afterAutospacing="0" w:lineRule="auto" w:line="240"/>
        <w:rPr>
          <w:b val="0"/>
          <w:i val="0"/>
          <w:sz val="20"/>
          <w:spacing val="0"/>
          <w:w val="100"/>
          <w:caps val="0"/>
        </w:rPr>
        <w:snapToGrid w:val="0"/>
        <w:textAlignment w:val="baseline"/>
      </w:pPr>
      <w:r>
        <w:rPr>
          <w:b w:val="1"/>
          <w:i w:val="0"/>
          <w:sz w:val="21"/>
          <w:spacing w:val="0"/>
          <w:w w:val="100"/>
          <w:rFonts w:ascii="Arial" w:hAnsi="Arial"/>
          <w:caps w:val="0"/>
        </w:rPr>
        <w:t>TARGET</w:t>
      </w:r>
      <w:r>
        <w:rPr>
          <w:b w:val="1"/>
          <w:i w:val="0"/>
          <w:sz w:val="21"/>
          <w:spacing w:val="0"/>
          <w:w w:val="100"/>
          <w:rFonts w:ascii="Arial" w:hAnsi="Arial"/>
          <w:caps w:val="0"/>
        </w:rPr>
        <w:t> </w:t>
      </w:r>
      <w:r>
        <w:rPr>
          <w:b w:val="1"/>
          <w:i w:val="0"/>
          <w:sz w:val="21"/>
          <w:spacing w:val="0"/>
          <w:w w:val="100"/>
          <w:rFonts w:ascii="Arial" w:hAnsi="Arial"/>
          <w:caps w:val="0"/>
        </w:rPr>
        <w:t>FUNCTIONS</w:t>
      </w:r>
    </w:p>
    <w:p>
      <w:pPr>
        <w:spacing w:before="0" w:beforeAutospacing="0" w:after="60" w:afterAutospacing="0" w:lineRule="auto" w:line="240"/>
        <w:rPr>
          <w:b val="0"/>
          <w:i val="0"/>
          <w:sz val="20"/>
          <w:spacing val="0"/>
          <w:w val="100"/>
          <w:caps val="0"/>
        </w:rPr>
        <w:snapToGrid w:val="0"/>
        <w:textAlignment w:val="baseline"/>
      </w:pPr>
      <w:r>
        <w:rPr>
          <w:b w:val="0"/>
          <w:i w:val="0"/>
          <w:sz w:val="19"/>
          <w:spacing w:val="0"/>
          <w:w w:val="100"/>
          <w:rFonts w:ascii="Arial" w:hAnsi="Arial"/>
          <w:caps w:val="0"/>
        </w:rPr>
        <w:t>Accounting</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Finance</w:t>
      </w:r>
      <w:r>
        <w:rPr>
          <w:b w:val="0"/>
          <w:i w:val="0"/>
          <w:sz w:val="19"/>
          <w:spacing w:val="0"/>
          <w:w w:val="100"/>
          <w:rFonts w:ascii="Arial" w:hAnsi="Arial"/>
          <w:caps w:val="0"/>
        </w:rPr>
        <w:t> </w:t>
      </w:r>
      <w:r>
        <w:rPr>
          <w:b w:val="0"/>
          <w:i w:val="0"/>
          <w:sz w:val="19"/>
          <w:spacing w:val="0"/>
          <w:w w:val="100"/>
          <w:rFonts w:ascii="Arial" w:hAnsi="Arial"/>
          <w:caps w:val="0"/>
        </w:rPr>
        <w:t>Officer</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Accountant</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Accounts</w:t>
      </w:r>
      <w:r>
        <w:rPr>
          <w:b w:val="0"/>
          <w:i w:val="0"/>
          <w:sz w:val="19"/>
          <w:spacing w:val="0"/>
          <w:w w:val="100"/>
          <w:rFonts w:ascii="Arial" w:hAnsi="Arial"/>
          <w:caps w:val="0"/>
        </w:rPr>
        <w:t> </w:t>
      </w:r>
      <w:r>
        <w:rPr>
          <w:b w:val="0"/>
          <w:i w:val="0"/>
          <w:sz w:val="19"/>
          <w:spacing w:val="0"/>
          <w:w w:val="100"/>
          <w:rFonts w:ascii="Arial" w:hAnsi="Arial"/>
          <w:caps w:val="0"/>
        </w:rPr>
        <w:t>Officer</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Audit/Internal</w:t>
      </w:r>
      <w:r>
        <w:rPr>
          <w:b w:val="0"/>
          <w:i w:val="0"/>
          <w:sz w:val="19"/>
          <w:spacing w:val="0"/>
          <w:w w:val="100"/>
          <w:rFonts w:ascii="Arial" w:hAnsi="Arial"/>
          <w:caps w:val="0"/>
        </w:rPr>
        <w:t> </w:t>
      </w:r>
      <w:r>
        <w:rPr>
          <w:b w:val="0"/>
          <w:i w:val="0"/>
          <w:sz w:val="19"/>
          <w:spacing w:val="0"/>
          <w:w w:val="100"/>
          <w:rFonts w:ascii="Arial" w:hAnsi="Arial"/>
          <w:caps w:val="0"/>
        </w:rPr>
        <w:t>Audit</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Tax</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Compliance</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Project</w:t>
      </w:r>
      <w:r>
        <w:rPr>
          <w:b w:val="0"/>
          <w:i w:val="0"/>
          <w:sz w:val="19"/>
          <w:spacing w:val="0"/>
          <w:w w:val="100"/>
          <w:rFonts w:ascii="Arial" w:hAnsi="Arial"/>
          <w:caps w:val="0"/>
        </w:rPr>
        <w:t> </w:t>
      </w:r>
      <w:r>
        <w:rPr>
          <w:b w:val="0"/>
          <w:i w:val="0"/>
          <w:sz w:val="19"/>
          <w:spacing w:val="0"/>
          <w:w w:val="100"/>
          <w:rFonts w:ascii="Arial" w:hAnsi="Arial"/>
          <w:caps w:val="0"/>
        </w:rPr>
        <w:t>Accounting</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Financial</w:t>
      </w:r>
      <w:r>
        <w:rPr>
          <w:b w:val="0"/>
          <w:i w:val="0"/>
          <w:sz w:val="19"/>
          <w:spacing w:val="0"/>
          <w:w w:val="100"/>
          <w:rFonts w:ascii="Arial" w:hAnsi="Arial"/>
          <w:caps w:val="0"/>
        </w:rPr>
        <w:t> </w:t>
      </w:r>
      <w:r>
        <w:rPr>
          <w:b w:val="0"/>
          <w:i w:val="0"/>
          <w:sz w:val="19"/>
          <w:spacing w:val="0"/>
          <w:w w:val="100"/>
          <w:rFonts w:ascii="Arial" w:hAnsi="Arial"/>
          <w:caps w:val="0"/>
        </w:rPr>
        <w:t>Control</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Inventory</w:t>
      </w:r>
      <w:r>
        <w:rPr>
          <w:b w:val="0"/>
          <w:i w:val="0"/>
          <w:sz w:val="19"/>
          <w:spacing w:val="0"/>
          <w:w w:val="100"/>
          <w:rFonts w:ascii="Arial" w:hAnsi="Arial"/>
          <w:caps w:val="0"/>
        </w:rPr>
        <w:t> </w:t>
      </w:r>
      <w:r>
        <w:rPr>
          <w:b w:val="0"/>
          <w:i w:val="0"/>
          <w:sz w:val="19"/>
          <w:spacing w:val="0"/>
          <w:w w:val="100"/>
          <w:rFonts w:ascii="Arial" w:hAnsi="Arial"/>
          <w:caps w:val="0"/>
        </w:rPr>
        <w:t>&amp;</w:t>
      </w:r>
      <w:r>
        <w:rPr>
          <w:b w:val="0"/>
          <w:i w:val="0"/>
          <w:sz w:val="19"/>
          <w:spacing w:val="0"/>
          <w:w w:val="100"/>
          <w:rFonts w:ascii="Arial" w:hAnsi="Arial"/>
          <w:caps w:val="0"/>
        </w:rPr>
        <w:t> </w:t>
      </w:r>
      <w:r>
        <w:rPr>
          <w:b w:val="0"/>
          <w:i w:val="0"/>
          <w:sz w:val="19"/>
          <w:spacing w:val="0"/>
          <w:w w:val="100"/>
          <w:rFonts w:ascii="Arial" w:hAnsi="Arial"/>
          <w:caps w:val="0"/>
        </w:rPr>
        <w:t>Operations</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Accounts/Admin</w:t>
      </w:r>
      <w:r>
        <w:rPr>
          <w:b w:val="0"/>
          <w:i w:val="0"/>
          <w:sz w:val="19"/>
          <w:spacing w:val="0"/>
          <w:w w:val="100"/>
          <w:rFonts w:ascii="Arial" w:hAnsi="Arial"/>
          <w:caps w:val="0"/>
        </w:rPr>
        <w:t> </w:t>
      </w:r>
      <w:r>
        <w:rPr>
          <w:b w:val="0"/>
          <w:i w:val="0"/>
          <w:sz w:val="19"/>
          <w:spacing w:val="0"/>
          <w:w w:val="100"/>
          <w:rFonts w:ascii="Arial" w:hAnsi="Arial"/>
          <w:caps w:val="0"/>
        </w:rPr>
        <w:t>•</w:t>
      </w:r>
      <w:r>
        <w:rPr>
          <w:b w:val="0"/>
          <w:i w:val="0"/>
          <w:sz w:val="19"/>
          <w:spacing w:val="0"/>
          <w:w w:val="100"/>
          <w:rFonts w:ascii="Arial" w:hAnsi="Arial"/>
          <w:caps w:val="0"/>
        </w:rPr>
        <w:t> </w:t>
      </w:r>
      <w:r>
        <w:rPr>
          <w:b w:val="0"/>
          <w:i w:val="0"/>
          <w:sz w:val="19"/>
          <w:spacing w:val="0"/>
          <w:w w:val="100"/>
          <w:rFonts w:ascii="Arial" w:hAnsi="Arial"/>
          <w:caps w:val="0"/>
        </w:rPr>
        <w:t>Procurement/Finance</w:t>
      </w:r>
      <w:r>
        <w:rPr>
          <w:b w:val="0"/>
          <w:i w:val="0"/>
          <w:sz w:val="19"/>
          <w:spacing w:val="0"/>
          <w:w w:val="100"/>
          <w:rFonts w:ascii="Arial" w:hAnsi="Arial"/>
          <w:caps w:val="0"/>
        </w:rPr>
        <w:t> </w:t>
      </w:r>
      <w:r>
        <w:rPr>
          <w:b w:val="0"/>
          <w:i w:val="0"/>
          <w:sz w:val="19"/>
          <w:spacing w:val="0"/>
          <w:w w:val="100"/>
          <w:rFonts w:ascii="Arial" w:hAnsi="Arial"/>
          <w:caps w:val="0"/>
        </w:rPr>
        <w:t>Support</w:t>
      </w:r>
    </w:p>
    <w:p>
      <w:pPr>
        <w:spacing w:before="140" w:beforeAutospacing="0" w:after="60" w:afterAutospacing="0" w:lineRule="auto" w:line="240"/>
        <w:rPr>
          <w:b val="0"/>
          <w:i val="0"/>
          <w:sz val="20"/>
          <w:spacing val="0"/>
          <w:w val="100"/>
          <w:caps val="0"/>
        </w:rPr>
        <w:snapToGrid w:val="0"/>
        <w:textAlignment w:val="baseline"/>
      </w:pPr>
      <w:r>
        <w:rPr>
          <w:b w:val="1"/>
          <w:i w:val="0"/>
          <w:sz w:val="21"/>
          <w:spacing w:val="0"/>
          <w:w w:val="100"/>
          <w:rFonts w:ascii="Arial" w:hAnsi="Arial"/>
          <w:caps w:val="0"/>
        </w:rPr>
        <w:t>REFERENCES</w:t>
      </w:r>
    </w:p>
    <w:p>
      <w:pPr>
        <w:spacing w:before="0" w:beforeAutospacing="0" w:after="60" w:afterAutospacing="0" w:lineRule="auto" w:line="240"/>
        <w:rPr>
          <w:b val="0"/>
          <w:i val="0"/>
          <w:sz val="20"/>
          <w:spacing val="0"/>
          <w:w val="100"/>
          <w:caps val="0"/>
        </w:rPr>
        <w:snapToGrid w:val="0"/>
        <w:textAlignment w:val="baseline"/>
      </w:pPr>
      <w:r>
        <w:rPr>
          <w:b w:val="0"/>
          <w:i w:val="0"/>
          <w:sz w:val="19"/>
          <w:spacing w:val="0"/>
          <w:w w:val="100"/>
          <w:rFonts w:ascii="Arial" w:hAnsi="Arial"/>
          <w:caps w:val="0"/>
        </w:rPr>
        <w:t>Available</w:t>
      </w:r>
      <w:r>
        <w:rPr>
          <w:b w:val="0"/>
          <w:i w:val="0"/>
          <w:sz w:val="19"/>
          <w:spacing w:val="0"/>
          <w:w w:val="100"/>
          <w:rFonts w:ascii="Arial" w:hAnsi="Arial"/>
          <w:caps w:val="0"/>
        </w:rPr>
        <w:t> </w:t>
      </w:r>
      <w:r>
        <w:rPr>
          <w:b w:val="0"/>
          <w:i w:val="0"/>
          <w:sz w:val="19"/>
          <w:spacing w:val="0"/>
          <w:w w:val="100"/>
          <w:rFonts w:ascii="Arial" w:hAnsi="Arial"/>
          <w:caps w:val="0"/>
        </w:rPr>
        <w:t>Upon</w:t>
      </w:r>
      <w:r>
        <w:rPr>
          <w:b w:val="0"/>
          <w:i w:val="0"/>
          <w:sz w:val="19"/>
          <w:spacing w:val="0"/>
          <w:w w:val="100"/>
          <w:rFonts w:ascii="Arial" w:hAnsi="Arial"/>
          <w:caps w:val="0"/>
        </w:rPr>
        <w:t> </w:t>
      </w:r>
      <w:r>
        <w:rPr>
          <w:b w:val="0"/>
          <w:i w:val="0"/>
          <w:sz w:val="19"/>
          <w:spacing w:val="0"/>
          <w:w w:val="100"/>
          <w:rFonts w:ascii="Arial" w:hAnsi="Arial"/>
          <w:caps w:val="0"/>
        </w:rPr>
        <w:t>Request</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Relationships xmlns="http://schemas.openxmlformats.org/package/2006/relationships"><Relationship Id="rId3" Type="http://schemas.openxmlformats.org/officeDocument/2006/relationships/styles" Target="styles.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ntTable" Target="fontTable.xml" /><Relationship Id="rId8" Type="http://schemas.openxmlformats.org/officeDocument/2006/relationships/theme" Target="theme/theme1.xml" /><Relationship Id="rId1" Type="http://schemas.openxmlformats.org/officeDocument/2006/relationships/customXml" Target="../customXml/item1.xml" /><Relationship Id="rId2"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tbak/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sz w:val="32"/>
        </w:rPr>
        <w:t>GOSEPH EDEBESIN</w:t>
      </w:r>
    </w:p>
    <w:p>
      <w:pPr>
        <w:spacing w:after="40"/>
        <w:jc w:val="center"/>
      </w:pPr>
      <w:r>
        <w:rPr>
          <w:b/>
          <w:sz w:val="19"/>
        </w:rPr>
        <w:t>ACCOUNTING &amp; FINANCE PROFESSIONAL | AUDIT | REPORTING | COMPLIANCE | OPERATIONS</w:t>
      </w:r>
    </w:p>
    <w:p>
      <w:pPr>
        <w:spacing w:after="120"/>
        <w:jc w:val="center"/>
      </w:pPr>
      <w:r>
        <w:t>Nigeria | [Phone] | [Email] | [LinkedIn]</w:t>
      </w:r>
    </w:p>
    <w:p>
      <w:pPr>
        <w:spacing w:before="140" w:after="60"/>
      </w:pPr>
      <w:r>
        <w:rPr>
          <w:rFonts w:ascii="Arial" w:hAnsi="Arial"/>
          <w:b/>
          <w:sz w:val="21"/>
        </w:rPr>
        <w:t>PROFESSIONAL SUMMARY</w:t>
      </w:r>
    </w:p>
    <w:p>
      <w:r>
        <w:t>Accounting and Finance Professional with over 5 years of experience in accounting, auditing, financial documentation, reconciliation, data analysis, reporting, compliance, administrative support and business operations. Experienced in reviewing financial records, analysing accounting data, supporting audit engagements, following up on findings, maintaining accurate documentation and using Excel and accounting systems to support financial processes and reporting. Familiar with Accounts Payable, Accounts Receivable, inventory documentation, budgeting and expense monitoring, payroll documentation, procurement-related records, VAT, WHT and PAYE. Holds a B.Sc. in Accounting and an M.Sc. in Forensic Accounting, with professional qualification as a Certified National Accountant (CNA) under ANAN and ICAN professional development in progress. Proficient in Microsoft Excel, Sage 50 and Tally, with working exposure to QuickBooks and accounting/ERP systems.</w:t>
      </w:r>
    </w:p>
    <w:p>
      <w:pPr>
        <w:spacing w:before="140" w:after="60"/>
      </w:pPr>
      <w:r>
        <w:rPr>
          <w:rFonts w:ascii="Arial" w:hAnsi="Arial"/>
          <w:b/>
          <w:sz w:val="21"/>
        </w:rPr>
        <w:t>CORE COMPETENCIES</w:t>
      </w:r>
    </w:p>
    <w:p>
      <w:r>
        <w:t>Financial Accounting &amp; Reporting • General Ledger &amp; Financial Records • Accounts Payable Support • Accounts Receivable Support • Account Reconciliation • Bank Reconciliation • Audit Support &amp; Working Papers • Internal Controls &amp; Compliance • Tax &amp; Statutory Support (VAT, WHT, PAYE) • Budget &amp; Expense Monitoring • Inventory Documentation &amp; Stock Control Support • Payroll Documentation Support • Procurement Documentation Support • Financial Data Analysis • Management Reporting • ERP/Accounting Systems Exposure • Microsoft Excel &amp; Spreadsheet Reporting • Fraud Risk Awareness • Administrative &amp; Operational Support</w:t>
      </w:r>
    </w:p>
    <w:p>
      <w:pPr>
        <w:spacing w:before="140" w:after="60"/>
      </w:pPr>
      <w:r>
        <w:rPr>
          <w:rFonts w:ascii="Arial" w:hAnsi="Arial"/>
          <w:b/>
          <w:sz w:val="21"/>
        </w:rPr>
        <w:t>PROFESSIONAL EXPERIENCE</w:t>
      </w:r>
    </w:p>
    <w:p>
      <w:pPr>
        <w:spacing w:after="40"/>
      </w:pPr>
      <w:r>
        <w:rPr>
          <w:b/>
        </w:rPr>
        <w:t>MOSES DURODOLA AUDIT FIRM | Audit / Accounting Professional</w:t>
      </w:r>
      <w:r>
        <w:t xml:space="preserve">    [Insert actual employment dates]</w:t>
      </w:r>
    </w:p>
    <w:p>
      <w:pPr>
        <w:spacing w:after="40"/>
        <w:ind w:left="259" w:hanging="173"/>
      </w:pPr>
      <w:r>
        <w:rPr>
          <w:b/>
        </w:rPr>
        <w:t xml:space="preserve">• </w:t>
      </w:r>
      <w:r>
        <w:t>Supported audit engagements through collection, organisation and analysis of financial and operational information.</w:t>
      </w:r>
    </w:p>
    <w:p>
      <w:pPr>
        <w:spacing w:after="40"/>
        <w:ind w:left="259" w:hanging="173"/>
      </w:pPr>
      <w:r>
        <w:rPr>
          <w:b/>
        </w:rPr>
        <w:t xml:space="preserve">• </w:t>
      </w:r>
      <w:r>
        <w:t>Reviewed accounting records and supporting documents for completeness, accuracy and consistency.</w:t>
      </w:r>
    </w:p>
    <w:p>
      <w:pPr>
        <w:spacing w:after="40"/>
        <w:ind w:left="259" w:hanging="173"/>
      </w:pPr>
      <w:r>
        <w:rPr>
          <w:b/>
        </w:rPr>
        <w:t xml:space="preserve">• </w:t>
      </w:r>
      <w:r>
        <w:t>Assisted with audit procedures, documentation and preparation of working papers.</w:t>
      </w:r>
    </w:p>
    <w:p>
      <w:pPr>
        <w:spacing w:after="40"/>
        <w:ind w:left="259" w:hanging="173"/>
      </w:pPr>
      <w:r>
        <w:rPr>
          <w:b/>
        </w:rPr>
        <w:t xml:space="preserve">• </w:t>
      </w:r>
      <w:r>
        <w:t>Analysed financial information and highlighted discrepancies or issues requiring further review.</w:t>
      </w:r>
    </w:p>
    <w:p>
      <w:pPr>
        <w:spacing w:after="40"/>
        <w:ind w:left="259" w:hanging="173"/>
      </w:pPr>
      <w:r>
        <w:rPr>
          <w:b/>
        </w:rPr>
        <w:t xml:space="preserve">• </w:t>
      </w:r>
      <w:r>
        <w:t>Followed up on audit findings and supported the team in obtaining relevant explanations and documentation.</w:t>
      </w:r>
    </w:p>
    <w:p>
      <w:pPr>
        <w:spacing w:after="40"/>
        <w:ind w:left="259" w:hanging="173"/>
      </w:pPr>
      <w:r>
        <w:rPr>
          <w:b/>
        </w:rPr>
        <w:t xml:space="preserve">• </w:t>
      </w:r>
      <w:r>
        <w:t>Assisted with client records, schedules and other information required during audit assignments.</w:t>
      </w:r>
    </w:p>
    <w:p>
      <w:pPr>
        <w:spacing w:after="40"/>
        <w:ind w:left="259" w:hanging="173"/>
      </w:pPr>
      <w:r>
        <w:rPr>
          <w:b/>
        </w:rPr>
        <w:t xml:space="preserve">• </w:t>
      </w:r>
      <w:r>
        <w:t>Supported compliance and financial-control reviews in line with engagement requirements.</w:t>
      </w:r>
    </w:p>
    <w:p>
      <w:pPr>
        <w:spacing w:after="40"/>
        <w:ind w:left="259" w:hanging="173"/>
      </w:pPr>
      <w:r>
        <w:rPr>
          <w:b/>
        </w:rPr>
        <w:t xml:space="preserve">• </w:t>
      </w:r>
      <w:r>
        <w:t>Worked with senior team members to ensure assignments were properly documented and completed.</w:t>
      </w:r>
    </w:p>
    <w:p>
      <w:pPr>
        <w:spacing w:before="80" w:after="40"/>
      </w:pPr>
      <w:r>
        <w:rPr>
          <w:b/>
        </w:rPr>
        <w:t>SPECTRUM BOOKS LIMITED | Accounts / Finance Professional</w:t>
      </w:r>
      <w:r>
        <w:t xml:space="preserve">    March 2024 – March 2025</w:t>
      </w:r>
    </w:p>
    <w:p>
      <w:pPr>
        <w:spacing w:after="40"/>
        <w:ind w:left="259" w:hanging="173"/>
      </w:pPr>
      <w:r>
        <w:rPr>
          <w:b/>
        </w:rPr>
        <w:t xml:space="preserve">• </w:t>
      </w:r>
      <w:r>
        <w:t>Supported accounting and financial record-keeping activities.</w:t>
      </w:r>
    </w:p>
    <w:p>
      <w:pPr>
        <w:spacing w:after="40"/>
        <w:ind w:left="259" w:hanging="173"/>
      </w:pPr>
      <w:r>
        <w:rPr>
          <w:b/>
        </w:rPr>
        <w:t xml:space="preserve">• </w:t>
      </w:r>
      <w:r>
        <w:t>Assisted with preparation, review and organisation of financial information and documentation.</w:t>
      </w:r>
    </w:p>
    <w:p>
      <w:pPr>
        <w:spacing w:after="40"/>
        <w:ind w:left="259" w:hanging="173"/>
      </w:pPr>
      <w:r>
        <w:rPr>
          <w:b/>
        </w:rPr>
        <w:t xml:space="preserve">• </w:t>
      </w:r>
      <w:r>
        <w:t>Performed data entry, spreadsheet preparation and Excel-based analysis.</w:t>
      </w:r>
    </w:p>
    <w:p>
      <w:pPr>
        <w:spacing w:after="40"/>
        <w:ind w:left="259" w:hanging="173"/>
      </w:pPr>
      <w:r>
        <w:rPr>
          <w:b/>
        </w:rPr>
        <w:t xml:space="preserve">• </w:t>
      </w:r>
      <w:r>
        <w:t>Assisted with reconciliation and review of financial records.</w:t>
      </w:r>
    </w:p>
    <w:p>
      <w:pPr>
        <w:spacing w:after="40"/>
        <w:ind w:left="259" w:hanging="173"/>
      </w:pPr>
      <w:r>
        <w:rPr>
          <w:b/>
        </w:rPr>
        <w:t xml:space="preserve">• </w:t>
      </w:r>
      <w:r>
        <w:t>Supported administrative and operational activities requiring accurate documentation and record management.</w:t>
      </w:r>
    </w:p>
    <w:p>
      <w:pPr>
        <w:spacing w:after="40"/>
        <w:ind w:left="259" w:hanging="173"/>
      </w:pPr>
      <w:r>
        <w:rPr>
          <w:b/>
        </w:rPr>
        <w:t xml:space="preserve">• </w:t>
      </w:r>
      <w:r>
        <w:t>Maintained organised records and assisted with retrieval of financial and administrative information.</w:t>
      </w:r>
    </w:p>
    <w:p>
      <w:pPr>
        <w:spacing w:after="40"/>
        <w:ind w:left="259" w:hanging="173"/>
      </w:pPr>
      <w:r>
        <w:rPr>
          <w:b/>
        </w:rPr>
        <w:t xml:space="preserve">• </w:t>
      </w:r>
      <w:r>
        <w:t>Worked with relevant personnel to resolve documentation and accounting-related issues.</w:t>
      </w:r>
    </w:p>
    <w:p>
      <w:pPr>
        <w:spacing w:before="80" w:after="40"/>
      </w:pPr>
      <w:r>
        <w:rPr>
          <w:b/>
        </w:rPr>
        <w:t>BECKY INTERNATIONAL SCHOOL | Accounts / Administrative Support</w:t>
      </w:r>
      <w:r>
        <w:t xml:space="preserve">    [Insert actual employment dates]</w:t>
      </w:r>
    </w:p>
    <w:p>
      <w:pPr>
        <w:spacing w:after="40"/>
        <w:ind w:left="259" w:hanging="173"/>
      </w:pPr>
      <w:r>
        <w:rPr>
          <w:b/>
        </w:rPr>
        <w:t xml:space="preserve">• </w:t>
      </w:r>
      <w:r>
        <w:t>Supported financial and administrative record keeping.</w:t>
      </w:r>
    </w:p>
    <w:p>
      <w:pPr>
        <w:spacing w:after="40"/>
        <w:ind w:left="259" w:hanging="173"/>
      </w:pPr>
      <w:r>
        <w:rPr>
          <w:b/>
        </w:rPr>
        <w:t xml:space="preserve">• </w:t>
      </w:r>
      <w:r>
        <w:t>Assisted with routine accounting and documentation activities.</w:t>
      </w:r>
    </w:p>
    <w:p>
      <w:pPr>
        <w:spacing w:after="40"/>
        <w:ind w:left="259" w:hanging="173"/>
      </w:pPr>
      <w:r>
        <w:rPr>
          <w:b/>
        </w:rPr>
        <w:t xml:space="preserve">• </w:t>
      </w:r>
      <w:r>
        <w:t>Maintained accurate records and supported day-to-day administrative operations.</w:t>
      </w:r>
    </w:p>
    <w:p>
      <w:pPr>
        <w:spacing w:after="40"/>
        <w:ind w:left="259" w:hanging="173"/>
      </w:pPr>
      <w:r>
        <w:rPr>
          <w:b/>
        </w:rPr>
        <w:t xml:space="preserve">• </w:t>
      </w:r>
      <w:r>
        <w:t>Prepared and organised information required for reporting and management purposes.</w:t>
      </w:r>
    </w:p>
    <w:p>
      <w:pPr>
        <w:spacing w:after="40"/>
        <w:ind w:left="259" w:hanging="173"/>
      </w:pPr>
      <w:r>
        <w:rPr>
          <w:b/>
        </w:rPr>
        <w:t xml:space="preserve">• </w:t>
      </w:r>
      <w:r>
        <w:t>Assisted with reconciliation, documentation and other finance-related tasks.</w:t>
      </w:r>
    </w:p>
    <w:p>
      <w:pPr>
        <w:spacing w:before="140" w:after="60"/>
      </w:pPr>
      <w:r>
        <w:rPr>
          <w:rFonts w:ascii="Arial" w:hAnsi="Arial"/>
          <w:b/>
          <w:sz w:val="21"/>
        </w:rPr>
        <w:t>EDUCATION</w:t>
      </w:r>
    </w:p>
    <w:p>
      <w:pPr>
        <w:spacing w:after="40"/>
      </w:pPr>
      <w:r>
        <w:t>M.Sc. Forensic Accounting | ANAN University | September 2025 – August 2026</w:t>
      </w:r>
    </w:p>
    <w:p>
      <w:pPr>
        <w:spacing w:after="40"/>
      </w:pPr>
      <w:r>
        <w:t>B.Sc. Accounting | [B.Sc. Institution] | September 2016 – July 2020</w:t>
      </w:r>
    </w:p>
    <w:p>
      <w:pPr>
        <w:spacing w:before="140" w:after="60"/>
      </w:pPr>
      <w:r>
        <w:rPr>
          <w:rFonts w:ascii="Arial" w:hAnsi="Arial"/>
          <w:b/>
          <w:sz w:val="21"/>
        </w:rPr>
        <w:t>PROFESSIONAL QUALIFICATIONS</w:t>
      </w:r>
    </w:p>
    <w:p>
      <w:pPr>
        <w:spacing w:after="40"/>
        <w:ind w:left="259" w:hanging="173"/>
      </w:pPr>
      <w:r>
        <w:rPr>
          <w:b/>
        </w:rPr>
        <w:t xml:space="preserve">• </w:t>
      </w:r>
      <w:r>
        <w:t>Certified National Accountant (CNA) — ANAN | Qualified Accountant</w:t>
      </w:r>
    </w:p>
    <w:p>
      <w:pPr>
        <w:spacing w:after="40"/>
        <w:ind w:left="259" w:hanging="173"/>
      </w:pPr>
      <w:r>
        <w:rPr>
          <w:b/>
        </w:rPr>
        <w:t xml:space="preserve">• </w:t>
      </w:r>
      <w:r>
        <w:t>Institute of Chartered Accountants of Nigeria (ICAN) — Professional Programme in Progress</w:t>
      </w:r>
    </w:p>
    <w:p>
      <w:pPr>
        <w:spacing w:before="140" w:after="60"/>
      </w:pPr>
      <w:r>
        <w:rPr>
          <w:rFonts w:ascii="Arial" w:hAnsi="Arial"/>
          <w:b/>
          <w:sz w:val="21"/>
        </w:rPr>
        <w:t>TECHNICAL SKILLS</w:t>
      </w:r>
    </w:p>
    <w:p>
      <w:r>
        <w:t>Microsoft Excel — Good/Intermediate-Advanced • Sage 50 • Tally • QuickBooks — Working Exposure • Microsoft Word • Financial &amp; Accounting Documentation • Data Analysis &amp; Reporting • Accounting/ERP Systems Exposure</w:t>
      </w:r>
    </w:p>
    <w:p>
      <w:pPr>
        <w:spacing w:before="140" w:after="60"/>
      </w:pPr>
      <w:r>
        <w:rPr>
          <w:rFonts w:ascii="Arial" w:hAnsi="Arial"/>
          <w:b/>
          <w:sz w:val="21"/>
        </w:rPr>
        <w:t>ADDITIONAL STRENGTHS</w:t>
      </w:r>
    </w:p>
    <w:p>
      <w:pPr>
        <w:spacing w:after="40"/>
        <w:ind w:left="259" w:hanging="173"/>
      </w:pPr>
      <w:r>
        <w:rPr>
          <w:b/>
        </w:rPr>
        <w:t xml:space="preserve">• </w:t>
      </w:r>
      <w:r>
        <w:t>Analytical and detail-oriented approach</w:t>
      </w:r>
    </w:p>
    <w:p>
      <w:pPr>
        <w:spacing w:after="40"/>
        <w:ind w:left="259" w:hanging="173"/>
      </w:pPr>
      <w:r>
        <w:rPr>
          <w:b/>
        </w:rPr>
        <w:t xml:space="preserve">• </w:t>
      </w:r>
      <w:r>
        <w:t>Financial documentation and record management</w:t>
      </w:r>
    </w:p>
    <w:p>
      <w:pPr>
        <w:spacing w:after="40"/>
        <w:ind w:left="259" w:hanging="173"/>
      </w:pPr>
      <w:r>
        <w:rPr>
          <w:b/>
        </w:rPr>
        <w:t xml:space="preserve">• </w:t>
      </w:r>
      <w:r>
        <w:t>Audit and compliance support</w:t>
      </w:r>
    </w:p>
    <w:p>
      <w:pPr>
        <w:spacing w:after="40"/>
        <w:ind w:left="259" w:hanging="173"/>
      </w:pPr>
      <w:r>
        <w:rPr>
          <w:b/>
        </w:rPr>
        <w:t xml:space="preserve">• </w:t>
      </w:r>
      <w:r>
        <w:t>Ability to work across finance and administrative functions</w:t>
      </w:r>
    </w:p>
    <w:p>
      <w:pPr>
        <w:spacing w:after="40"/>
        <w:ind w:left="259" w:hanging="173"/>
      </w:pPr>
      <w:r>
        <w:rPr>
          <w:b/>
        </w:rPr>
        <w:t xml:space="preserve">• </w:t>
      </w:r>
      <w:r>
        <w:t>Good communication and teamwork</w:t>
      </w:r>
    </w:p>
    <w:p>
      <w:pPr>
        <w:spacing w:after="40"/>
        <w:ind w:left="259" w:hanging="173"/>
      </w:pPr>
      <w:r>
        <w:rPr>
          <w:b/>
        </w:rPr>
        <w:t xml:space="preserve">• </w:t>
      </w:r>
      <w:r>
        <w:t>Ability to learn new accounting systems and processes quickly</w:t>
      </w:r>
    </w:p>
    <w:p>
      <w:pPr>
        <w:spacing w:before="140" w:after="60"/>
      </w:pPr>
      <w:r>
        <w:rPr>
          <w:rFonts w:ascii="Arial" w:hAnsi="Arial"/>
          <w:b/>
          <w:sz w:val="21"/>
        </w:rPr>
        <w:t>TARGET FUNCTIONS</w:t>
      </w:r>
    </w:p>
    <w:p>
      <w:r>
        <w:t>Accounting • Finance Officer • Accountant • Accounts Officer • Audit/Internal Audit • Tax • Compliance • Project Accounting • Financial Control • Inventory &amp; Operations • Accounts/Admin • Procurement/Finance Support</w:t>
      </w:r>
    </w:p>
    <w:p>
      <w:pPr>
        <w:spacing w:before="140" w:after="60"/>
      </w:pPr>
      <w:r>
        <w:rPr>
          <w:rFonts w:ascii="Arial" w:hAnsi="Arial"/>
          <w:b/>
          <w:sz w:val="21"/>
        </w:rPr>
        <w:t>REFERENCES</w:t>
      </w:r>
    </w:p>
    <w:p>
      <w:r>
        <w:t>Available Upon Request</w:t>
      </w:r>
    </w:p>
    <w:sectPr w:rsidR="00FC693F" w:rsidRPr="0006063C" w:rsidSect="00034616">
      <w:pgSz w:w="12240" w:h="15840"/>
      <w:pgMar w:top="792" w:right="936" w:bottom="792" w:left="936" w:header="720" w:footer="720" w:gutter="0"/>
      <w:cols w:space="720"/>
      <w:docGrid w:linePitch="360"/>
    </w:sectPr>
  </w:body>
</w:document>
</file>

<file path=treport/opRecord.xml>p_0(0,0);p_2(0,0);p_8;p_17(0);p_25(0);
</file>