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4255D" w14:textId="77777777" w:rsidR="007A5382" w:rsidRDefault="00000000">
      <w:pPr>
        <w:pStyle w:val="Title"/>
      </w:pPr>
      <w:r>
        <w:t>JUBRIL ABAYOMI SHAKIRU</w:t>
      </w:r>
    </w:p>
    <w:p w14:paraId="2B2A0CEB" w14:textId="00230B2A" w:rsidR="007A5382" w:rsidRDefault="00000000">
      <w:r>
        <w:t>Lagos, Nigeria | 07025223804</w:t>
      </w:r>
      <w:r w:rsidR="001512FC">
        <w:t>| bailey</w:t>
      </w:r>
      <w:r w:rsidR="00BB072E">
        <w:t>s</w:t>
      </w:r>
      <w:r w:rsidR="001512FC">
        <w:t>abayomi@gmail.com</w:t>
      </w:r>
    </w:p>
    <w:p w14:paraId="073E6CB0" w14:textId="77777777" w:rsidR="007A5382" w:rsidRDefault="00000000">
      <w:pPr>
        <w:pStyle w:val="Heading1"/>
      </w:pPr>
      <w:r>
        <w:t>PROFESSIONAL SUMMARY</w:t>
      </w:r>
    </w:p>
    <w:p w14:paraId="00DC6333" w14:textId="77777777" w:rsidR="007A5382" w:rsidRDefault="00000000">
      <w:r>
        <w:t>Procurement and Inventory Management professional with 10+ years of experience in store operations, inventory control, vendor coordination, stock reconciliation, and procurement support. Skilled in maintaining inventory accuracy, managing stock levels, preparing reports, and supporting supply chain activities. Seeking to leverage strong analytical and organizational skills as a Procurement Officer.</w:t>
      </w:r>
    </w:p>
    <w:p w14:paraId="21D6450A" w14:textId="77777777" w:rsidR="007A5382" w:rsidRDefault="00000000">
      <w:pPr>
        <w:pStyle w:val="Heading1"/>
      </w:pPr>
      <w:r>
        <w:t>CORE COMPETENCIES</w:t>
      </w:r>
    </w:p>
    <w:p w14:paraId="34235C3D" w14:textId="77777777" w:rsidR="007A5382" w:rsidRDefault="00000000">
      <w:r>
        <w:t>Procurement • Inventory Management • Vendor Management • Supply Chain Operations • Stock Reconciliation • Goods Receiving • Cost Control • Inventory Auditing • Reporting • Microsoft Excel • Team Leadership</w:t>
      </w:r>
    </w:p>
    <w:p w14:paraId="4B9659B4" w14:textId="77777777" w:rsidR="007A5382" w:rsidRDefault="00000000">
      <w:pPr>
        <w:pStyle w:val="Heading1"/>
      </w:pPr>
      <w:r>
        <w:t>PROFESSIONAL EXPERIENCE</w:t>
      </w:r>
    </w:p>
    <w:p w14:paraId="205CCFB2" w14:textId="2CC6BD44" w:rsidR="007A5382" w:rsidRDefault="00000000">
      <w:pPr>
        <w:rPr>
          <w:b/>
          <w:bCs/>
        </w:rPr>
      </w:pPr>
      <w:r w:rsidRPr="001512FC">
        <w:rPr>
          <w:b/>
          <w:bCs/>
        </w:rPr>
        <w:t>THE PLACE RESTAURANT</w:t>
      </w:r>
      <w:r w:rsidR="001512FC" w:rsidRPr="001512FC">
        <w:rPr>
          <w:b/>
          <w:bCs/>
        </w:rPr>
        <w:t xml:space="preserve"> |</w:t>
      </w:r>
      <w:r w:rsidRPr="001512FC">
        <w:rPr>
          <w:b/>
          <w:bCs/>
        </w:rPr>
        <w:t xml:space="preserve">Store Head | </w:t>
      </w:r>
      <w:r w:rsidRPr="001512FC">
        <w:rPr>
          <w:b/>
          <w:bCs/>
          <w:i/>
          <w:iCs/>
        </w:rPr>
        <w:t>Jun 2025 – Present</w:t>
      </w:r>
    </w:p>
    <w:p w14:paraId="4244F088" w14:textId="638DA858" w:rsidR="001512FC" w:rsidRPr="001512FC" w:rsidRDefault="001512FC">
      <w:pPr>
        <w:rPr>
          <w:rFonts w:ascii="Cambria" w:hAnsi="Cambria"/>
          <w:sz w:val="18"/>
          <w:szCs w:val="18"/>
        </w:rPr>
      </w:pPr>
      <w:r w:rsidRPr="001512FC">
        <w:rPr>
          <w:rFonts w:ascii="Cambria" w:hAnsi="Cambria"/>
          <w:i/>
          <w:iCs/>
          <w:sz w:val="18"/>
          <w:szCs w:val="18"/>
        </w:rPr>
        <w:t>Lagos, Nigeria</w:t>
      </w:r>
      <w:r w:rsidRPr="001512FC">
        <w:rPr>
          <w:rFonts w:ascii="Cambria" w:hAnsi="Cambria"/>
          <w:sz w:val="18"/>
          <w:szCs w:val="18"/>
        </w:rPr>
        <w:t>.</w:t>
      </w:r>
    </w:p>
    <w:p w14:paraId="23989970" w14:textId="77777777" w:rsidR="007A5382" w:rsidRDefault="00000000">
      <w:r>
        <w:t>• Supervise daily store operations, inventory control, and stock reporting.</w:t>
      </w:r>
      <w:r>
        <w:br/>
        <w:t>• Coordinate replenishment requests and monitor stock levels.</w:t>
      </w:r>
      <w:r>
        <w:br/>
        <w:t>• Conduct stock audits and investigate inventory variances.</w:t>
      </w:r>
      <w:r>
        <w:br/>
        <w:t>• Ensure compliance with inventory management procedures.</w:t>
      </w:r>
    </w:p>
    <w:p w14:paraId="304312E3" w14:textId="59B8E982" w:rsidR="007A5382" w:rsidRPr="001512FC" w:rsidRDefault="001512FC">
      <w:pPr>
        <w:rPr>
          <w:b/>
          <w:bCs/>
        </w:rPr>
      </w:pPr>
      <w:r>
        <w:rPr>
          <w:b/>
          <w:bCs/>
        </w:rPr>
        <w:t xml:space="preserve">    </w:t>
      </w:r>
      <w:r w:rsidRPr="001512FC">
        <w:rPr>
          <w:b/>
          <w:bCs/>
        </w:rPr>
        <w:t>Store Keeper | Jun 2023 – Jun 2025</w:t>
      </w:r>
    </w:p>
    <w:p w14:paraId="183866F5" w14:textId="77777777" w:rsidR="007A5382" w:rsidRDefault="00000000">
      <w:r>
        <w:t>• Managed receiving, storage, and issuance of inventory items.</w:t>
      </w:r>
      <w:r>
        <w:br/>
        <w:t>• Maintained accurate stock records and conducted stock counts.</w:t>
      </w:r>
      <w:r>
        <w:br/>
        <w:t>• Coordinated with suppliers and internal departments to ensure product availability.</w:t>
      </w:r>
    </w:p>
    <w:p w14:paraId="754BE312" w14:textId="77777777" w:rsidR="001512FC" w:rsidRDefault="001512FC"/>
    <w:p w14:paraId="46D28C56" w14:textId="0473BFBE" w:rsidR="007A5382" w:rsidRDefault="001512FC">
      <w:pPr>
        <w:rPr>
          <w:b/>
          <w:bCs/>
          <w:i/>
          <w:iCs/>
        </w:rPr>
      </w:pPr>
      <w:r w:rsidRPr="001512FC">
        <w:rPr>
          <w:b/>
          <w:bCs/>
        </w:rPr>
        <w:t xml:space="preserve">CHICKEN REPUBLIC | Shift Supervisor | </w:t>
      </w:r>
      <w:r w:rsidRPr="001512FC">
        <w:rPr>
          <w:b/>
          <w:bCs/>
          <w:i/>
          <w:iCs/>
        </w:rPr>
        <w:t>2017 – 2021</w:t>
      </w:r>
    </w:p>
    <w:p w14:paraId="00BD2B8A" w14:textId="3BE4DE5F" w:rsidR="001512FC" w:rsidRPr="001512FC" w:rsidRDefault="001512FC">
      <w:pPr>
        <w:rPr>
          <w:rFonts w:ascii="Cambria" w:hAnsi="Cambria"/>
          <w:sz w:val="18"/>
          <w:szCs w:val="18"/>
        </w:rPr>
      </w:pPr>
      <w:r w:rsidRPr="001512FC">
        <w:rPr>
          <w:rFonts w:ascii="Cambria" w:hAnsi="Cambria"/>
          <w:i/>
          <w:iCs/>
          <w:sz w:val="18"/>
          <w:szCs w:val="18"/>
        </w:rPr>
        <w:t>Lagos, Nigeria</w:t>
      </w:r>
      <w:r w:rsidRPr="001512FC">
        <w:rPr>
          <w:rFonts w:ascii="Cambria" w:hAnsi="Cambria"/>
          <w:sz w:val="18"/>
          <w:szCs w:val="18"/>
        </w:rPr>
        <w:t>.</w:t>
      </w:r>
    </w:p>
    <w:p w14:paraId="165E9616" w14:textId="77777777" w:rsidR="007A5382" w:rsidRDefault="00000000">
      <w:r>
        <w:t>• Supervised daily operations, inventory utilization, and stock control activities.</w:t>
      </w:r>
    </w:p>
    <w:p w14:paraId="0BD3F868" w14:textId="77777777" w:rsidR="001512FC" w:rsidRDefault="001512FC"/>
    <w:p w14:paraId="45B09179" w14:textId="6AC5F918" w:rsidR="007A5382" w:rsidRPr="001512FC" w:rsidRDefault="001512FC">
      <w:pPr>
        <w:rPr>
          <w:b/>
          <w:bCs/>
          <w:i/>
          <w:iCs/>
        </w:rPr>
      </w:pPr>
      <w:r>
        <w:rPr>
          <w:b/>
          <w:bCs/>
        </w:rPr>
        <w:t>TADOP GLOBAL SERVICES</w:t>
      </w:r>
      <w:r w:rsidRPr="001512FC">
        <w:rPr>
          <w:b/>
          <w:bCs/>
        </w:rPr>
        <w:t xml:space="preserve"> | Sales Representative | </w:t>
      </w:r>
      <w:r w:rsidRPr="001512FC">
        <w:rPr>
          <w:b/>
          <w:bCs/>
          <w:i/>
          <w:iCs/>
        </w:rPr>
        <w:t>2021 – 2022</w:t>
      </w:r>
    </w:p>
    <w:p w14:paraId="28868DD7" w14:textId="77777777" w:rsidR="001512FC" w:rsidRPr="001512FC" w:rsidRDefault="001512FC" w:rsidP="001512FC">
      <w:pPr>
        <w:rPr>
          <w:rFonts w:ascii="Cambria" w:hAnsi="Cambria"/>
          <w:sz w:val="18"/>
          <w:szCs w:val="18"/>
        </w:rPr>
      </w:pPr>
      <w:r w:rsidRPr="001512FC">
        <w:rPr>
          <w:rFonts w:ascii="Cambria" w:hAnsi="Cambria"/>
          <w:i/>
          <w:iCs/>
          <w:sz w:val="18"/>
          <w:szCs w:val="18"/>
        </w:rPr>
        <w:lastRenderedPageBreak/>
        <w:t>Lagos, Nigeria</w:t>
      </w:r>
      <w:r w:rsidRPr="001512FC">
        <w:rPr>
          <w:rFonts w:ascii="Cambria" w:hAnsi="Cambria"/>
          <w:sz w:val="18"/>
          <w:szCs w:val="18"/>
        </w:rPr>
        <w:t>.</w:t>
      </w:r>
    </w:p>
    <w:p w14:paraId="273E9FD6" w14:textId="77777777" w:rsidR="001512FC" w:rsidRPr="001512FC" w:rsidRDefault="001512FC">
      <w:pPr>
        <w:rPr>
          <w:b/>
          <w:bCs/>
        </w:rPr>
      </w:pPr>
    </w:p>
    <w:p w14:paraId="21C9B3BD" w14:textId="77777777" w:rsidR="007A5382" w:rsidRDefault="00000000">
      <w:r>
        <w:t>• Managed customer accounts, sales records, and inventory monitoring.</w:t>
      </w:r>
    </w:p>
    <w:p w14:paraId="026FDEA5" w14:textId="77777777" w:rsidR="001512FC" w:rsidRDefault="001512FC"/>
    <w:p w14:paraId="520118E6" w14:textId="228D4ED8" w:rsidR="007A5382" w:rsidRPr="001512FC" w:rsidRDefault="001512FC">
      <w:pPr>
        <w:rPr>
          <w:b/>
          <w:bCs/>
          <w:i/>
          <w:iCs/>
        </w:rPr>
      </w:pPr>
      <w:r w:rsidRPr="001512FC">
        <w:rPr>
          <w:b/>
          <w:bCs/>
        </w:rPr>
        <w:t xml:space="preserve">PERIODT OIL AND GAS | Assistant Manager | </w:t>
      </w:r>
      <w:r w:rsidRPr="001512FC">
        <w:rPr>
          <w:b/>
          <w:bCs/>
          <w:i/>
          <w:iCs/>
        </w:rPr>
        <w:t>2012 – 2017</w:t>
      </w:r>
    </w:p>
    <w:p w14:paraId="3A58D9AF" w14:textId="77777777" w:rsidR="001512FC" w:rsidRPr="001512FC" w:rsidRDefault="001512FC" w:rsidP="001512FC">
      <w:pPr>
        <w:rPr>
          <w:rFonts w:ascii="Cambria" w:hAnsi="Cambria"/>
          <w:sz w:val="18"/>
          <w:szCs w:val="18"/>
        </w:rPr>
      </w:pPr>
      <w:r w:rsidRPr="001512FC">
        <w:rPr>
          <w:rFonts w:ascii="Cambria" w:hAnsi="Cambria"/>
          <w:i/>
          <w:iCs/>
          <w:sz w:val="18"/>
          <w:szCs w:val="18"/>
        </w:rPr>
        <w:t>Lagos, Nigeria</w:t>
      </w:r>
      <w:r w:rsidRPr="001512FC">
        <w:rPr>
          <w:rFonts w:ascii="Cambria" w:hAnsi="Cambria"/>
          <w:sz w:val="18"/>
          <w:szCs w:val="18"/>
        </w:rPr>
        <w:t>.</w:t>
      </w:r>
    </w:p>
    <w:p w14:paraId="517616E3" w14:textId="77777777" w:rsidR="001512FC" w:rsidRDefault="001512FC"/>
    <w:p w14:paraId="0F251516" w14:textId="77777777" w:rsidR="007A5382" w:rsidRDefault="00000000">
      <w:r>
        <w:t>• Coordinated operational activities, documentation, and procurement-related support.</w:t>
      </w:r>
    </w:p>
    <w:p w14:paraId="1CA6A531" w14:textId="77777777" w:rsidR="007A5382" w:rsidRDefault="00000000">
      <w:pPr>
        <w:pStyle w:val="Heading1"/>
      </w:pPr>
      <w:r>
        <w:t>EDUCATION</w:t>
      </w:r>
    </w:p>
    <w:p w14:paraId="401C051E" w14:textId="2393DB03" w:rsidR="007A5382" w:rsidRDefault="00000000">
      <w:r>
        <w:t>ND, Business Administration – Yaba College of Technology (202</w:t>
      </w:r>
      <w:r w:rsidR="00753A67">
        <w:t>3</w:t>
      </w:r>
      <w:r>
        <w:t xml:space="preserve"> – 202</w:t>
      </w:r>
      <w:r w:rsidR="00753A67">
        <w:t>6</w:t>
      </w:r>
      <w:r>
        <w:t>)</w:t>
      </w:r>
    </w:p>
    <w:p w14:paraId="0DFD3235" w14:textId="77777777" w:rsidR="007A5382" w:rsidRDefault="00000000">
      <w:r>
        <w:t>Diploma in Desktop Publishing – Salvation Computer Training (2010)</w:t>
      </w:r>
    </w:p>
    <w:p w14:paraId="457BDAB8" w14:textId="77777777" w:rsidR="007A5382" w:rsidRDefault="00000000">
      <w:r>
        <w:t>SSCE – Ansar Ud Deen College (2009)</w:t>
      </w:r>
    </w:p>
    <w:sectPr w:rsidR="007A5382"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64978151">
    <w:abstractNumId w:val="8"/>
  </w:num>
  <w:num w:numId="2" w16cid:durableId="1181747137">
    <w:abstractNumId w:val="6"/>
  </w:num>
  <w:num w:numId="3" w16cid:durableId="2104764326">
    <w:abstractNumId w:val="5"/>
  </w:num>
  <w:num w:numId="4" w16cid:durableId="233204450">
    <w:abstractNumId w:val="4"/>
  </w:num>
  <w:num w:numId="5" w16cid:durableId="614099371">
    <w:abstractNumId w:val="7"/>
  </w:num>
  <w:num w:numId="6" w16cid:durableId="76244845">
    <w:abstractNumId w:val="3"/>
  </w:num>
  <w:num w:numId="7" w16cid:durableId="1502551221">
    <w:abstractNumId w:val="2"/>
  </w:num>
  <w:num w:numId="8" w16cid:durableId="855071780">
    <w:abstractNumId w:val="1"/>
  </w:num>
  <w:num w:numId="9" w16cid:durableId="6390687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512FC"/>
    <w:rsid w:val="0029639D"/>
    <w:rsid w:val="00326F90"/>
    <w:rsid w:val="005F62B0"/>
    <w:rsid w:val="00753A67"/>
    <w:rsid w:val="007A5382"/>
    <w:rsid w:val="00AA1D8D"/>
    <w:rsid w:val="00B47730"/>
    <w:rsid w:val="00B564D8"/>
    <w:rsid w:val="00BB072E"/>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BFBED69"/>
  <w14:defaultImageDpi w14:val="300"/>
  <w15:docId w15:val="{2849017C-B138-436F-9CDB-C4492508644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293</Words>
  <Characters>1674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1964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STORE</cp:lastModifiedBy>
  <cp:revision>4</cp:revision>
  <dcterms:created xsi:type="dcterms:W3CDTF">2026-06-23T17:10:00Z</dcterms:created>
  <dcterms:modified xsi:type="dcterms:W3CDTF">2026-08-11T15:51:00Z</dcterms:modified>
  <cp:category/>
</cp:coreProperties>
</file>