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4"/>
        </w:rPr>
        <w:t>KASALI SELIAT FOLADARA</w:t>
      </w:r>
    </w:p>
    <w:p>
      <w:pPr>
        <w:jc w:val="center"/>
      </w:pPr>
      <w:r>
        <w:rPr>
          <w:sz w:val="18"/>
        </w:rPr>
        <w:t>7, Ademola Abogunrin, Meiran, Lagos State  |  09159832041, 08085433521  |  Kasaliseliat9@gmail.com</w:t>
      </w:r>
    </w:p>
    <w:p>
      <w:pPr>
        <w:spacing w:before="140" w:after="60"/>
      </w:pPr>
      <w:r>
        <w:rPr>
          <w:b/>
          <w:sz w:val="22"/>
        </w:rPr>
        <w:t>PERSONAL DETAILS</w:t>
      </w:r>
    </w:p>
    <w:p>
      <w:pPr>
        <w:spacing w:after="40"/>
      </w:pPr>
      <w:r>
        <w:rPr>
          <w:b/>
        </w:rPr>
        <w:t xml:space="preserve">Date of Birth: </w:t>
      </w:r>
      <w:r>
        <w:t>9th April, 2005</w:t>
      </w:r>
    </w:p>
    <w:p>
      <w:pPr>
        <w:spacing w:after="40"/>
      </w:pPr>
      <w:r>
        <w:rPr>
          <w:b/>
        </w:rPr>
        <w:t xml:space="preserve">Sex: </w:t>
      </w:r>
      <w:r>
        <w:t>Female</w:t>
      </w:r>
    </w:p>
    <w:p>
      <w:pPr>
        <w:spacing w:after="40"/>
      </w:pPr>
      <w:r>
        <w:rPr>
          <w:b/>
        </w:rPr>
        <w:t xml:space="preserve">L.G.A: </w:t>
      </w:r>
      <w:r>
        <w:t>Ado-Odo Local Government Area</w:t>
      </w:r>
    </w:p>
    <w:p>
      <w:pPr>
        <w:spacing w:after="40"/>
      </w:pPr>
      <w:r>
        <w:rPr>
          <w:b/>
        </w:rPr>
        <w:t xml:space="preserve">Religion: </w:t>
      </w:r>
      <w:r>
        <w:t>Christian</w:t>
      </w:r>
    </w:p>
    <w:p>
      <w:pPr>
        <w:spacing w:after="40"/>
      </w:pPr>
      <w:r>
        <w:rPr>
          <w:b/>
        </w:rPr>
        <w:t xml:space="preserve">Marital Status: </w:t>
      </w:r>
      <w:r>
        <w:t>Single</w:t>
      </w:r>
    </w:p>
    <w:p>
      <w:pPr>
        <w:spacing w:before="140" w:after="60"/>
      </w:pPr>
      <w:r>
        <w:rPr>
          <w:b/>
          <w:sz w:val="22"/>
        </w:rPr>
        <w:t>CAREER OBJECTIVE</w:t>
      </w:r>
    </w:p>
    <w:p>
      <w:pPr>
        <w:spacing w:after="40"/>
      </w:pPr>
      <w:r>
        <w:t>A hardworking, responsible and dedicated Mass Communication graduate seeking an opportunity to contribute positively to an organization while developing my professional skills and gaining valuable experience.</w:t>
      </w:r>
    </w:p>
    <w:p>
      <w:pPr>
        <w:spacing w:before="140" w:after="60"/>
      </w:pPr>
      <w:r>
        <w:rPr>
          <w:b/>
          <w:sz w:val="22"/>
        </w:rPr>
        <w:t>ACADEMIC QUALIFICATIONS</w:t>
      </w:r>
    </w:p>
    <w:p>
      <w:pPr>
        <w:spacing w:after="40"/>
      </w:pPr>
      <w:r>
        <w:rPr>
          <w:b/>
        </w:rPr>
        <w:t>Federal Polytechnic, Ilaro</w:t>
      </w:r>
      <w:r>
        <w:t>HND (in-view) — Mass Communication</w:t>
      </w:r>
    </w:p>
    <w:p>
      <w:pPr>
        <w:spacing w:after="40"/>
      </w:pPr>
      <w:r>
        <w:t>2021–2023</w:t>
      </w:r>
    </w:p>
    <w:p>
      <w:pPr>
        <w:spacing w:after="40"/>
      </w:pPr>
      <w:r>
        <w:rPr>
          <w:b/>
        </w:rPr>
        <w:t>Royal Decency Comprehensive High School</w:t>
      </w:r>
      <w:r>
        <w:t>Secondary School Certificate</w:t>
      </w:r>
    </w:p>
    <w:p>
      <w:pPr>
        <w:spacing w:after="40"/>
      </w:pPr>
      <w:r>
        <w:t>2014–2020</w:t>
      </w:r>
    </w:p>
    <w:p>
      <w:pPr>
        <w:spacing w:before="140" w:after="60"/>
      </w:pPr>
      <w:r>
        <w:rPr>
          <w:b/>
          <w:sz w:val="22"/>
        </w:rPr>
        <w:t>WORK EXPERIENCE</w:t>
      </w:r>
    </w:p>
    <w:p>
      <w:pPr>
        <w:spacing w:after="40"/>
      </w:pPr>
      <w:r>
        <w:rPr>
          <w:b/>
        </w:rPr>
        <w:t xml:space="preserve">Position: </w:t>
      </w:r>
      <w:r>
        <w:t>Cashier — FoodCo Nigeria Limited</w:t>
      </w:r>
    </w:p>
    <w:p>
      <w:pPr>
        <w:spacing w:after="40"/>
      </w:pPr>
      <w:r>
        <w:rPr>
          <w:b/>
        </w:rPr>
        <w:t xml:space="preserve">Year: </w:t>
      </w:r>
      <w:r>
        <w:t>2024</w:t>
      </w:r>
    </w:p>
    <w:p>
      <w:pPr>
        <w:spacing w:after="40"/>
      </w:pPr>
      <w:r>
        <w:t>Handled customer transactions, received payments and assisted customers in a polite and professional manner.</w:t>
      </w:r>
    </w:p>
    <w:p>
      <w:pPr>
        <w:spacing w:before="140" w:after="60"/>
      </w:pPr>
      <w:r>
        <w:rPr>
          <w:b/>
          <w:sz w:val="22"/>
        </w:rPr>
        <w:t>CERTIFICATE</w:t>
      </w:r>
    </w:p>
    <w:p>
      <w:pPr>
        <w:spacing w:after="40"/>
      </w:pPr>
      <w:r>
        <w:rPr>
          <w:b/>
        </w:rPr>
        <w:t xml:space="preserve">Qualification: </w:t>
      </w:r>
      <w:r>
        <w:t>OND — Mass Communication</w:t>
      </w:r>
    </w:p>
    <w:p>
      <w:pPr>
        <w:spacing w:before="140" w:after="60"/>
      </w:pPr>
      <w:r>
        <w:rPr>
          <w:b/>
          <w:sz w:val="22"/>
        </w:rPr>
        <w:t>SKILLS</w:t>
      </w:r>
    </w:p>
    <w:p>
      <w:pPr>
        <w:spacing w:after="20"/>
        <w:ind w:left="259"/>
      </w:pPr>
      <w:r>
        <w:t>• Good communication and interpersonal skills</w:t>
      </w:r>
    </w:p>
    <w:p>
      <w:pPr>
        <w:spacing w:after="20"/>
        <w:ind w:left="259"/>
      </w:pPr>
      <w:r>
        <w:t>• Customer service</w:t>
      </w:r>
    </w:p>
    <w:p>
      <w:pPr>
        <w:spacing w:after="20"/>
        <w:ind w:left="259"/>
      </w:pPr>
      <w:r>
        <w:t>• Ability to work with others as a team</w:t>
      </w:r>
    </w:p>
    <w:p>
      <w:pPr>
        <w:spacing w:after="20"/>
        <w:ind w:left="259"/>
      </w:pPr>
      <w:r>
        <w:t>• Time management and organization</w:t>
      </w:r>
    </w:p>
    <w:p>
      <w:pPr>
        <w:spacing w:after="20"/>
        <w:ind w:left="259"/>
      </w:pPr>
      <w:r>
        <w:t>• Basic computer skills</w:t>
      </w:r>
    </w:p>
    <w:p>
      <w:pPr>
        <w:spacing w:after="20"/>
        <w:ind w:left="259"/>
      </w:pPr>
      <w:r>
        <w:t>• Ability to work under pressure</w:t>
      </w:r>
    </w:p>
    <w:p>
      <w:pPr>
        <w:spacing w:before="140" w:after="60"/>
      </w:pPr>
      <w:r>
        <w:rPr>
          <w:b/>
          <w:sz w:val="22"/>
        </w:rPr>
        <w:t>REFERENCES</w:t>
      </w:r>
    </w:p>
    <w:p>
      <w:pPr>
        <w:spacing w:after="40"/>
      </w:pPr>
      <w:r>
        <w:t>Available on request.</w:t>
      </w:r>
    </w:p>
    <w:sectPr w:rsidR="00FC693F" w:rsidRPr="0006063C" w:rsidSect="00034616"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