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D427A" w14:textId="77777777" w:rsidR="009C5351" w:rsidRDefault="009C5351"/>
    <w:p w14:paraId="211C17E4" w14:textId="77777777" w:rsidR="009C5351" w:rsidRDefault="00000000">
      <w:r>
        <w:t>KAYODE AYOTOMIDE DAVID</w:t>
      </w:r>
    </w:p>
    <w:p w14:paraId="4DCD49F0" w14:textId="77777777" w:rsidR="009C5351" w:rsidRDefault="00000000">
      <w:r>
        <w:t>Lagos, Nigeria</w:t>
      </w:r>
    </w:p>
    <w:p w14:paraId="579A5A4C" w14:textId="77777777" w:rsidR="009C5351" w:rsidRDefault="00000000">
      <w:r>
        <w:t>📞 08063207726 | ✉️ ayotomidekayode@gmail.com</w:t>
      </w:r>
    </w:p>
    <w:p w14:paraId="5786F4D8" w14:textId="77777777" w:rsidR="009C5351" w:rsidRDefault="009C5351"/>
    <w:p w14:paraId="17293D4C" w14:textId="55E85587" w:rsidR="009C5351" w:rsidRDefault="00000000">
      <w:r>
        <w:t>PROFESSIONAL SUMMARY</w:t>
      </w:r>
    </w:p>
    <w:p w14:paraId="24214F86" w14:textId="6384A3BB" w:rsidR="009C5351" w:rsidRDefault="00000000">
      <w:r>
        <w:t xml:space="preserve">Cinematographer, Videographer, and Podcast Editor with strong hands-on experience in professional camera operation, lighting, and post-production. Trained at Walure </w:t>
      </w:r>
      <w:r w:rsidR="00A06662">
        <w:t xml:space="preserve">media Academy </w:t>
      </w:r>
      <w:r>
        <w:t>, with proven ability to independently handle camera setups, lighting design, directing, and editing. A skilled gaffer with a strong eye for mood, framing, and visual storytelling. Capable of delivering clean, cinematic, platform-ready content across podcasts, studio shoots, and narrative projects.</w:t>
      </w:r>
    </w:p>
    <w:p w14:paraId="2CF48306" w14:textId="77777777" w:rsidR="009C5351" w:rsidRDefault="009C5351"/>
    <w:p w14:paraId="066F35CE" w14:textId="2E7C116B" w:rsidR="009C5351" w:rsidRDefault="00000000">
      <w:r>
        <w:t>CINEMATOGRAPHY &amp; PRODUCTION SKILLS</w:t>
      </w:r>
    </w:p>
    <w:p w14:paraId="736FC8AB" w14:textId="77777777" w:rsidR="009C5351" w:rsidRDefault="00000000">
      <w:r>
        <w:t>• Professional Camera Operation (Sony &amp; DSLR Systems)</w:t>
      </w:r>
    </w:p>
    <w:p w14:paraId="2272481A" w14:textId="77777777" w:rsidR="009C5351" w:rsidRDefault="00000000">
      <w:r>
        <w:t>• Advanced Lighting Setup (Key, Fill, Backlight, Practical Lighting)</w:t>
      </w:r>
    </w:p>
    <w:p w14:paraId="1544CA37" w14:textId="77777777" w:rsidR="009C5351" w:rsidRDefault="00000000">
      <w:r>
        <w:t>• Gaffer Skills – Lighting Design &amp; Light Shaping</w:t>
      </w:r>
    </w:p>
    <w:p w14:paraId="0B0E5F60" w14:textId="77777777" w:rsidR="009C5351" w:rsidRDefault="00000000">
      <w:r>
        <w:t>• Podcast &amp; Studio Cinematography</w:t>
      </w:r>
    </w:p>
    <w:p w14:paraId="416D8C9D" w14:textId="77777777" w:rsidR="009C5351" w:rsidRDefault="00000000">
      <w:r>
        <w:t>• Multi-Camera Setup &amp; Operation</w:t>
      </w:r>
    </w:p>
    <w:p w14:paraId="22B8395B" w14:textId="77777777" w:rsidR="009C5351" w:rsidRDefault="00000000">
      <w:r>
        <w:t>• Framing, Composition &amp; Visual Storytelling</w:t>
      </w:r>
    </w:p>
    <w:p w14:paraId="107D1521" w14:textId="77777777" w:rsidR="009C5351" w:rsidRDefault="00000000">
      <w:r>
        <w:t>• Directing &amp; Shot Planning</w:t>
      </w:r>
    </w:p>
    <w:p w14:paraId="29A047E4" w14:textId="77777777" w:rsidR="009C5351" w:rsidRDefault="00000000">
      <w:r>
        <w:t>• Podcast Video &amp; Audio Editing</w:t>
      </w:r>
    </w:p>
    <w:p w14:paraId="04F2B273" w14:textId="77777777" w:rsidR="009C5351" w:rsidRDefault="00000000">
      <w:r>
        <w:t>• Audio &amp; Video Synchronization</w:t>
      </w:r>
    </w:p>
    <w:p w14:paraId="6DB4973A" w14:textId="55D99C14" w:rsidR="009C5351" w:rsidRDefault="00000000">
      <w:r>
        <w:t xml:space="preserve">• CapCut, Adobe Premiere Pro (working knowledge), </w:t>
      </w:r>
      <w:r w:rsidR="00A06662">
        <w:t xml:space="preserve">DaVinci resolve </w:t>
      </w:r>
    </w:p>
    <w:p w14:paraId="441A87C7" w14:textId="77777777" w:rsidR="009C5351" w:rsidRDefault="00000000">
      <w:r>
        <w:t>• Content Optimization for Digital &amp; Social Platforms</w:t>
      </w:r>
    </w:p>
    <w:p w14:paraId="48D7B2F0" w14:textId="77777777" w:rsidR="009C5351" w:rsidRDefault="009C5351"/>
    <w:p w14:paraId="15F86C45" w14:textId="77777777" w:rsidR="009C5351" w:rsidRDefault="00000000">
      <w:r>
        <w:t>PROFESSIONAL TRAINING</w:t>
      </w:r>
    </w:p>
    <w:p w14:paraId="765E46B0" w14:textId="77777777" w:rsidR="009C5351" w:rsidRDefault="009C5351"/>
    <w:p w14:paraId="19CAD3E9" w14:textId="6681B9AB" w:rsidR="009C5351" w:rsidRDefault="00A06662">
      <w:r>
        <w:t xml:space="preserve">Walure Media Academy </w:t>
      </w:r>
    </w:p>
    <w:p w14:paraId="153062CB" w14:textId="77777777" w:rsidR="009C5351" w:rsidRDefault="00000000">
      <w:r>
        <w:t>• Hands-on training in videography, cinematography, and lighting</w:t>
      </w:r>
    </w:p>
    <w:p w14:paraId="7C4AD4B8" w14:textId="77777777" w:rsidR="009C5351" w:rsidRDefault="00000000">
      <w:r>
        <w:t>• Practical experience as a gaffer for studio and location shoots</w:t>
      </w:r>
    </w:p>
    <w:p w14:paraId="5DCF81EA" w14:textId="77777777" w:rsidR="009C5351" w:rsidRDefault="00000000">
      <w:r>
        <w:t>• Camera handling, exposure control, and composition training</w:t>
      </w:r>
    </w:p>
    <w:p w14:paraId="7CB7DD93" w14:textId="77777777" w:rsidR="009C5351" w:rsidRDefault="00000000">
      <w:r>
        <w:t>• Lighting setups for podcasts, interviews, and narrative scenes</w:t>
      </w:r>
    </w:p>
    <w:p w14:paraId="34BC3C00" w14:textId="77777777" w:rsidR="009C5351" w:rsidRDefault="009C5351"/>
    <w:p w14:paraId="7A3385A3" w14:textId="728A1F63" w:rsidR="009C5351" w:rsidRDefault="00000000">
      <w:r>
        <w:t>PROFESSIONAL EXPERIENCE</w:t>
      </w:r>
    </w:p>
    <w:p w14:paraId="259ABEDE" w14:textId="77777777" w:rsidR="009C5351" w:rsidRDefault="00000000">
      <w:r>
        <w:t>Cinematographer / Videographer / Podcast Editor</w:t>
      </w:r>
    </w:p>
    <w:p w14:paraId="3C991FD8" w14:textId="77777777" w:rsidR="009C5351" w:rsidRDefault="00000000">
      <w:r>
        <w:t>• Set up and operated professional cameras for podcasts and video shoots</w:t>
      </w:r>
    </w:p>
    <w:p w14:paraId="59676919" w14:textId="77777777" w:rsidR="009C5351" w:rsidRDefault="00000000">
      <w:r>
        <w:t>• Designed and executed lighting setups as a gaffer to achieve clean, cinematic visuals</w:t>
      </w:r>
    </w:p>
    <w:p w14:paraId="6F37D6CB" w14:textId="77777777" w:rsidR="009C5351" w:rsidRDefault="00000000">
      <w:r>
        <w:t>• Captured high-quality video and audio during recording sessions</w:t>
      </w:r>
    </w:p>
    <w:p w14:paraId="4C382D78" w14:textId="77777777" w:rsidR="009C5351" w:rsidRDefault="00000000">
      <w:r>
        <w:t>• Edited podcast video and audio professionally for clarity and engagement</w:t>
      </w:r>
    </w:p>
    <w:p w14:paraId="22353B06" w14:textId="77777777" w:rsidR="009C5351" w:rsidRDefault="00000000">
      <w:r>
        <w:t>• Synced audio and video seamlessly</w:t>
      </w:r>
    </w:p>
    <w:p w14:paraId="6F261444" w14:textId="77777777" w:rsidR="009C5351" w:rsidRDefault="00000000">
      <w:r>
        <w:t>• Delivered clean, polished edits optimized for digital platforms</w:t>
      </w:r>
    </w:p>
    <w:p w14:paraId="22E472A9" w14:textId="77777777" w:rsidR="009C5351" w:rsidRDefault="009C5351"/>
    <w:p w14:paraId="310F7DE9" w14:textId="7BA42A95" w:rsidR="009C5351" w:rsidRDefault="00000000">
      <w:r>
        <w:t xml:space="preserve">Independent Film Project </w:t>
      </w:r>
      <w:r w:rsidR="00A06662">
        <w:t>-</w:t>
      </w:r>
      <w:r>
        <w:t xml:space="preserve"> Director, Cinematographer &amp; Editor</w:t>
      </w:r>
    </w:p>
    <w:p w14:paraId="3A5E162E" w14:textId="77777777" w:rsidR="009C5351" w:rsidRDefault="00000000">
      <w:r>
        <w:t>• Wrote, directed, shot, and edited a short narrative project</w:t>
      </w:r>
    </w:p>
    <w:p w14:paraId="4685C7F0" w14:textId="77777777" w:rsidR="009C5351" w:rsidRDefault="00000000">
      <w:r>
        <w:t>• Managed camera movement, lighting design, and shot composition</w:t>
      </w:r>
    </w:p>
    <w:p w14:paraId="15542B3D" w14:textId="77777777" w:rsidR="009C5351" w:rsidRDefault="00000000">
      <w:r>
        <w:t>• Demonstrated strong visual storytelling from pre-production to post-production</w:t>
      </w:r>
    </w:p>
    <w:p w14:paraId="7D025477" w14:textId="7C7A5689" w:rsidR="00A06662" w:rsidRDefault="00A06662">
      <w:r>
        <w:t xml:space="preserve">Link to the project </w:t>
      </w:r>
    </w:p>
    <w:p w14:paraId="590B8FF6" w14:textId="6C5A9E23" w:rsidR="009C5351" w:rsidRDefault="00A06662">
      <w:r w:rsidRPr="00A06662">
        <w:t>https://drive.google.com/file/d/1Ej-MiLS0WJN5whaYk6sgqpjr9PDNxBR7/view?usp=drive_link</w:t>
      </w:r>
    </w:p>
    <w:p w14:paraId="54E6EB49" w14:textId="77777777" w:rsidR="009C5351" w:rsidRDefault="009C5351"/>
    <w:p w14:paraId="77208237" w14:textId="7C56B389" w:rsidR="009C5351" w:rsidRDefault="00000000">
      <w:r>
        <w:t>EDUCATION</w:t>
      </w:r>
    </w:p>
    <w:p w14:paraId="35307EDA" w14:textId="77777777" w:rsidR="009C5351" w:rsidRDefault="00000000">
      <w:r>
        <w:t>B.A. History and International Studies</w:t>
      </w:r>
    </w:p>
    <w:p w14:paraId="207F493D" w14:textId="77777777" w:rsidR="009C5351" w:rsidRDefault="00000000">
      <w:r>
        <w:t>Ajayi Crowther University (2021 – 2025)</w:t>
      </w:r>
    </w:p>
    <w:p w14:paraId="4E296D0B" w14:textId="77777777" w:rsidR="009C5351" w:rsidRDefault="009C5351"/>
    <w:p w14:paraId="608C35E8" w14:textId="25329305" w:rsidR="009C5351" w:rsidRDefault="00000000">
      <w:r>
        <w:t>ADDITIONAL STRENGTHS</w:t>
      </w:r>
    </w:p>
    <w:p w14:paraId="7DFCFF30" w14:textId="77777777" w:rsidR="009C5351" w:rsidRDefault="00000000">
      <w:r>
        <w:t>• Able to handle full production workflow independently</w:t>
      </w:r>
    </w:p>
    <w:p w14:paraId="6DD6C294" w14:textId="77777777" w:rsidR="009C5351" w:rsidRDefault="00000000">
      <w:r>
        <w:t>• Strong understanding of cinematography fundamentals</w:t>
      </w:r>
    </w:p>
    <w:p w14:paraId="62F3A891" w14:textId="77777777" w:rsidR="009C5351" w:rsidRDefault="00000000">
      <w:r>
        <w:t>• Reliable, creative, and detail-oriented</w:t>
      </w:r>
    </w:p>
    <w:p w14:paraId="3896A5CF" w14:textId="77777777" w:rsidR="009C5351" w:rsidRDefault="00000000">
      <w:r>
        <w:t>• Strong on-set discipline and teamwork skills</w:t>
      </w:r>
    </w:p>
    <w:p w14:paraId="0663B598" w14:textId="77777777" w:rsidR="009C5351" w:rsidRDefault="009C5351"/>
    <w:sectPr w:rsidR="009C535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7675080">
    <w:abstractNumId w:val="8"/>
  </w:num>
  <w:num w:numId="2" w16cid:durableId="1892961088">
    <w:abstractNumId w:val="6"/>
  </w:num>
  <w:num w:numId="3" w16cid:durableId="1047296447">
    <w:abstractNumId w:val="5"/>
  </w:num>
  <w:num w:numId="4" w16cid:durableId="1043486659">
    <w:abstractNumId w:val="4"/>
  </w:num>
  <w:num w:numId="5" w16cid:durableId="2039356644">
    <w:abstractNumId w:val="7"/>
  </w:num>
  <w:num w:numId="6" w16cid:durableId="577832319">
    <w:abstractNumId w:val="3"/>
  </w:num>
  <w:num w:numId="7" w16cid:durableId="1277180860">
    <w:abstractNumId w:val="2"/>
  </w:num>
  <w:num w:numId="8" w16cid:durableId="1173105515">
    <w:abstractNumId w:val="1"/>
  </w:num>
  <w:num w:numId="9" w16cid:durableId="1122382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61AD"/>
    <w:rsid w:val="0015074B"/>
    <w:rsid w:val="00200436"/>
    <w:rsid w:val="0029639D"/>
    <w:rsid w:val="00326F90"/>
    <w:rsid w:val="004F5F59"/>
    <w:rsid w:val="009C5351"/>
    <w:rsid w:val="00A0666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AB8438"/>
  <w14:defaultImageDpi w14:val="300"/>
  <w15:docId w15:val="{A0F26DA7-1C0D-45CA-BB3E-8904B7CE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kayode ayotomide</cp:lastModifiedBy>
  <cp:revision>4</cp:revision>
  <dcterms:created xsi:type="dcterms:W3CDTF">2013-12-23T23:15:00Z</dcterms:created>
  <dcterms:modified xsi:type="dcterms:W3CDTF">2025-12-30T09:51:00Z</dcterms:modified>
  <cp:category/>
</cp:coreProperties>
</file>