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LUBEM MSUGHTER NATHANIEL</w:t>
      </w:r>
    </w:p>
    <w:p>
      <w:pPr>
        <w:spacing w:after="40"/>
        <w:jc w:val="center"/>
      </w:pPr>
      <w:r>
        <w:rPr>
          <w:sz w:val="18"/>
        </w:rPr>
        <w:t>Block 15, Room 27, Bonny Camp, V.I, Eti-Osa, Lagos State</w:t>
        <w:br/>
      </w:r>
      <w:r>
        <w:rPr>
          <w:sz w:val="18"/>
        </w:rPr>
        <w:t>Mobile: 09031235635   |   Email: Nathanielsutex@gmail.com</w:t>
      </w:r>
    </w:p>
    <w:p>
      <w:pPr>
        <w:spacing w:before="120" w:after="40"/>
      </w:pPr>
      <w:r>
        <w:rPr>
          <w:b/>
          <w:sz w:val="22"/>
        </w:rPr>
        <w:t>PROFILE</w:t>
      </w:r>
    </w:p>
    <w:p>
      <w:r>
        <w:t>Hardworking and dedicated chef with experience in food preparation, cooking, kitchen organization and maintaining high standards of hygiene. Able to work under pressure, follow recipe instructions, and prepare delicious and well-presented meals.</w:t>
      </w:r>
    </w:p>
    <w:p>
      <w:pPr>
        <w:spacing w:before="120" w:after="40"/>
      </w:pPr>
      <w:r>
        <w:rPr>
          <w:b/>
          <w:sz w:val="22"/>
        </w:rPr>
        <w:t>PERSONAL DATA</w:t>
      </w:r>
    </w:p>
    <w:tbl>
      <w:tblPr>
        <w:tblW w:type="auto" w:w="0"/>
        <w:jc w:val="left"/>
        <w:tblLayout w:type="autofit"/>
        <w:tblLook w:firstColumn="1" w:firstRow="1" w:lastColumn="0" w:lastRow="0" w:noHBand="0" w:noVBand="1" w:val="04A0"/>
      </w:tblPr>
      <w:tblGrid>
        <w:gridCol w:w="5112"/>
        <w:gridCol w:w="5112"/>
      </w:tblGrid>
      <w:tr>
        <w:tc>
          <w:tcPr>
            <w:tcW w:type="dxa" w:w="5112"/>
            <w:vAlign w:val="center"/>
          </w:tcPr>
          <w:p>
            <w:pPr>
              <w:spacing w:after="0" w:before="0"/>
            </w:pPr>
            <w:r>
              <w:t>Date of Birth</w:t>
            </w:r>
          </w:p>
        </w:tc>
        <w:tc>
          <w:tcPr>
            <w:tcW w:type="dxa" w:w="5112"/>
            <w:vAlign w:val="center"/>
          </w:tcPr>
          <w:p>
            <w:pPr>
              <w:spacing w:after="0" w:before="0"/>
            </w:pPr>
            <w:r>
              <w:t>27th June 2000</w:t>
            </w:r>
          </w:p>
        </w:tc>
      </w:tr>
      <w:tr>
        <w:tc>
          <w:tcPr>
            <w:tcW w:type="dxa" w:w="5112"/>
            <w:vAlign w:val="center"/>
          </w:tcPr>
          <w:p>
            <w:pPr>
              <w:spacing w:after="0" w:before="0"/>
            </w:pPr>
            <w:r>
              <w:t>Sex</w:t>
            </w:r>
          </w:p>
        </w:tc>
        <w:tc>
          <w:tcPr>
            <w:tcW w:type="dxa" w:w="5112"/>
            <w:vAlign w:val="center"/>
          </w:tcPr>
          <w:p>
            <w:pPr>
              <w:spacing w:after="0" w:before="0"/>
            </w:pPr>
            <w:r>
              <w:t>Male</w:t>
            </w:r>
          </w:p>
        </w:tc>
      </w:tr>
      <w:tr>
        <w:tc>
          <w:tcPr>
            <w:tcW w:type="dxa" w:w="5112"/>
            <w:vAlign w:val="center"/>
          </w:tcPr>
          <w:p>
            <w:pPr>
              <w:spacing w:after="0" w:before="0"/>
            </w:pPr>
            <w:r>
              <w:t>Nationality</w:t>
            </w:r>
          </w:p>
        </w:tc>
        <w:tc>
          <w:tcPr>
            <w:tcW w:type="dxa" w:w="5112"/>
            <w:vAlign w:val="center"/>
          </w:tcPr>
          <w:p>
            <w:pPr>
              <w:spacing w:after="0" w:before="0"/>
            </w:pPr>
            <w:r>
              <w:t>Nigerian</w:t>
            </w:r>
          </w:p>
        </w:tc>
      </w:tr>
      <w:tr>
        <w:tc>
          <w:tcPr>
            <w:tcW w:type="dxa" w:w="5112"/>
            <w:vAlign w:val="center"/>
          </w:tcPr>
          <w:p>
            <w:pPr>
              <w:spacing w:after="0" w:before="0"/>
            </w:pPr>
            <w:r>
              <w:t>State of Origin</w:t>
            </w:r>
          </w:p>
        </w:tc>
        <w:tc>
          <w:tcPr>
            <w:tcW w:type="dxa" w:w="5112"/>
            <w:vAlign w:val="center"/>
          </w:tcPr>
          <w:p>
            <w:pPr>
              <w:spacing w:after="0" w:before="0"/>
            </w:pPr>
            <w:r>
              <w:t>Benue State</w:t>
            </w:r>
          </w:p>
        </w:tc>
      </w:tr>
      <w:tr>
        <w:tc>
          <w:tcPr>
            <w:tcW w:type="dxa" w:w="5112"/>
            <w:vAlign w:val="center"/>
          </w:tcPr>
          <w:p>
            <w:pPr>
              <w:spacing w:after="0" w:before="0"/>
            </w:pPr>
            <w:r>
              <w:t>L.G.A</w:t>
            </w:r>
          </w:p>
        </w:tc>
        <w:tc>
          <w:tcPr>
            <w:tcW w:type="dxa" w:w="5112"/>
            <w:vAlign w:val="center"/>
          </w:tcPr>
          <w:p>
            <w:pPr>
              <w:spacing w:after="0" w:before="0"/>
            </w:pPr>
            <w:r>
              <w:t>Buruku</w:t>
            </w:r>
          </w:p>
        </w:tc>
      </w:tr>
      <w:tr>
        <w:tc>
          <w:tcPr>
            <w:tcW w:type="dxa" w:w="5112"/>
            <w:vAlign w:val="center"/>
          </w:tcPr>
          <w:p>
            <w:pPr>
              <w:spacing w:after="0" w:before="0"/>
            </w:pPr>
            <w:r>
              <w:t>Marital Status</w:t>
            </w:r>
          </w:p>
        </w:tc>
        <w:tc>
          <w:tcPr>
            <w:tcW w:type="dxa" w:w="5112"/>
            <w:vAlign w:val="center"/>
          </w:tcPr>
          <w:p>
            <w:pPr>
              <w:spacing w:after="0" w:before="0"/>
            </w:pPr>
            <w:r>
              <w:t>Single</w:t>
            </w:r>
          </w:p>
        </w:tc>
      </w:tr>
      <w:tr>
        <w:tc>
          <w:tcPr>
            <w:tcW w:type="dxa" w:w="5112"/>
            <w:vAlign w:val="center"/>
          </w:tcPr>
          <w:p>
            <w:pPr>
              <w:spacing w:after="0" w:before="0"/>
            </w:pPr>
            <w:r>
              <w:t>Religion</w:t>
            </w:r>
          </w:p>
        </w:tc>
        <w:tc>
          <w:tcPr>
            <w:tcW w:type="dxa" w:w="5112"/>
            <w:vAlign w:val="center"/>
          </w:tcPr>
          <w:p>
            <w:pPr>
              <w:spacing w:after="0" w:before="0"/>
            </w:pPr>
            <w:r>
              <w:t>Christianity</w:t>
            </w:r>
          </w:p>
        </w:tc>
      </w:tr>
    </w:tbl>
    <w:p>
      <w:pPr>
        <w:spacing w:before="120" w:after="40"/>
      </w:pPr>
      <w:r>
        <w:rPr>
          <w:b/>
          <w:sz w:val="22"/>
        </w:rPr>
        <w:t>EDUCATIONAL HISTORY</w:t>
      </w:r>
    </w:p>
    <w:tbl>
      <w:tblPr>
        <w:tblW w:type="auto" w:w="0"/>
        <w:jc w:val="left"/>
        <w:tblLook w:firstColumn="1" w:firstRow="1" w:lastColumn="0" w:lastRow="0" w:noHBand="0" w:noVBand="1" w:val="04A0"/>
      </w:tblPr>
      <w:tblGrid>
        <w:gridCol w:w="3408"/>
        <w:gridCol w:w="3408"/>
        <w:gridCol w:w="3408"/>
      </w:tblGrid>
      <w:tr>
        <w:tc>
          <w:tcPr>
            <w:tcW w:type="dxa" w:w="3408"/>
          </w:tcPr>
          <w:p>
            <w:pPr>
              <w:spacing w:after="0" w:before="0"/>
            </w:pPr>
            <w:r>
              <w:t>2004–2010</w:t>
            </w:r>
          </w:p>
        </w:tc>
        <w:tc>
          <w:tcPr>
            <w:tcW w:type="dxa" w:w="3408"/>
          </w:tcPr>
          <w:p>
            <w:pPr>
              <w:spacing w:after="0" w:before="0"/>
            </w:pPr>
            <w:r>
              <w:t>LGEA Primary School, Jer Benue State</w:t>
            </w:r>
          </w:p>
        </w:tc>
        <w:tc>
          <w:tcPr>
            <w:tcW w:type="dxa" w:w="3408"/>
          </w:tcPr>
          <w:p>
            <w:pPr>
              <w:spacing w:after="0" w:before="0"/>
            </w:pPr>
            <w:r>
              <w:t>First School Leaving Certificate</w:t>
            </w:r>
          </w:p>
        </w:tc>
      </w:tr>
      <w:tr>
        <w:tc>
          <w:tcPr>
            <w:tcW w:type="dxa" w:w="3408"/>
          </w:tcPr>
          <w:p>
            <w:pPr>
              <w:spacing w:after="0" w:before="0"/>
            </w:pPr>
            <w:r>
              <w:t>2010–2016</w:t>
            </w:r>
          </w:p>
        </w:tc>
        <w:tc>
          <w:tcPr>
            <w:tcW w:type="dxa" w:w="3408"/>
          </w:tcPr>
          <w:p>
            <w:pPr>
              <w:spacing w:after="0" w:before="0"/>
            </w:pPr>
            <w:r>
              <w:t>Government Secondary School, Ikpayongo, Benue State</w:t>
            </w:r>
          </w:p>
        </w:tc>
        <w:tc>
          <w:tcPr>
            <w:tcW w:type="dxa" w:w="3408"/>
          </w:tcPr>
          <w:p>
            <w:pPr>
              <w:spacing w:after="0" w:before="0"/>
            </w:pPr>
            <w:r>
              <w:t>Senior School Certificate Examination</w:t>
            </w:r>
          </w:p>
        </w:tc>
      </w:tr>
      <w:tr>
        <w:tc>
          <w:tcPr>
            <w:tcW w:type="dxa" w:w="3408"/>
          </w:tcPr>
          <w:p>
            <w:pPr>
              <w:spacing w:after="0" w:before="0"/>
            </w:pPr>
            <w:r>
              <w:t>2024–2025</w:t>
            </w:r>
          </w:p>
        </w:tc>
        <w:tc>
          <w:tcPr>
            <w:tcW w:type="dxa" w:w="3408"/>
          </w:tcPr>
          <w:p>
            <w:pPr>
              <w:spacing w:after="0" w:before="0"/>
            </w:pPr>
            <w:r>
              <w:t>Godform Institute of Catering and Hotel Management, Ota, Ogun State</w:t>
            </w:r>
          </w:p>
        </w:tc>
        <w:tc>
          <w:tcPr>
            <w:tcW w:type="dxa" w:w="3408"/>
          </w:tcPr>
          <w:p>
            <w:pPr>
              <w:spacing w:after="0" w:before="0"/>
            </w:pPr>
            <w:r>
              <w:t>Diploma in Catering and Hotel Management</w:t>
            </w:r>
          </w:p>
        </w:tc>
      </w:tr>
      <w:tr>
        <w:tc>
          <w:tcPr>
            <w:tcW w:type="dxa" w:w="3408"/>
          </w:tcPr>
          <w:p>
            <w:pPr>
              <w:spacing w:after="0" w:before="0"/>
            </w:pPr>
            <w:r>
              <w:t>2024</w:t>
            </w:r>
          </w:p>
        </w:tc>
        <w:tc>
          <w:tcPr>
            <w:tcW w:type="dxa" w:w="3408"/>
          </w:tcPr>
          <w:p>
            <w:pPr>
              <w:spacing w:after="0" w:before="0"/>
            </w:pPr>
            <w:r>
              <w:t>Diversey International</w:t>
            </w:r>
          </w:p>
        </w:tc>
        <w:tc>
          <w:tcPr>
            <w:tcW w:type="dxa" w:w="3408"/>
          </w:tcPr>
          <w:p>
            <w:pPr>
              <w:spacing w:after="0" w:before="0"/>
            </w:pPr>
            <w:r>
              <w:t>Kitchen Hygiene Course</w:t>
            </w:r>
          </w:p>
        </w:tc>
      </w:tr>
    </w:tbl>
    <w:p>
      <w:pPr>
        <w:spacing w:before="120" w:after="40"/>
      </w:pPr>
      <w:r>
        <w:rPr>
          <w:b/>
          <w:sz w:val="22"/>
        </w:rPr>
        <w:t>EXPERIENCE</w:t>
      </w:r>
    </w:p>
    <w:tbl>
      <w:tblPr>
        <w:tblW w:type="auto" w:w="0"/>
        <w:jc w:val="left"/>
        <w:tblLook w:firstColumn="1" w:firstRow="1" w:lastColumn="0" w:lastRow="0" w:noHBand="0" w:noVBand="1" w:val="04A0"/>
      </w:tblPr>
      <w:tblGrid>
        <w:gridCol w:w="3408"/>
        <w:gridCol w:w="3408"/>
        <w:gridCol w:w="3408"/>
      </w:tblGrid>
      <w:tr>
        <w:tc>
          <w:tcPr>
            <w:tcW w:type="dxa" w:w="3408"/>
          </w:tcPr>
          <w:p>
            <w:pPr>
              <w:spacing w:after="0" w:before="0"/>
            </w:pPr>
            <w:r>
              <w:t>2018–2020</w:t>
            </w:r>
          </w:p>
        </w:tc>
        <w:tc>
          <w:tcPr>
            <w:tcW w:type="dxa" w:w="3408"/>
          </w:tcPr>
          <w:p>
            <w:pPr>
              <w:spacing w:after="0" w:before="0"/>
            </w:pPr>
            <w:r>
              <w:t>Adiba Supermarket, V.I, Lagos</w:t>
            </w:r>
          </w:p>
        </w:tc>
        <w:tc>
          <w:tcPr>
            <w:tcW w:type="dxa" w:w="3408"/>
          </w:tcPr>
          <w:p>
            <w:pPr>
              <w:spacing w:after="0" w:before="0"/>
            </w:pPr>
            <w:r>
              <w:t>Post Held: Wine Shop Attendant</w:t>
            </w:r>
          </w:p>
        </w:tc>
      </w:tr>
      <w:tr>
        <w:tc>
          <w:tcPr>
            <w:tcW w:type="dxa" w:w="3408"/>
          </w:tcPr>
          <w:p>
            <w:pPr>
              <w:spacing w:after="0" w:before="0"/>
            </w:pPr>
            <w:r>
              <w:t>2020–2022</w:t>
            </w:r>
          </w:p>
        </w:tc>
        <w:tc>
          <w:tcPr>
            <w:tcW w:type="dxa" w:w="3408"/>
          </w:tcPr>
          <w:p>
            <w:pPr>
              <w:spacing w:after="0" w:before="0"/>
            </w:pPr>
            <w:r>
              <w:t>The Place Restaurant, V.I, Lagos</w:t>
            </w:r>
          </w:p>
        </w:tc>
        <w:tc>
          <w:tcPr>
            <w:tcW w:type="dxa" w:w="3408"/>
          </w:tcPr>
          <w:p>
            <w:pPr>
              <w:spacing w:after="0" w:before="0"/>
            </w:pPr>
            <w:r>
              <w:t>Post Held: Cook</w:t>
            </w:r>
          </w:p>
        </w:tc>
      </w:tr>
      <w:tr>
        <w:tc>
          <w:tcPr>
            <w:tcW w:type="dxa" w:w="3408"/>
          </w:tcPr>
          <w:p>
            <w:pPr>
              <w:spacing w:after="0" w:before="0"/>
            </w:pPr>
            <w:r>
              <w:t>2022–2024</w:t>
            </w:r>
          </w:p>
        </w:tc>
        <w:tc>
          <w:tcPr>
            <w:tcW w:type="dxa" w:w="3408"/>
          </w:tcPr>
          <w:p>
            <w:pPr>
              <w:spacing w:after="0" w:before="0"/>
            </w:pPr>
            <w:r>
              <w:t>Radisson Blu Anchorage Hotel, V.I, Lagos</w:t>
            </w:r>
          </w:p>
        </w:tc>
        <w:tc>
          <w:tcPr>
            <w:tcW w:type="dxa" w:w="3408"/>
          </w:tcPr>
          <w:p>
            <w:pPr>
              <w:spacing w:after="0" w:before="0"/>
            </w:pPr>
            <w:r>
              <w:t>Post Held: Commis 1 Chef (Casual)</w:t>
            </w:r>
          </w:p>
        </w:tc>
      </w:tr>
      <w:tr>
        <w:tc>
          <w:tcPr>
            <w:tcW w:type="dxa" w:w="3408"/>
          </w:tcPr>
          <w:p>
            <w:pPr>
              <w:spacing w:after="0" w:before="0"/>
            </w:pPr>
            <w:r>
              <w:t>2024–2026</w:t>
            </w:r>
          </w:p>
        </w:tc>
        <w:tc>
          <w:tcPr>
            <w:tcW w:type="dxa" w:w="3408"/>
          </w:tcPr>
          <w:p>
            <w:pPr>
              <w:spacing w:after="0" w:before="0"/>
            </w:pPr>
            <w:r>
              <w:t>Hotel Inn, Oniru, Lagos</w:t>
            </w:r>
          </w:p>
        </w:tc>
        <w:tc>
          <w:tcPr>
            <w:tcW w:type="dxa" w:w="3408"/>
          </w:tcPr>
          <w:p>
            <w:pPr>
              <w:spacing w:after="0" w:before="0"/>
            </w:pPr>
            <w:r>
              <w:t>Post Held: Chef de Partie</w:t>
            </w:r>
          </w:p>
        </w:tc>
      </w:tr>
    </w:tbl>
    <w:p>
      <w:pPr>
        <w:spacing w:before="120" w:after="40"/>
      </w:pPr>
      <w:r>
        <w:rPr>
          <w:b/>
          <w:sz w:val="22"/>
        </w:rPr>
        <w:t>SKILLS</w:t>
      </w:r>
    </w:p>
    <w:p>
      <w:pPr>
        <w:spacing w:after="0"/>
      </w:pPr>
      <w:r>
        <w:t>• Food Preparation and Cooking</w:t>
      </w:r>
    </w:p>
    <w:p>
      <w:pPr>
        <w:spacing w:after="0"/>
      </w:pPr>
      <w:r>
        <w:t>• Kitchen Hygiene and Sanitation</w:t>
      </w:r>
    </w:p>
    <w:p>
      <w:pPr>
        <w:spacing w:after="0"/>
      </w:pPr>
      <w:r>
        <w:t>• Self Confidence</w:t>
      </w:r>
    </w:p>
    <w:p>
      <w:pPr>
        <w:spacing w:after="0"/>
      </w:pPr>
      <w:r>
        <w:t>• Team Work</w:t>
      </w:r>
    </w:p>
    <w:p>
      <w:pPr>
        <w:spacing w:before="120" w:after="40"/>
      </w:pPr>
      <w:r>
        <w:rPr>
          <w:b/>
          <w:sz w:val="22"/>
        </w:rPr>
        <w:t>HOBBIES</w:t>
      </w:r>
    </w:p>
    <w:p>
      <w:r>
        <w:t>Cooking, Football, Music, Traveling and Reading</w:t>
      </w:r>
    </w:p>
    <w:p>
      <w:pPr>
        <w:spacing w:before="120" w:after="40"/>
      </w:pPr>
      <w:r>
        <w:rPr>
          <w:b/>
          <w:sz w:val="22"/>
        </w:rPr>
        <w:t>REFERENCE</w:t>
      </w:r>
    </w:p>
    <w:tbl>
      <w:tblPr>
        <w:tblW w:type="auto" w:w="0"/>
        <w:jc w:val="left"/>
        <w:tblLook w:firstColumn="1" w:firstRow="1" w:lastColumn="0" w:lastRow="0" w:noHBand="0" w:noVBand="1" w:val="04A0"/>
      </w:tblPr>
      <w:tblGrid>
        <w:gridCol w:w="5112"/>
        <w:gridCol w:w="5112"/>
      </w:tblGrid>
      <w:tr>
        <w:tc>
          <w:tcPr>
            <w:tcW w:type="dxa" w:w="5112"/>
          </w:tcPr>
          <w:p>
            <w:pPr>
              <w:spacing w:after="0" w:before="0"/>
            </w:pPr>
            <w:r>
              <w:t>Mr. Benjamin Ikuejebe</w:t>
              <w:br/>
              <w:t>Tel: 08064455022</w:t>
            </w:r>
          </w:p>
        </w:tc>
        <w:tc>
          <w:tcPr>
            <w:tcW w:type="dxa" w:w="5112"/>
          </w:tcPr>
          <w:p>
            <w:pPr>
              <w:spacing w:after="0" w:before="0"/>
            </w:pPr>
            <w:r>
              <w:t>Mr. Collins Chukwudi</w:t>
              <w:br/>
              <w:t>Tel: 08022325175</w:t>
            </w:r>
          </w:p>
        </w:tc>
      </w:tr>
    </w:tbl>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