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MADUFOR JENETH CHIDIEBERE</w:t>
      </w:r>
    </w:p>
    <w:p>
      <w:r>
        <w:t>Phone: 09043898969</w:t>
      </w:r>
    </w:p>
    <w:p>
      <w:r>
        <w:t>Email: janethmadufor001@gmail.com</w:t>
      </w:r>
    </w:p>
    <w:p>
      <w:r>
        <w:t>Address: 26, Adedoyin Road, Obele Oniwala, Surulere, Lagos</w:t>
      </w:r>
    </w:p>
    <w:p>
      <w:r>
        <w:t>Languages: English, basic Igbo, Yoruba</w:t>
      </w:r>
    </w:p>
    <w:p>
      <w:pPr>
        <w:pStyle w:val="Heading1"/>
      </w:pPr>
      <w:r>
        <w:t>Professional Summary</w:t>
      </w:r>
    </w:p>
    <w:p>
      <w:r>
        <w:t>A dedicated and adaptable individual with hands-on experience in sales and health information management. Skilled in communication, multitasking, and Microsoft Office, with a strong willingness to learn and teach. Passionate about customer satisfaction and organizational efficiency. Seeking to contribute positively to a customer service-focused organization.</w:t>
      </w:r>
    </w:p>
    <w:p>
      <w:pPr>
        <w:pStyle w:val="Heading1"/>
      </w:pPr>
      <w:r>
        <w:t>Work Experience</w:t>
      </w:r>
    </w:p>
    <w:p>
      <w:pPr>
        <w:pStyle w:val="ListBullet"/>
      </w:pPr>
      <w:r>
        <w:t>Sales Representative</w:t>
      </w:r>
    </w:p>
    <w:p>
      <w:pPr>
        <w:pStyle w:val="ListBullet2"/>
      </w:pPr>
      <w:r>
        <w:t>Card Shop</w:t>
      </w:r>
    </w:p>
    <w:p>
      <w:pPr>
        <w:pStyle w:val="ListBullet2"/>
      </w:pPr>
      <w:r>
        <w:t>Dates: [You can provide if available]</w:t>
      </w:r>
    </w:p>
    <w:p>
      <w:r>
        <w:t>- Greeted and assisted customers with purchases, ensuring a pleasant shopping experience</w:t>
      </w:r>
    </w:p>
    <w:p>
      <w:r>
        <w:t>- Managed inventory, restocked products, and maintained store cleanliness</w:t>
      </w:r>
    </w:p>
    <w:p>
      <w:r>
        <w:t>- Handled customer inquiries and resolved minor complaints politely and efficiently</w:t>
      </w:r>
    </w:p>
    <w:p>
      <w:pPr>
        <w:pStyle w:val="ListBullet"/>
      </w:pPr>
      <w:r>
        <w:t>Health Information Manager (SIWES Program)</w:t>
      </w:r>
    </w:p>
    <w:p>
      <w:pPr>
        <w:pStyle w:val="ListBullet2"/>
      </w:pPr>
      <w:r>
        <w:t>Random General Hospital (Remote &amp; On-Site)</w:t>
      </w:r>
    </w:p>
    <w:p>
      <w:pPr>
        <w:pStyle w:val="ListBullet2"/>
      </w:pPr>
      <w:r>
        <w:t>3 years, 2 months annually</w:t>
      </w:r>
    </w:p>
    <w:p>
      <w:r>
        <w:t>- Collected and entered health data accurately using Kobo Collect</w:t>
      </w:r>
    </w:p>
    <w:p>
      <w:r>
        <w:t>- Supported hospital staff in managing patient records and documentation</w:t>
      </w:r>
    </w:p>
    <w:p>
      <w:r>
        <w:t>- Gained hands-on experience in public health reporting and digital health tools</w:t>
      </w:r>
    </w:p>
    <w:p>
      <w:pPr>
        <w:pStyle w:val="Heading1"/>
      </w:pPr>
      <w:r>
        <w:t>Education</w:t>
      </w:r>
    </w:p>
    <w:p>
      <w:pPr>
        <w:pStyle w:val="ListBullet"/>
      </w:pPr>
      <w:r>
        <w:t>Lagos State College of Health Technology</w:t>
      </w:r>
    </w:p>
    <w:p>
      <w:pPr>
        <w:pStyle w:val="ListBullet2"/>
      </w:pPr>
      <w:r>
        <w:t>National Diploma – Health Information Management</w:t>
      </w:r>
    </w:p>
    <w:p>
      <w:pPr>
        <w:pStyle w:val="ListBullet2"/>
      </w:pPr>
      <w:r>
        <w:t>CGPA: 3.08</w:t>
      </w:r>
    </w:p>
    <w:p>
      <w:pPr>
        <w:pStyle w:val="ListBullet2"/>
      </w:pPr>
      <w:r>
        <w:t>HND Program – In Progress (2021 – 2024)</w:t>
      </w:r>
    </w:p>
    <w:p>
      <w:pPr>
        <w:pStyle w:val="ListBullet"/>
      </w:pPr>
      <w:r>
        <w:t>Secondary Education (2011 – 2014)</w:t>
      </w:r>
    </w:p>
    <w:p>
      <w:pPr>
        <w:pStyle w:val="ListBullet"/>
      </w:pPr>
      <w:r>
        <w:t>Primary Education (2002 – 2010)</w:t>
      </w:r>
    </w:p>
    <w:p>
      <w:pPr>
        <w:pStyle w:val="Heading1"/>
      </w:pPr>
      <w:r>
        <w:t>Certifications</w:t>
      </w:r>
    </w:p>
    <w:p>
      <w:r>
        <w:t>- National Diploma in Health Information Management</w:t>
      </w:r>
    </w:p>
    <w:p>
      <w:r>
        <w:t>- Artificial Intelligence Course (3 months) – Certified</w:t>
      </w:r>
    </w:p>
    <w:p>
      <w:r>
        <w:t>- Digital Marketing Training – Certified</w:t>
      </w:r>
    </w:p>
    <w:p>
      <w:pPr>
        <w:pStyle w:val="Heading1"/>
      </w:pPr>
      <w:r>
        <w:t>Skills</w:t>
      </w:r>
    </w:p>
    <w:p>
      <w:r>
        <w:t>- Excellent communication and interpersonal skills</w:t>
      </w:r>
    </w:p>
    <w:p>
      <w:r>
        <w:t>- Proficient in Microsoft Office (Word, Excel, PowerPoint)</w:t>
      </w:r>
    </w:p>
    <w:p>
      <w:r>
        <w:t>- Ability to multitask and solve problems efficiently</w:t>
      </w:r>
    </w:p>
    <w:p>
      <w:r>
        <w:t>- Willingness to learn and teach</w:t>
      </w:r>
    </w:p>
    <w:p>
      <w:r>
        <w:t>- Basic data collection and health information management tools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