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F374E"/>
          <w:sz w:val="38"/>
        </w:rPr>
        <w:t>SHANU MOTUNRAYO REBECCA</w:t>
      </w:r>
    </w:p>
    <w:p>
      <w:pPr>
        <w:jc w:val="center"/>
      </w:pPr>
      <w:r>
        <w:rPr>
          <w:b/>
          <w:color w:val="415B73"/>
          <w:sz w:val="20"/>
        </w:rPr>
        <w:t>REMOTE CUSTOMER SUPPORT | LIVE CHAT &amp; EMAIL SUPPORT</w:t>
      </w:r>
    </w:p>
    <w:p>
      <w:pPr>
        <w:jc w:val="center"/>
      </w:pPr>
      <w:r>
        <w:t>Lagos, Nigeria  |  07064943888  |  awonusiajoke28@gmail.com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PROFESSIONAL PROFILE</w:t>
      </w:r>
    </w:p>
    <w:p>
      <w:r>
        <w:t>Customer-focused professional with experience in front-desk operations, hospitality, retail sales and customer-facing service. Skilled in responding to enquiries, assisting customers, addressing concerns and maintaining accurate information. Brings clear communication, patience, organisation and a service-oriented approach, with an interest in remote customer support roles focused on live chat, email and digital messaging.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CORE SKILLS</w:t>
      </w:r>
    </w:p>
    <w:p>
      <w:r>
        <w:t>Customer Service &amp; Guest Relations  •  Written Communication  •  Customer Enquiry Handling  •  Complaint Resolution  •  Live Chat &amp; Email Support Interest  •  WhatsApp Business  •  Basic Microsoft Word  •  Basic Microsoft Excel  •  Record Keeping  •  Data Accuracy  •  Time Management  •  Problem Solving  •  Team Collaboration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PROFESSIONAL EXPERIENCE</w:t>
      </w:r>
    </w:p>
    <w:p>
      <w:pPr>
        <w:spacing w:after="20"/>
      </w:pPr>
      <w:r>
        <w:rPr>
          <w:b/>
        </w:rPr>
        <w:t>Receptionist | Constalex Apartments</w:t>
      </w:r>
      <w:r>
        <w:t xml:space="preserve">  |  2025–2026</w:t>
      </w:r>
    </w:p>
    <w:p>
      <w:pPr>
        <w:pStyle w:val="ListBullet"/>
        <w:spacing w:after="20"/>
        <w:ind w:left="259" w:hanging="173"/>
      </w:pPr>
      <w:r>
        <w:t>Welcomed guests and provided courteous, professional front-desk assistance.</w:t>
      </w:r>
    </w:p>
    <w:p>
      <w:pPr>
        <w:pStyle w:val="ListBullet"/>
        <w:spacing w:after="20"/>
        <w:ind w:left="259" w:hanging="173"/>
      </w:pPr>
      <w:r>
        <w:t>Responded to guest enquiries and communicated information about available services.</w:t>
      </w:r>
    </w:p>
    <w:p>
      <w:pPr>
        <w:pStyle w:val="ListBullet"/>
        <w:spacing w:after="20"/>
        <w:ind w:left="259" w:hanging="173"/>
      </w:pPr>
      <w:r>
        <w:t>Assisted with check-in and check-out procedures and maintained guest information.</w:t>
      </w:r>
    </w:p>
    <w:p>
      <w:pPr>
        <w:pStyle w:val="ListBullet"/>
        <w:spacing w:after="20"/>
        <w:ind w:left="259" w:hanging="173"/>
      </w:pPr>
      <w:r>
        <w:t>Handled guest requests and concerns professionally, supporting a positive guest experience.</w:t>
      </w:r>
    </w:p>
    <w:p>
      <w:pPr>
        <w:pStyle w:val="ListBullet"/>
        <w:spacing w:after="20"/>
        <w:ind w:left="259" w:hanging="173"/>
      </w:pPr>
      <w:r>
        <w:t>Supported daily front-office operations and coordinated with colleagues when needed.</w:t>
      </w:r>
    </w:p>
    <w:p>
      <w:pPr>
        <w:spacing w:before="60" w:after="20"/>
      </w:pPr>
      <w:r>
        <w:rPr>
          <w:b/>
        </w:rPr>
        <w:t>Teacher – Teaching Practice | Adesowon Senior High School</w:t>
      </w:r>
      <w:r>
        <w:t xml:space="preserve">  |  2024</w:t>
      </w:r>
    </w:p>
    <w:p>
      <w:pPr>
        <w:pStyle w:val="ListBullet"/>
        <w:spacing w:after="20"/>
        <w:ind w:left="259" w:hanging="173"/>
      </w:pPr>
      <w:r>
        <w:t>Prepared and delivered lessons in line with the required curriculum.</w:t>
      </w:r>
    </w:p>
    <w:p>
      <w:pPr>
        <w:pStyle w:val="ListBullet"/>
        <w:spacing w:after="20"/>
        <w:ind w:left="259" w:hanging="173"/>
      </w:pPr>
      <w:r>
        <w:t>Communicated clearly with students, encouraged participation and maintained a respectful environment.</w:t>
      </w:r>
    </w:p>
    <w:p>
      <w:pPr>
        <w:pStyle w:val="ListBullet"/>
        <w:spacing w:after="20"/>
        <w:ind w:left="259" w:hanging="173"/>
      </w:pPr>
      <w:r>
        <w:t>Assisted with assessments and monitored students’ academic progress.</w:t>
      </w:r>
    </w:p>
    <w:p>
      <w:pPr>
        <w:spacing w:before="60" w:after="20"/>
      </w:pPr>
      <w:r>
        <w:rPr>
          <w:b/>
        </w:rPr>
        <w:t>Pump Attendant | YKKTJ Petroleum Station</w:t>
      </w:r>
      <w:r>
        <w:t xml:space="preserve">  |  2020–2021</w:t>
      </w:r>
    </w:p>
    <w:p>
      <w:pPr>
        <w:pStyle w:val="ListBullet"/>
        <w:spacing w:after="20"/>
        <w:ind w:left="259" w:hanging="173"/>
      </w:pPr>
      <w:r>
        <w:t>Assisted customers with fuel purchases and responded to requests in a helpful manner.</w:t>
      </w:r>
    </w:p>
    <w:p>
      <w:pPr>
        <w:pStyle w:val="ListBullet"/>
        <w:spacing w:after="20"/>
        <w:ind w:left="259" w:hanging="173"/>
      </w:pPr>
      <w:r>
        <w:t>Handled cash and processed customer transactions accurately.</w:t>
      </w:r>
    </w:p>
    <w:p>
      <w:pPr>
        <w:pStyle w:val="ListBullet"/>
        <w:spacing w:after="20"/>
        <w:ind w:left="259" w:hanging="173"/>
      </w:pPr>
      <w:r>
        <w:t>Maintained an organised work area and collaborated with colleagues during daily operations.</w:t>
      </w:r>
    </w:p>
    <w:p>
      <w:pPr>
        <w:spacing w:before="60" w:after="20"/>
      </w:pPr>
      <w:r>
        <w:rPr>
          <w:b/>
        </w:rPr>
        <w:t>Sales Representative &amp; Cashier | Rubbies Mini Mart</w:t>
      </w:r>
      <w:r>
        <w:t xml:space="preserve">  |  2019–2020</w:t>
      </w:r>
    </w:p>
    <w:p>
      <w:pPr>
        <w:pStyle w:val="ListBullet"/>
        <w:spacing w:after="20"/>
        <w:ind w:left="259" w:hanging="173"/>
      </w:pPr>
      <w:r>
        <w:t>Assisted customers with product selection and provided relevant product information.</w:t>
      </w:r>
    </w:p>
    <w:p>
      <w:pPr>
        <w:pStyle w:val="ListBullet"/>
        <w:spacing w:after="20"/>
        <w:ind w:left="259" w:hanging="173"/>
      </w:pPr>
      <w:r>
        <w:t>Processed sales transactions, handled cash and supported accurate daily sales records.</w:t>
      </w:r>
    </w:p>
    <w:p>
      <w:pPr>
        <w:pStyle w:val="ListBullet"/>
        <w:spacing w:after="20"/>
        <w:ind w:left="259" w:hanging="173"/>
      </w:pPr>
      <w:r>
        <w:t>Built positive customer relationships and helped maintain an orderly store environment.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EDUCATION</w:t>
      </w:r>
    </w:p>
    <w:p>
      <w:r>
        <w:rPr>
          <w:b/>
        </w:rPr>
        <w:t>B.Sc. (Honours), Art Education</w:t>
      </w:r>
      <w:r>
        <w:t xml:space="preserve"> | University of Nigeria, Nsukka | 2021–2025</w:t>
      </w:r>
    </w:p>
    <w:p>
      <w:r>
        <w:rPr>
          <w:b/>
        </w:rPr>
        <w:t>Senior Secondary School Certificate (SSCE)</w:t>
      </w:r>
      <w:r>
        <w:t xml:space="preserve"> | Timal Mothers Pride College, Lagos | 2020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DIGITAL SKILLS &amp; LANGUAGES</w:t>
      </w:r>
    </w:p>
    <w:p>
      <w:r>
        <w:t>WhatsApp Business – familiar  |  Microsoft Word – basic  |  Microsoft Excel – basic  |  English – fluent</w:t>
      </w:r>
    </w:p>
    <w:p>
      <w:pPr>
        <w:spacing w:before="140" w:after="60"/>
        <w:pBdr>
          <w:bottom w:val="single" w:sz="5" w:space="1" w:color="8CA2B5"/>
        </w:pBdr>
      </w:pPr>
      <w:r>
        <w:rPr>
          <w:b/>
          <w:color w:val="1F374E"/>
          <w:sz w:val="20"/>
        </w:rPr>
        <w:t>ADDITIONAL INFORMATION</w:t>
      </w:r>
    </w:p>
    <w:p>
      <w:r>
        <w:t>Interested in fully remote customer support opportunities, particularly non-voice roles involving live chat, email and digital messaging. Open to flexible and night-shift schedules.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