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08749B" w14:textId="77777777" w:rsidR="00C33CCD" w:rsidRPr="00521A6D" w:rsidRDefault="003759D8" w:rsidP="00E44B76">
      <w:pPr>
        <w:pStyle w:val="Heading1"/>
        <w:rPr>
          <w:rFonts w:asciiTheme="minorHAnsi" w:hAnsiTheme="minorHAnsi"/>
        </w:rPr>
      </w:pPr>
      <w:r>
        <w:t xml:space="preserve">   </w:t>
      </w:r>
      <w:r w:rsidR="00C33CCD" w:rsidRPr="00521A6D">
        <w:rPr>
          <w:rFonts w:asciiTheme="minorHAnsi" w:hAnsiTheme="minorHAnsi"/>
        </w:rPr>
        <w:t>ANERUA DIVINE JOHNPAUL</w:t>
      </w:r>
    </w:p>
    <w:p w14:paraId="736E275C" w14:textId="77777777" w:rsidR="00C33CCD" w:rsidRPr="00C33CCD" w:rsidRDefault="00C33CCD" w:rsidP="00C33CCD">
      <w:r w:rsidRPr="00C33CCD">
        <w:rPr>
          <w:rFonts w:ascii="Apple Color Emoji" w:hAnsi="Apple Color Emoji" w:cs="Apple Color Emoji"/>
        </w:rPr>
        <w:t>📞</w:t>
      </w:r>
      <w:r w:rsidRPr="00C33CCD">
        <w:t xml:space="preserve"> +2348143449945  |  </w:t>
      </w:r>
      <w:r w:rsidRPr="00C33CCD">
        <w:rPr>
          <w:rFonts w:ascii="Apple Color Emoji" w:hAnsi="Apple Color Emoji" w:cs="Apple Color Emoji"/>
        </w:rPr>
        <w:t>✉️</w:t>
      </w:r>
      <w:r w:rsidRPr="00C33CCD">
        <w:t xml:space="preserve"> aneruadivine@gmail.com</w:t>
      </w:r>
    </w:p>
    <w:p w14:paraId="63E8F872" w14:textId="4C1649DA" w:rsidR="00C33CCD" w:rsidRPr="00C33CCD" w:rsidRDefault="00C33CCD" w:rsidP="00C33CCD">
      <w:r w:rsidRPr="00C33CCD">
        <w:rPr>
          <w:rFonts w:ascii="Apple Color Emoji" w:hAnsi="Apple Color Emoji" w:cs="Apple Color Emoji"/>
        </w:rPr>
        <w:t>🌍</w:t>
      </w:r>
      <w:r w:rsidRPr="00C33CCD">
        <w:t xml:space="preserve"> </w:t>
      </w:r>
      <w:r>
        <w:t>Lagos</w:t>
      </w:r>
      <w:r w:rsidRPr="00C33CCD">
        <w:t>, Nigeria</w:t>
      </w:r>
    </w:p>
    <w:p w14:paraId="7B900933" w14:textId="77777777" w:rsidR="00C33CCD" w:rsidRPr="00084D3D" w:rsidRDefault="00C33CCD" w:rsidP="00C33CCD">
      <w:pPr>
        <w:rPr>
          <w:color w:val="365F91" w:themeColor="accent1" w:themeShade="BF"/>
        </w:rPr>
      </w:pPr>
      <w:r w:rsidRPr="00084D3D">
        <w:rPr>
          <w:b/>
          <w:color w:val="365F91" w:themeColor="accent1" w:themeShade="BF"/>
          <w:sz w:val="24"/>
        </w:rPr>
        <w:t>PERSONAL PROFILE</w:t>
      </w:r>
    </w:p>
    <w:p w14:paraId="5FBDD6EC" w14:textId="77777777" w:rsidR="00C33CCD" w:rsidRPr="00B072D8" w:rsidRDefault="00C33CCD" w:rsidP="00C877DC">
      <w:pPr>
        <w:spacing w:line="240" w:lineRule="auto"/>
      </w:pPr>
      <w:r w:rsidRPr="00B072D8">
        <w:t xml:space="preserve">Recent Civil Engineering graduate from Auchi Polytechnic with hands-on experience in project management, building construction, and structural design through internships at </w:t>
      </w:r>
      <w:proofErr w:type="spellStart"/>
      <w:r w:rsidRPr="00B072D8">
        <w:t>Ovearup</w:t>
      </w:r>
      <w:proofErr w:type="spellEnd"/>
      <w:r w:rsidRPr="00B072D8">
        <w:t xml:space="preserve"> and Partners Nigeria Limited and Primerule Construction. Skilled in </w:t>
      </w:r>
      <w:proofErr w:type="spellStart"/>
      <w:r w:rsidRPr="00B072D8">
        <w:t>Revit</w:t>
      </w:r>
      <w:proofErr w:type="spellEnd"/>
      <w:r w:rsidRPr="00B072D8">
        <w:t xml:space="preserve"> and basic AutoCAD, with a strong interest in infrastructure development and construction management. Passionate about applying engineering principles to real-world projects and contributing to innovative civil engineering solutions.</w:t>
      </w:r>
    </w:p>
    <w:p w14:paraId="42B53EE8" w14:textId="10EAFD12" w:rsidR="003C3812" w:rsidRPr="00084D3D" w:rsidRDefault="00A14214" w:rsidP="00C33CCD">
      <w:pPr>
        <w:rPr>
          <w:color w:val="365F91" w:themeColor="accent1" w:themeShade="BF"/>
        </w:rPr>
      </w:pPr>
      <w:r w:rsidRPr="00084D3D">
        <w:rPr>
          <w:b/>
          <w:color w:val="365F91" w:themeColor="accent1" w:themeShade="BF"/>
        </w:rPr>
        <w:t>WORK EXPERIENCE</w:t>
      </w:r>
    </w:p>
    <w:p w14:paraId="3E3B1A61" w14:textId="28D69220" w:rsidR="003C3812" w:rsidRDefault="00A14214" w:rsidP="00DC7419">
      <w:pPr>
        <w:spacing w:line="240" w:lineRule="auto"/>
      </w:pPr>
      <w:r w:rsidRPr="007F7C17">
        <w:rPr>
          <w:bCs/>
        </w:rPr>
        <w:t xml:space="preserve">March 2025 – </w:t>
      </w:r>
      <w:r w:rsidR="0010318B">
        <w:rPr>
          <w:bCs/>
        </w:rPr>
        <w:t>July 2026</w:t>
      </w:r>
      <w:r w:rsidRPr="007F7C17">
        <w:rPr>
          <w:bCs/>
        </w:rPr>
        <w:t xml:space="preserve"> </w:t>
      </w:r>
      <w:r w:rsidR="001A54B4">
        <w:rPr>
          <w:bCs/>
        </w:rPr>
        <w:t>-</w:t>
      </w:r>
      <w:r>
        <w:rPr>
          <w:b/>
        </w:rPr>
        <w:t xml:space="preserve"> Site Manager &amp; Supervisor</w:t>
      </w:r>
    </w:p>
    <w:p w14:paraId="6A4E066D" w14:textId="76CCC6CE" w:rsidR="003C3812" w:rsidRPr="008929A7" w:rsidRDefault="00A14214" w:rsidP="00DC7419">
      <w:pPr>
        <w:spacing w:line="240" w:lineRule="auto"/>
        <w:rPr>
          <w:b/>
          <w:bCs/>
        </w:rPr>
      </w:pPr>
      <w:r w:rsidRPr="008929A7">
        <w:rPr>
          <w:b/>
          <w:bCs/>
        </w:rPr>
        <w:t>Prime</w:t>
      </w:r>
      <w:r w:rsidR="003B76EC">
        <w:rPr>
          <w:b/>
          <w:bCs/>
        </w:rPr>
        <w:t>r</w:t>
      </w:r>
      <w:r w:rsidRPr="008929A7">
        <w:rPr>
          <w:b/>
          <w:bCs/>
        </w:rPr>
        <w:t>ule Enterprise (Lagos, Nigeria)</w:t>
      </w:r>
    </w:p>
    <w:p w14:paraId="468CE5F0" w14:textId="6B17BBFC" w:rsidR="00B41FB5" w:rsidRDefault="00A14214" w:rsidP="00FA5C12">
      <w:pPr>
        <w:pStyle w:val="ListParagraph"/>
        <w:numPr>
          <w:ilvl w:val="0"/>
          <w:numId w:val="12"/>
        </w:numPr>
      </w:pPr>
      <w:r>
        <w:t>Supervising daily site operations and coordinating construction activities.</w:t>
      </w:r>
    </w:p>
    <w:p w14:paraId="57DAC6E8" w14:textId="18E8B573" w:rsidR="003C3812" w:rsidRDefault="00A14214" w:rsidP="00FA5C12">
      <w:pPr>
        <w:pStyle w:val="ListParagraph"/>
        <w:numPr>
          <w:ilvl w:val="0"/>
          <w:numId w:val="12"/>
        </w:numPr>
      </w:pPr>
      <w:r>
        <w:t>Managing workforce, subcontractors, and material allocation.</w:t>
      </w:r>
    </w:p>
    <w:p w14:paraId="7F0D99C1" w14:textId="234C0D97" w:rsidR="003C3812" w:rsidRDefault="00A14214" w:rsidP="00FA5C12">
      <w:pPr>
        <w:pStyle w:val="ListParagraph"/>
        <w:numPr>
          <w:ilvl w:val="0"/>
          <w:numId w:val="12"/>
        </w:numPr>
      </w:pPr>
      <w:r>
        <w:t>Ensuring compliance with structural drawings and safety regulations.</w:t>
      </w:r>
    </w:p>
    <w:p w14:paraId="241ABC51" w14:textId="32662C03" w:rsidR="003C3812" w:rsidRDefault="00A14214" w:rsidP="00FA5C12">
      <w:pPr>
        <w:pStyle w:val="ListParagraph"/>
        <w:numPr>
          <w:ilvl w:val="0"/>
          <w:numId w:val="12"/>
        </w:numPr>
      </w:pPr>
      <w:r>
        <w:t>Conducting quality control inspections and progress reporting.</w:t>
      </w:r>
    </w:p>
    <w:p w14:paraId="30B7351C" w14:textId="77777777" w:rsidR="003C3812" w:rsidRDefault="00A14214" w:rsidP="00DC7419">
      <w:pPr>
        <w:spacing w:line="240" w:lineRule="auto"/>
      </w:pPr>
      <w:r w:rsidRPr="008929A7">
        <w:rPr>
          <w:bCs/>
        </w:rPr>
        <w:t xml:space="preserve">October 2022 – January 2023 </w:t>
      </w:r>
      <w:r>
        <w:rPr>
          <w:b/>
        </w:rPr>
        <w:t>– Intern</w:t>
      </w:r>
    </w:p>
    <w:p w14:paraId="049302AE" w14:textId="51E4899F" w:rsidR="003C3812" w:rsidRPr="008929A7" w:rsidRDefault="00A14214" w:rsidP="00DC7419">
      <w:pPr>
        <w:spacing w:line="240" w:lineRule="auto"/>
        <w:rPr>
          <w:b/>
          <w:bCs/>
        </w:rPr>
      </w:pPr>
      <w:r w:rsidRPr="008929A7">
        <w:rPr>
          <w:b/>
          <w:bCs/>
        </w:rPr>
        <w:t>Ovearup and Partners Nigeria Limited</w:t>
      </w:r>
    </w:p>
    <w:p w14:paraId="16DA8363" w14:textId="0612AD70" w:rsidR="003C3812" w:rsidRDefault="00FB2ACA" w:rsidP="00D76E43">
      <w:pPr>
        <w:pStyle w:val="ListParagraph"/>
        <w:numPr>
          <w:ilvl w:val="0"/>
          <w:numId w:val="13"/>
        </w:numPr>
        <w:spacing w:line="240" w:lineRule="auto"/>
      </w:pPr>
      <w:r>
        <w:t>Helped</w:t>
      </w:r>
      <w:r w:rsidR="00A14214">
        <w:t xml:space="preserve"> in project planning and supervision of construction works.</w:t>
      </w:r>
    </w:p>
    <w:p w14:paraId="57EF2CF4" w14:textId="4A11307B" w:rsidR="003C3812" w:rsidRDefault="00FB2ACA" w:rsidP="00D76E43">
      <w:pPr>
        <w:pStyle w:val="ListParagraph"/>
        <w:numPr>
          <w:ilvl w:val="0"/>
          <w:numId w:val="13"/>
        </w:numPr>
        <w:spacing w:line="240" w:lineRule="auto"/>
      </w:pPr>
      <w:r>
        <w:t>Took part</w:t>
      </w:r>
      <w:r w:rsidR="00A14214">
        <w:t xml:space="preserve"> in documentation, material estimation, and scheduling.</w:t>
      </w:r>
    </w:p>
    <w:p w14:paraId="44C68656" w14:textId="5CB59BB3" w:rsidR="003C3812" w:rsidRDefault="00A14214" w:rsidP="00D76E43">
      <w:pPr>
        <w:pStyle w:val="ListParagraph"/>
        <w:numPr>
          <w:ilvl w:val="0"/>
          <w:numId w:val="13"/>
        </w:numPr>
        <w:spacing w:line="240" w:lineRule="auto"/>
      </w:pPr>
      <w:r>
        <w:t>Attended site inspections and technical coordination meetings.</w:t>
      </w:r>
    </w:p>
    <w:p w14:paraId="0F1C77AC" w14:textId="77777777" w:rsidR="003C3812" w:rsidRDefault="00A14214" w:rsidP="00DC7419">
      <w:pPr>
        <w:spacing w:line="240" w:lineRule="auto"/>
      </w:pPr>
      <w:r w:rsidRPr="008C4125">
        <w:rPr>
          <w:bCs/>
        </w:rPr>
        <w:t>April 2022 – September 2022 –</w:t>
      </w:r>
      <w:r>
        <w:rPr>
          <w:b/>
        </w:rPr>
        <w:t xml:space="preserve"> Intern</w:t>
      </w:r>
    </w:p>
    <w:p w14:paraId="5A139EFE" w14:textId="5873B6DD" w:rsidR="003C3812" w:rsidRPr="008C4125" w:rsidRDefault="00A14214" w:rsidP="00DC7419">
      <w:pPr>
        <w:spacing w:line="240" w:lineRule="auto"/>
        <w:rPr>
          <w:b/>
          <w:bCs/>
        </w:rPr>
      </w:pPr>
      <w:r w:rsidRPr="008C4125">
        <w:rPr>
          <w:b/>
          <w:bCs/>
        </w:rPr>
        <w:t>Prime</w:t>
      </w:r>
      <w:r w:rsidR="003B76EC">
        <w:rPr>
          <w:b/>
          <w:bCs/>
        </w:rPr>
        <w:t>r</w:t>
      </w:r>
      <w:r w:rsidRPr="008C4125">
        <w:rPr>
          <w:b/>
          <w:bCs/>
        </w:rPr>
        <w:t>ule Enterprise</w:t>
      </w:r>
    </w:p>
    <w:p w14:paraId="3DC75D13" w14:textId="7534990C" w:rsidR="003C3812" w:rsidRDefault="00A14214" w:rsidP="00811CC4">
      <w:pPr>
        <w:pStyle w:val="ListParagraph"/>
        <w:numPr>
          <w:ilvl w:val="0"/>
          <w:numId w:val="17"/>
        </w:numPr>
        <w:spacing w:line="240" w:lineRule="auto"/>
      </w:pPr>
      <w:r>
        <w:t>Assisted in structural design and site layout operations.</w:t>
      </w:r>
    </w:p>
    <w:p w14:paraId="5E8F4D11" w14:textId="2B5BA900" w:rsidR="005413D0" w:rsidRDefault="00A14214" w:rsidP="00811CC4">
      <w:pPr>
        <w:pStyle w:val="ListParagraph"/>
        <w:numPr>
          <w:ilvl w:val="0"/>
          <w:numId w:val="17"/>
        </w:numPr>
        <w:spacing w:line="240" w:lineRule="auto"/>
      </w:pPr>
      <w:r>
        <w:t>Supported quality control and reinforcement inspections.</w:t>
      </w:r>
    </w:p>
    <w:p w14:paraId="6021A73E" w14:textId="3907CFB8" w:rsidR="003C3812" w:rsidRDefault="00A14214" w:rsidP="00811CC4">
      <w:pPr>
        <w:pStyle w:val="ListParagraph"/>
        <w:numPr>
          <w:ilvl w:val="0"/>
          <w:numId w:val="17"/>
        </w:numPr>
        <w:spacing w:line="240" w:lineRule="auto"/>
      </w:pPr>
      <w:r>
        <w:t>Gained hands-on experience in formwork and concrete works.</w:t>
      </w:r>
    </w:p>
    <w:p w14:paraId="0619EC37" w14:textId="4271CB63" w:rsidR="003C3812" w:rsidRDefault="00A14214" w:rsidP="00DC7419">
      <w:pPr>
        <w:spacing w:line="240" w:lineRule="auto"/>
      </w:pPr>
      <w:r w:rsidRPr="005413D0">
        <w:rPr>
          <w:bCs/>
        </w:rPr>
        <w:t xml:space="preserve">March 2021 – </w:t>
      </w:r>
      <w:r w:rsidR="00010AD0">
        <w:rPr>
          <w:bCs/>
        </w:rPr>
        <w:t>June</w:t>
      </w:r>
      <w:r w:rsidRPr="005413D0">
        <w:rPr>
          <w:bCs/>
        </w:rPr>
        <w:t xml:space="preserve"> 2021 –</w:t>
      </w:r>
      <w:r>
        <w:rPr>
          <w:b/>
        </w:rPr>
        <w:t xml:space="preserve"> Intern</w:t>
      </w:r>
    </w:p>
    <w:p w14:paraId="2B87A2AB" w14:textId="09022060" w:rsidR="003C3812" w:rsidRPr="008B623B" w:rsidRDefault="00A14214" w:rsidP="00DC7419">
      <w:pPr>
        <w:spacing w:line="240" w:lineRule="auto"/>
        <w:rPr>
          <w:b/>
          <w:bCs/>
        </w:rPr>
      </w:pPr>
      <w:r w:rsidRPr="008B623B">
        <w:rPr>
          <w:b/>
          <w:bCs/>
        </w:rPr>
        <w:t>Prime</w:t>
      </w:r>
      <w:r w:rsidR="008B623B" w:rsidRPr="008B623B">
        <w:rPr>
          <w:b/>
          <w:bCs/>
        </w:rPr>
        <w:t>r</w:t>
      </w:r>
      <w:r w:rsidRPr="008B623B">
        <w:rPr>
          <w:b/>
          <w:bCs/>
        </w:rPr>
        <w:t>ule Enterprise</w:t>
      </w:r>
    </w:p>
    <w:p w14:paraId="5A1A8E7B" w14:textId="3DA0AB7E" w:rsidR="003C3812" w:rsidRDefault="00A14214" w:rsidP="00811CC4">
      <w:pPr>
        <w:pStyle w:val="ListParagraph"/>
        <w:numPr>
          <w:ilvl w:val="0"/>
          <w:numId w:val="18"/>
        </w:numPr>
        <w:spacing w:line="240" w:lineRule="auto"/>
      </w:pPr>
      <w:r>
        <w:t>Assisted in foundation works and masonry operations.</w:t>
      </w:r>
    </w:p>
    <w:p w14:paraId="6789D914" w14:textId="4AC7FF8A" w:rsidR="003C3812" w:rsidRDefault="00A14214" w:rsidP="00811CC4">
      <w:pPr>
        <w:pStyle w:val="ListParagraph"/>
        <w:numPr>
          <w:ilvl w:val="0"/>
          <w:numId w:val="18"/>
        </w:numPr>
        <w:spacing w:line="240" w:lineRule="auto"/>
      </w:pPr>
      <w:r>
        <w:t>Implemented construction site safety procedures.</w:t>
      </w:r>
    </w:p>
    <w:p w14:paraId="471EF26E" w14:textId="00FE1C0A" w:rsidR="003C3812" w:rsidRPr="00092919" w:rsidRDefault="00A14214">
      <w:pPr>
        <w:rPr>
          <w:color w:val="365F91" w:themeColor="accent1" w:themeShade="BF"/>
        </w:rPr>
      </w:pPr>
      <w:r w:rsidRPr="00092919">
        <w:rPr>
          <w:b/>
          <w:color w:val="365F91" w:themeColor="accent1" w:themeShade="BF"/>
        </w:rPr>
        <w:t>EDUCATION</w:t>
      </w:r>
    </w:p>
    <w:p w14:paraId="32BC8050" w14:textId="77777777" w:rsidR="003440F7" w:rsidRDefault="00152BAD" w:rsidP="00456908">
      <w:pPr>
        <w:pStyle w:val="NoSpacing"/>
      </w:pPr>
      <w:r>
        <w:t xml:space="preserve">       • 2023-</w:t>
      </w:r>
      <w:r w:rsidR="00A14214" w:rsidRPr="00E36538">
        <w:t>2024 Auchi Polytechnic, Auchi, Nigeria</w:t>
      </w:r>
    </w:p>
    <w:p w14:paraId="6F1FF652" w14:textId="38DF8CC3" w:rsidR="00215F5C" w:rsidRPr="00005839" w:rsidRDefault="005D3C53" w:rsidP="00456908">
      <w:pPr>
        <w:pStyle w:val="NoSpacing"/>
      </w:pPr>
      <w:r>
        <w:t>(</w:t>
      </w:r>
      <w:r w:rsidR="00A14214">
        <w:t>Higher National Diploma (HND) in Civil Engineering</w:t>
      </w:r>
      <w:r>
        <w:t>)</w:t>
      </w:r>
    </w:p>
    <w:p w14:paraId="5DD786A6" w14:textId="5226271E" w:rsidR="003C3812" w:rsidRPr="0020209B" w:rsidRDefault="00C54CEA" w:rsidP="00456908">
      <w:pPr>
        <w:pStyle w:val="NoSpacing"/>
      </w:pPr>
      <w:r>
        <w:t xml:space="preserve">       </w:t>
      </w:r>
      <w:r w:rsidR="0020209B">
        <w:t xml:space="preserve">• </w:t>
      </w:r>
      <w:r>
        <w:t>2019-</w:t>
      </w:r>
      <w:r w:rsidR="00A14214" w:rsidRPr="0020209B">
        <w:t>202</w:t>
      </w:r>
      <w:r w:rsidR="00C9647A">
        <w:t>2</w:t>
      </w:r>
      <w:r w:rsidR="00E730C3">
        <w:t xml:space="preserve"> </w:t>
      </w:r>
      <w:r w:rsidR="00A14214" w:rsidRPr="0020209B">
        <w:t>Auchi Polytechnic, Auchi,</w:t>
      </w:r>
      <w:r w:rsidR="00A42D99">
        <w:t xml:space="preserve"> </w:t>
      </w:r>
      <w:r w:rsidR="00A14214" w:rsidRPr="0020209B">
        <w:t>Nigeria</w:t>
      </w:r>
    </w:p>
    <w:p w14:paraId="30556ED0" w14:textId="7AD5DE70" w:rsidR="003C3812" w:rsidRDefault="005D3C53" w:rsidP="00456908">
      <w:pPr>
        <w:pStyle w:val="NoSpacing"/>
      </w:pPr>
      <w:r>
        <w:t>(</w:t>
      </w:r>
      <w:r w:rsidR="00A14214">
        <w:t>National Diploma (ND) in Civil Engineering</w:t>
      </w:r>
      <w:r>
        <w:t>)</w:t>
      </w:r>
    </w:p>
    <w:p w14:paraId="393C0E5F" w14:textId="4BD5A0DF" w:rsidR="003C3812" w:rsidRPr="00D40076" w:rsidRDefault="00D40076" w:rsidP="00456908">
      <w:pPr>
        <w:pStyle w:val="NoSpacing"/>
      </w:pPr>
      <w:r>
        <w:t xml:space="preserve">       • </w:t>
      </w:r>
      <w:r w:rsidR="005F66B2">
        <w:t>2016-</w:t>
      </w:r>
      <w:r w:rsidR="00A14214" w:rsidRPr="00D40076">
        <w:t>2019 Christ Progressive</w:t>
      </w:r>
      <w:r>
        <w:t xml:space="preserve"> </w:t>
      </w:r>
      <w:r w:rsidR="00A14214" w:rsidRPr="00D40076">
        <w:t>Model College</w:t>
      </w:r>
    </w:p>
    <w:p w14:paraId="500017BF" w14:textId="0D88DFBD" w:rsidR="003C3812" w:rsidRDefault="00F713CA" w:rsidP="00456908">
      <w:pPr>
        <w:pStyle w:val="NoSpacing"/>
      </w:pPr>
      <w:r>
        <w:t>(</w:t>
      </w:r>
      <w:r w:rsidR="00A14214">
        <w:t>Senior School Certificate</w:t>
      </w:r>
      <w:r>
        <w:t>)</w:t>
      </w:r>
    </w:p>
    <w:p w14:paraId="18000250" w14:textId="77777777" w:rsidR="005F66B2" w:rsidRDefault="00DE2CDF" w:rsidP="00456908">
      <w:pPr>
        <w:pStyle w:val="NoSpacing"/>
      </w:pPr>
      <w:r>
        <w:t xml:space="preserve">       • </w:t>
      </w:r>
      <w:r w:rsidR="00A14214" w:rsidRPr="00DE2CDF">
        <w:t>2</w:t>
      </w:r>
      <w:r w:rsidR="00F713CA">
        <w:t>013-2016</w:t>
      </w:r>
      <w:r w:rsidR="00A14214" w:rsidRPr="00DE2CDF">
        <w:t xml:space="preserve"> Fastspeed Comprehensive College</w:t>
      </w:r>
    </w:p>
    <w:p w14:paraId="44084199" w14:textId="2A476D88" w:rsidR="003C3812" w:rsidRDefault="005F66B2" w:rsidP="00456908">
      <w:pPr>
        <w:pStyle w:val="NoSpacing"/>
      </w:pPr>
      <w:r>
        <w:t xml:space="preserve">(First </w:t>
      </w:r>
      <w:r w:rsidR="00A14214">
        <w:t xml:space="preserve">School </w:t>
      </w:r>
      <w:r>
        <w:t>Leaving Certificate)</w:t>
      </w:r>
    </w:p>
    <w:p w14:paraId="25A7A125" w14:textId="77777777" w:rsidR="00F42192" w:rsidRPr="005F66B2" w:rsidRDefault="00F42192" w:rsidP="00456908">
      <w:pPr>
        <w:pStyle w:val="NoSpacing"/>
      </w:pPr>
    </w:p>
    <w:p w14:paraId="2B58128F" w14:textId="5D89697F" w:rsidR="003C3812" w:rsidRPr="00DF3E37" w:rsidRDefault="00A14214">
      <w:pPr>
        <w:rPr>
          <w:color w:val="365F91" w:themeColor="accent1" w:themeShade="BF"/>
        </w:rPr>
      </w:pPr>
      <w:r w:rsidRPr="00DF3E37">
        <w:rPr>
          <w:b/>
          <w:color w:val="365F91" w:themeColor="accent1" w:themeShade="BF"/>
        </w:rPr>
        <w:t>KEY SKILLS</w:t>
      </w:r>
    </w:p>
    <w:p w14:paraId="6CCCD4EF" w14:textId="74C4F491" w:rsidR="003C3812" w:rsidRDefault="00A14214" w:rsidP="00316384">
      <w:pPr>
        <w:pStyle w:val="ListParagraph"/>
        <w:numPr>
          <w:ilvl w:val="0"/>
          <w:numId w:val="20"/>
        </w:numPr>
        <w:spacing w:line="240" w:lineRule="auto"/>
      </w:pPr>
      <w:proofErr w:type="spellStart"/>
      <w:r>
        <w:t>Revit</w:t>
      </w:r>
      <w:proofErr w:type="spellEnd"/>
      <w:r>
        <w:t xml:space="preserve"> (Structural &amp; Architectural Modelling)</w:t>
      </w:r>
    </w:p>
    <w:p w14:paraId="0911BEA0" w14:textId="2158B9B3" w:rsidR="003C3812" w:rsidRDefault="00A14214" w:rsidP="00316384">
      <w:pPr>
        <w:pStyle w:val="ListParagraph"/>
        <w:numPr>
          <w:ilvl w:val="0"/>
          <w:numId w:val="20"/>
        </w:numPr>
        <w:spacing w:line="240" w:lineRule="auto"/>
      </w:pPr>
      <w:r>
        <w:t>AutoCAD (Basic Drafting)</w:t>
      </w:r>
    </w:p>
    <w:p w14:paraId="08CAC5E3" w14:textId="47CC94B8" w:rsidR="003C3812" w:rsidRDefault="00A14214" w:rsidP="00316384">
      <w:pPr>
        <w:pStyle w:val="ListParagraph"/>
        <w:numPr>
          <w:ilvl w:val="0"/>
          <w:numId w:val="20"/>
        </w:numPr>
        <w:spacing w:line="240" w:lineRule="auto"/>
      </w:pPr>
      <w:r>
        <w:t>Site Supervision &amp; Construction Management</w:t>
      </w:r>
    </w:p>
    <w:p w14:paraId="66164D0F" w14:textId="5DE460A0" w:rsidR="003C3812" w:rsidRDefault="00A14214" w:rsidP="00316384">
      <w:pPr>
        <w:pStyle w:val="ListParagraph"/>
        <w:numPr>
          <w:ilvl w:val="0"/>
          <w:numId w:val="20"/>
        </w:numPr>
        <w:spacing w:line="240" w:lineRule="auto"/>
      </w:pPr>
      <w:r>
        <w:t>Structural Detailing &amp; Setting Out</w:t>
      </w:r>
    </w:p>
    <w:p w14:paraId="0097301D" w14:textId="7AA666FB" w:rsidR="003C3812" w:rsidRDefault="00A14214" w:rsidP="00316384">
      <w:pPr>
        <w:pStyle w:val="ListParagraph"/>
        <w:numPr>
          <w:ilvl w:val="0"/>
          <w:numId w:val="20"/>
        </w:numPr>
        <w:spacing w:line="240" w:lineRule="auto"/>
      </w:pPr>
      <w:r>
        <w:t>Leadership &amp; Team Coordination</w:t>
      </w:r>
    </w:p>
    <w:p w14:paraId="5DA12B76" w14:textId="56833B71" w:rsidR="003C3812" w:rsidRDefault="00A14214" w:rsidP="00316384">
      <w:pPr>
        <w:pStyle w:val="ListParagraph"/>
        <w:numPr>
          <w:ilvl w:val="0"/>
          <w:numId w:val="20"/>
        </w:numPr>
        <w:spacing w:line="240" w:lineRule="auto"/>
      </w:pPr>
      <w:r>
        <w:t>MS Word &amp; MS Excel</w:t>
      </w:r>
    </w:p>
    <w:p w14:paraId="120CA430" w14:textId="2ED13141" w:rsidR="003C3812" w:rsidRPr="00DF3E37" w:rsidRDefault="00A14214">
      <w:pPr>
        <w:rPr>
          <w:color w:val="365F91" w:themeColor="accent1" w:themeShade="BF"/>
        </w:rPr>
      </w:pPr>
      <w:r w:rsidRPr="00DF3E37">
        <w:rPr>
          <w:b/>
          <w:color w:val="365F91" w:themeColor="accent1" w:themeShade="BF"/>
        </w:rPr>
        <w:t>COURSES/TRAINING ATTENDED</w:t>
      </w:r>
    </w:p>
    <w:p w14:paraId="0A03898D" w14:textId="2DBF4868" w:rsidR="003C3812" w:rsidRDefault="00985BE1" w:rsidP="00BA168B">
      <w:pPr>
        <w:pStyle w:val="NoSpacing"/>
      </w:pPr>
      <w:r>
        <w:t xml:space="preserve">      </w:t>
      </w:r>
      <w:r w:rsidR="00A14214">
        <w:t xml:space="preserve"> </w:t>
      </w:r>
      <w:r>
        <w:t xml:space="preserve">• Design softwares </w:t>
      </w:r>
      <w:r w:rsidR="00A14214">
        <w:t>Training Program</w:t>
      </w:r>
    </w:p>
    <w:p w14:paraId="44C09DF8" w14:textId="7EE322B1" w:rsidR="003C3812" w:rsidRDefault="00985BE1" w:rsidP="00BA168B">
      <w:pPr>
        <w:pStyle w:val="NoSpacing"/>
      </w:pPr>
      <w:r>
        <w:t xml:space="preserve">       • </w:t>
      </w:r>
      <w:r w:rsidR="00A14214">
        <w:t>Navigating the Professional Field as a Civil Engineering Student</w:t>
      </w:r>
    </w:p>
    <w:p w14:paraId="1E21F47E" w14:textId="2A38E2A4" w:rsidR="00C36AE2" w:rsidRDefault="00C36AE2" w:rsidP="00BA168B">
      <w:pPr>
        <w:pStyle w:val="NoSpacing"/>
      </w:pPr>
      <w:r>
        <w:t xml:space="preserve">       •</w:t>
      </w:r>
      <w:r w:rsidR="00C936DD">
        <w:t xml:space="preserve"> Project </w:t>
      </w:r>
      <w:r w:rsidR="00682F8E">
        <w:t xml:space="preserve">management and planning </w:t>
      </w:r>
    </w:p>
    <w:p w14:paraId="7FABA34E" w14:textId="63D38C7F" w:rsidR="00C936DD" w:rsidRDefault="00C936DD" w:rsidP="00BA168B">
      <w:pPr>
        <w:pStyle w:val="NoSpacing"/>
      </w:pPr>
      <w:r>
        <w:t xml:space="preserve">       • </w:t>
      </w:r>
      <w:r w:rsidR="00C34588">
        <w:t xml:space="preserve">HSE training </w:t>
      </w:r>
    </w:p>
    <w:p w14:paraId="2C791254" w14:textId="5D8DA957" w:rsidR="003C3812" w:rsidRDefault="00C34588" w:rsidP="00BA168B">
      <w:pPr>
        <w:pStyle w:val="NoSpacing"/>
      </w:pPr>
      <w:r>
        <w:t xml:space="preserve">       </w:t>
      </w:r>
      <w:r w:rsidR="00D94313">
        <w:t>• Communication skills</w:t>
      </w:r>
      <w:r w:rsidR="00BD09B2">
        <w:t xml:space="preserve">, speaking and writing </w:t>
      </w:r>
    </w:p>
    <w:p w14:paraId="45BF8B6E" w14:textId="77777777" w:rsidR="00C95978" w:rsidRPr="00C95978" w:rsidRDefault="00C95978" w:rsidP="00E44B76">
      <w:pPr>
        <w:rPr>
          <w:color w:val="365F91" w:themeColor="accent1" w:themeShade="BF"/>
        </w:rPr>
      </w:pPr>
      <w:r w:rsidRPr="00C95978">
        <w:rPr>
          <w:b/>
          <w:color w:val="365F91" w:themeColor="accent1" w:themeShade="BF"/>
          <w:sz w:val="24"/>
        </w:rPr>
        <w:t>HOBBIES</w:t>
      </w:r>
    </w:p>
    <w:p w14:paraId="5273F65F" w14:textId="77DDA37B" w:rsidR="00C95978" w:rsidRPr="00C95978" w:rsidRDefault="00C95978" w:rsidP="008F103D">
      <w:pPr>
        <w:spacing w:line="240" w:lineRule="auto"/>
      </w:pPr>
      <w:r>
        <w:t>Learning New Skills, Volunteering, Engineering Research, Music, Sports, and Meeting People</w:t>
      </w:r>
    </w:p>
    <w:p w14:paraId="35C4A07A" w14:textId="6D87257B" w:rsidR="003C3812" w:rsidRPr="00DF3E37" w:rsidRDefault="00A14214">
      <w:pPr>
        <w:rPr>
          <w:color w:val="365F91" w:themeColor="accent1" w:themeShade="BF"/>
        </w:rPr>
      </w:pPr>
      <w:r w:rsidRPr="00DF3E37">
        <w:rPr>
          <w:b/>
          <w:color w:val="365F91" w:themeColor="accent1" w:themeShade="BF"/>
        </w:rPr>
        <w:t>REFERENCES</w:t>
      </w:r>
    </w:p>
    <w:p w14:paraId="534D302D" w14:textId="77777777" w:rsidR="003C3812" w:rsidRDefault="00A14214">
      <w:r>
        <w:t>Available on request</w:t>
      </w:r>
    </w:p>
    <w:sectPr w:rsidR="003C381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C60CC7"/>
    <w:multiLevelType w:val="hybridMultilevel"/>
    <w:tmpl w:val="01D47DB6"/>
    <w:lvl w:ilvl="0" w:tplc="FFFFFFFF">
      <w:numFmt w:val="bullet"/>
      <w:lvlText w:val="•"/>
      <w:lvlJc w:val="left"/>
      <w:pPr>
        <w:ind w:left="700" w:hanging="360"/>
      </w:pPr>
      <w:rPr>
        <w:rFonts w:ascii="Cambria" w:eastAsiaTheme="minorEastAsia" w:hAnsi="Cambri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0" w15:restartNumberingAfterBreak="0">
    <w:nsid w:val="105E1E48"/>
    <w:multiLevelType w:val="hybridMultilevel"/>
    <w:tmpl w:val="F0E897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B7254A"/>
    <w:multiLevelType w:val="hybridMultilevel"/>
    <w:tmpl w:val="EF983624"/>
    <w:lvl w:ilvl="0" w:tplc="FFFFFFFF">
      <w:numFmt w:val="bullet"/>
      <w:lvlText w:val="•"/>
      <w:lvlJc w:val="left"/>
      <w:pPr>
        <w:ind w:left="700" w:hanging="360"/>
      </w:pPr>
      <w:rPr>
        <w:rFonts w:ascii="Cambria" w:eastAsiaTheme="minorEastAsia" w:hAnsi="Cambri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2" w15:restartNumberingAfterBreak="0">
    <w:nsid w:val="27B87776"/>
    <w:multiLevelType w:val="hybridMultilevel"/>
    <w:tmpl w:val="784678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985AAF"/>
    <w:multiLevelType w:val="hybridMultilevel"/>
    <w:tmpl w:val="64163E4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A13857"/>
    <w:multiLevelType w:val="hybridMultilevel"/>
    <w:tmpl w:val="8252F302"/>
    <w:lvl w:ilvl="0" w:tplc="FFFFFFFF">
      <w:numFmt w:val="bullet"/>
      <w:lvlText w:val="•"/>
      <w:lvlJc w:val="left"/>
      <w:pPr>
        <w:ind w:left="700" w:hanging="360"/>
      </w:pPr>
      <w:rPr>
        <w:rFonts w:ascii="Cambria" w:eastAsiaTheme="minorEastAsia" w:hAnsi="Cambri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5" w15:restartNumberingAfterBreak="0">
    <w:nsid w:val="4E5966EB"/>
    <w:multiLevelType w:val="hybridMultilevel"/>
    <w:tmpl w:val="2D6CDF38"/>
    <w:lvl w:ilvl="0" w:tplc="FFFFFFFF">
      <w:numFmt w:val="bullet"/>
      <w:lvlText w:val="•"/>
      <w:lvlJc w:val="left"/>
      <w:pPr>
        <w:ind w:left="700" w:hanging="360"/>
      </w:pPr>
      <w:rPr>
        <w:rFonts w:ascii="Cambria" w:eastAsiaTheme="minorEastAsia" w:hAnsi="Cambri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6" w15:restartNumberingAfterBreak="0">
    <w:nsid w:val="55BE31BC"/>
    <w:multiLevelType w:val="hybridMultilevel"/>
    <w:tmpl w:val="8BBE7D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C92738"/>
    <w:multiLevelType w:val="hybridMultilevel"/>
    <w:tmpl w:val="94C280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AD0820"/>
    <w:multiLevelType w:val="hybridMultilevel"/>
    <w:tmpl w:val="2FA6631A"/>
    <w:lvl w:ilvl="0" w:tplc="FFFFFFFF">
      <w:numFmt w:val="bullet"/>
      <w:lvlText w:val="•"/>
      <w:lvlJc w:val="left"/>
      <w:pPr>
        <w:ind w:left="700" w:hanging="360"/>
      </w:pPr>
      <w:rPr>
        <w:rFonts w:ascii="Cambria" w:eastAsiaTheme="minorEastAsia" w:hAnsi="Cambri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9" w15:restartNumberingAfterBreak="0">
    <w:nsid w:val="64182FD7"/>
    <w:multiLevelType w:val="hybridMultilevel"/>
    <w:tmpl w:val="061467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EF415A"/>
    <w:multiLevelType w:val="hybridMultilevel"/>
    <w:tmpl w:val="BB1A51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8775460">
    <w:abstractNumId w:val="8"/>
  </w:num>
  <w:num w:numId="2" w16cid:durableId="863790891">
    <w:abstractNumId w:val="6"/>
  </w:num>
  <w:num w:numId="3" w16cid:durableId="1765805020">
    <w:abstractNumId w:val="5"/>
  </w:num>
  <w:num w:numId="4" w16cid:durableId="1345473264">
    <w:abstractNumId w:val="4"/>
  </w:num>
  <w:num w:numId="5" w16cid:durableId="1957442990">
    <w:abstractNumId w:val="7"/>
  </w:num>
  <w:num w:numId="6" w16cid:durableId="394163428">
    <w:abstractNumId w:val="3"/>
  </w:num>
  <w:num w:numId="7" w16cid:durableId="773475683">
    <w:abstractNumId w:val="2"/>
  </w:num>
  <w:num w:numId="8" w16cid:durableId="408036812">
    <w:abstractNumId w:val="1"/>
  </w:num>
  <w:num w:numId="9" w16cid:durableId="410742309">
    <w:abstractNumId w:val="0"/>
  </w:num>
  <w:num w:numId="10" w16cid:durableId="859271203">
    <w:abstractNumId w:val="13"/>
  </w:num>
  <w:num w:numId="11" w16cid:durableId="384526064">
    <w:abstractNumId w:val="14"/>
  </w:num>
  <w:num w:numId="12" w16cid:durableId="1302265943">
    <w:abstractNumId w:val="17"/>
  </w:num>
  <w:num w:numId="13" w16cid:durableId="1779838066">
    <w:abstractNumId w:val="16"/>
  </w:num>
  <w:num w:numId="14" w16cid:durableId="1694526681">
    <w:abstractNumId w:val="9"/>
  </w:num>
  <w:num w:numId="15" w16cid:durableId="1943344102">
    <w:abstractNumId w:val="10"/>
  </w:num>
  <w:num w:numId="16" w16cid:durableId="1377777363">
    <w:abstractNumId w:val="11"/>
  </w:num>
  <w:num w:numId="17" w16cid:durableId="2114323890">
    <w:abstractNumId w:val="12"/>
  </w:num>
  <w:num w:numId="18" w16cid:durableId="592512849">
    <w:abstractNumId w:val="19"/>
  </w:num>
  <w:num w:numId="19" w16cid:durableId="56248788">
    <w:abstractNumId w:val="15"/>
  </w:num>
  <w:num w:numId="20" w16cid:durableId="1149396023">
    <w:abstractNumId w:val="20"/>
  </w:num>
  <w:num w:numId="21" w16cid:durableId="1735665373">
    <w:abstractNumId w:val="1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60"/>
  <w:proofState w:spelling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5839"/>
    <w:rsid w:val="00010AD0"/>
    <w:rsid w:val="00026512"/>
    <w:rsid w:val="00034616"/>
    <w:rsid w:val="0006063C"/>
    <w:rsid w:val="00084D3D"/>
    <w:rsid w:val="00092919"/>
    <w:rsid w:val="0009585D"/>
    <w:rsid w:val="000D5312"/>
    <w:rsid w:val="000F5EC3"/>
    <w:rsid w:val="0010318B"/>
    <w:rsid w:val="00111471"/>
    <w:rsid w:val="0015074B"/>
    <w:rsid w:val="00152BAD"/>
    <w:rsid w:val="001915DC"/>
    <w:rsid w:val="001A32F0"/>
    <w:rsid w:val="001A54B4"/>
    <w:rsid w:val="0020209B"/>
    <w:rsid w:val="00215F5C"/>
    <w:rsid w:val="00245D1C"/>
    <w:rsid w:val="0029639D"/>
    <w:rsid w:val="002D222D"/>
    <w:rsid w:val="002D251C"/>
    <w:rsid w:val="002F7B9E"/>
    <w:rsid w:val="00316384"/>
    <w:rsid w:val="00326F90"/>
    <w:rsid w:val="003416DD"/>
    <w:rsid w:val="003440F7"/>
    <w:rsid w:val="00374FA0"/>
    <w:rsid w:val="003759D8"/>
    <w:rsid w:val="00393833"/>
    <w:rsid w:val="003B3C5F"/>
    <w:rsid w:val="003B76EC"/>
    <w:rsid w:val="003C3812"/>
    <w:rsid w:val="00425175"/>
    <w:rsid w:val="00456908"/>
    <w:rsid w:val="004D3167"/>
    <w:rsid w:val="00521A6D"/>
    <w:rsid w:val="005413D0"/>
    <w:rsid w:val="005A6A5A"/>
    <w:rsid w:val="005C0C4F"/>
    <w:rsid w:val="005C4877"/>
    <w:rsid w:val="005D0694"/>
    <w:rsid w:val="005D3C53"/>
    <w:rsid w:val="005F66B2"/>
    <w:rsid w:val="00682CF6"/>
    <w:rsid w:val="00682F8E"/>
    <w:rsid w:val="006863C6"/>
    <w:rsid w:val="007D3925"/>
    <w:rsid w:val="007F7C17"/>
    <w:rsid w:val="00811CC4"/>
    <w:rsid w:val="0089110F"/>
    <w:rsid w:val="00891F2B"/>
    <w:rsid w:val="008929A7"/>
    <w:rsid w:val="008A3A34"/>
    <w:rsid w:val="008B623B"/>
    <w:rsid w:val="008C4125"/>
    <w:rsid w:val="008F103D"/>
    <w:rsid w:val="0094017D"/>
    <w:rsid w:val="009549C0"/>
    <w:rsid w:val="009550F1"/>
    <w:rsid w:val="00962F0B"/>
    <w:rsid w:val="00985BE1"/>
    <w:rsid w:val="009A6EE8"/>
    <w:rsid w:val="009C049C"/>
    <w:rsid w:val="009F620C"/>
    <w:rsid w:val="00A14214"/>
    <w:rsid w:val="00A42D99"/>
    <w:rsid w:val="00A746CD"/>
    <w:rsid w:val="00AA1D8D"/>
    <w:rsid w:val="00B072D8"/>
    <w:rsid w:val="00B41FB5"/>
    <w:rsid w:val="00B47730"/>
    <w:rsid w:val="00BA168B"/>
    <w:rsid w:val="00BD09B2"/>
    <w:rsid w:val="00BD75C3"/>
    <w:rsid w:val="00BF4723"/>
    <w:rsid w:val="00C33CCD"/>
    <w:rsid w:val="00C34588"/>
    <w:rsid w:val="00C36AE2"/>
    <w:rsid w:val="00C54CEA"/>
    <w:rsid w:val="00C877DC"/>
    <w:rsid w:val="00C936DD"/>
    <w:rsid w:val="00C95978"/>
    <w:rsid w:val="00C9647A"/>
    <w:rsid w:val="00CB0664"/>
    <w:rsid w:val="00CF4271"/>
    <w:rsid w:val="00D40076"/>
    <w:rsid w:val="00D76E43"/>
    <w:rsid w:val="00D87CCA"/>
    <w:rsid w:val="00D936B5"/>
    <w:rsid w:val="00D94313"/>
    <w:rsid w:val="00DB56A8"/>
    <w:rsid w:val="00DC7419"/>
    <w:rsid w:val="00DE2CDF"/>
    <w:rsid w:val="00DF3E37"/>
    <w:rsid w:val="00E36538"/>
    <w:rsid w:val="00E55E64"/>
    <w:rsid w:val="00E730C3"/>
    <w:rsid w:val="00EB6BF7"/>
    <w:rsid w:val="00F42192"/>
    <w:rsid w:val="00F713CA"/>
    <w:rsid w:val="00F72086"/>
    <w:rsid w:val="00FA5C12"/>
    <w:rsid w:val="00FB2AC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2DBE89D"/>
  <w14:defaultImageDpi w14:val="300"/>
  <w15:docId w15:val="{FD471072-6AE7-C440-9734-356B80800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Divine Anerua</cp:lastModifiedBy>
  <cp:revision>38</cp:revision>
  <dcterms:created xsi:type="dcterms:W3CDTF">2026-08-19T08:57:00Z</dcterms:created>
  <dcterms:modified xsi:type="dcterms:W3CDTF">2026-08-24T13:20:00Z</dcterms:modified>
  <cp:category/>
</cp:coreProperties>
</file>