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MOSADOLUWA ABIODUN</w:t>
      </w:r>
    </w:p>
    <w:p>
      <w:r>
        <w:rPr>
          <w:b/>
        </w:rPr>
        <w:t xml:space="preserve">Phone: </w:t>
      </w:r>
      <w:r>
        <w:t>+234 706 281 4417</w:t>
        <w:br/>
      </w:r>
      <w:r>
        <w:rPr>
          <w:b/>
        </w:rPr>
        <w:t xml:space="preserve">Email: </w:t>
      </w:r>
      <w:r>
        <w:t>adeabe90@gmail.com</w:t>
      </w:r>
    </w:p>
    <w:p>
      <w:pPr>
        <w:pStyle w:val="Heading2"/>
      </w:pPr>
      <w:r>
        <w:t>Career Objective</w:t>
      </w:r>
    </w:p>
    <w:p>
      <w:r>
        <w:t>Results-driven Sales Executive with experience in retail sales, client relationship management, production, travel operations and marketing. Skilled at identifying customer needs, driving revenue growth, negotiating sales, and building lasting client relationships. Passionate about exceeding sales targets and contributing to business growth.</w:t>
      </w:r>
    </w:p>
    <w:p>
      <w:pPr>
        <w:pStyle w:val="Heading2"/>
      </w:pPr>
      <w:r>
        <w:t>Core Competencies</w:t>
      </w:r>
    </w:p>
    <w:p>
      <w:r>
        <w:t>Sales • Business Development • Lead Generation • Negotiation • Customer Relationship Management • Retail Sales • Digital Marketing • Cross-cultural Communication • Microsoft Office</w:t>
      </w:r>
    </w:p>
    <w:p>
      <w:pPr>
        <w:pStyle w:val="Heading2"/>
      </w:pPr>
      <w:r>
        <w:t>Professional Experience</w:t>
      </w:r>
    </w:p>
    <w:p>
      <w:pPr>
        <w:pStyle w:val="Heading3"/>
      </w:pPr>
      <w:r>
        <w:t>Sales Executive – Sabmart Store</w:t>
      </w:r>
    </w:p>
    <w:p>
      <w:pPr>
        <w:pStyle w:val="ListBullet"/>
      </w:pPr>
      <w:r>
        <w:t>Promoted and sold products while consistently delivering excellent customer service.</w:t>
      </w:r>
    </w:p>
    <w:p>
      <w:pPr>
        <w:pStyle w:val="ListBullet"/>
      </w:pPr>
      <w:r>
        <w:t>Built strong customer relationships, resulting in repeat patronage.</w:t>
      </w:r>
    </w:p>
    <w:p>
      <w:pPr>
        <w:pStyle w:val="ListBullet"/>
      </w:pPr>
      <w:r>
        <w:t>Identified upselling and cross-selling opportunities to increase revenue.</w:t>
      </w:r>
    </w:p>
    <w:p>
      <w:pPr>
        <w:pStyle w:val="ListBullet"/>
      </w:pPr>
      <w:r>
        <w:t>Maintained product knowledge and achieved daily sales targets.</w:t>
      </w:r>
    </w:p>
    <w:p>
      <w:pPr>
        <w:pStyle w:val="Heading3"/>
      </w:pPr>
      <w:r>
        <w:t>Sales Executive &amp; Interpreter – Emirgan Supermarket</w:t>
      </w:r>
    </w:p>
    <w:p>
      <w:pPr>
        <w:pStyle w:val="ListBullet"/>
      </w:pPr>
      <w:r>
        <w:t>Assisted customers with product selection and closed sales in a multicultural retail environment.</w:t>
      </w:r>
    </w:p>
    <w:p>
      <w:pPr>
        <w:pStyle w:val="ListBullet"/>
      </w:pPr>
      <w:r>
        <w:t>Interpreted between Turkish-speaking staff and English-speaking customers to facilitate sales.</w:t>
      </w:r>
    </w:p>
    <w:p>
      <w:pPr>
        <w:pStyle w:val="ListBullet"/>
      </w:pPr>
      <w:r>
        <w:t>Resolved customer concerns promptly, improving customer satisfaction and loyalty.</w:t>
      </w:r>
    </w:p>
    <w:p>
      <w:pPr>
        <w:pStyle w:val="ListBullet"/>
      </w:pPr>
      <w:r>
        <w:t>Supported merchandising and ensured attractive product displays.</w:t>
      </w:r>
    </w:p>
    <w:p>
      <w:pPr>
        <w:pStyle w:val="Heading3"/>
      </w:pPr>
      <w:r>
        <w:t>Operations Manager – World9ine Travel Hub</w:t>
      </w:r>
    </w:p>
    <w:p>
      <w:pPr>
        <w:pStyle w:val="ListBullet"/>
      </w:pPr>
      <w:r>
        <w:t>Generated new business through client prospecting and relationship management.</w:t>
      </w:r>
    </w:p>
    <w:p>
      <w:pPr>
        <w:pStyle w:val="ListBullet"/>
      </w:pPr>
      <w:r>
        <w:t>Promoted travel packages and converted inquiries into sales.</w:t>
      </w:r>
    </w:p>
    <w:p>
      <w:pPr>
        <w:pStyle w:val="ListBullet"/>
      </w:pPr>
      <w:r>
        <w:t>Negotiated with clients and partners to maximize revenue opportunities.</w:t>
      </w:r>
    </w:p>
    <w:p>
      <w:pPr>
        <w:pStyle w:val="ListBullet"/>
      </w:pPr>
      <w:r>
        <w:t>Maintained high customer satisfaction, resulting in repeat business and referrals.</w:t>
      </w:r>
    </w:p>
    <w:p>
      <w:pPr>
        <w:pStyle w:val="Heading3"/>
      </w:pPr>
      <w:r>
        <w:t>Production Supervisor – Royal D'luwa Limited</w:t>
      </w:r>
    </w:p>
    <w:p>
      <w:pPr>
        <w:pStyle w:val="ListBullet"/>
      </w:pPr>
      <w:r>
        <w:t>Worked with clients to understand garment requirements and recommend products.</w:t>
      </w:r>
    </w:p>
    <w:p>
      <w:pPr>
        <w:pStyle w:val="ListBullet"/>
      </w:pPr>
      <w:r>
        <w:t>Supported marketing initiatives that increased customer engagement.</w:t>
      </w:r>
    </w:p>
    <w:p>
      <w:pPr>
        <w:pStyle w:val="ListBullet"/>
      </w:pPr>
      <w:r>
        <w:t>Coordinated timely delivery to improve customer satisfaction.</w:t>
      </w:r>
    </w:p>
    <w:p>
      <w:pPr>
        <w:pStyle w:val="ListBullet"/>
      </w:pPr>
      <w:r>
        <w:t>Maintained product quality to strengthen brand reputation and repeat sales.</w:t>
      </w:r>
    </w:p>
    <w:p>
      <w:pPr>
        <w:pStyle w:val="Heading2"/>
      </w:pPr>
      <w:r>
        <w:t>Education</w:t>
      </w:r>
    </w:p>
    <w:p>
      <w:pPr>
        <w:pStyle w:val="ListBullet"/>
      </w:pPr>
      <w:r>
        <w:t>M.Sc. Organization Management – Cyprus International University</w:t>
      </w:r>
    </w:p>
    <w:p>
      <w:pPr>
        <w:pStyle w:val="ListBullet"/>
      </w:pPr>
      <w:r>
        <w:t>B.A. Mass Communication – Adekunle Ajasin University</w:t>
      </w:r>
    </w:p>
    <w:p>
      <w:pPr>
        <w:pStyle w:val="ListBullet"/>
      </w:pPr>
      <w:r>
        <w:t>OND Mass Communication – The Polytechnic, Ile-Ife</w:t>
      </w:r>
    </w:p>
    <w:p>
      <w:pPr>
        <w:pStyle w:val="Heading2"/>
      </w:pPr>
      <w:r>
        <w:t>Certifications</w:t>
      </w:r>
    </w:p>
    <w:p>
      <w:pPr>
        <w:pStyle w:val="ListBullet"/>
      </w:pPr>
      <w:r>
        <w:t>Diploma in Project Management</w:t>
      </w:r>
    </w:p>
    <w:p>
      <w:pPr>
        <w:pStyle w:val="ListBullet"/>
      </w:pPr>
      <w:r>
        <w:t>Diploma in Marketing</w:t>
      </w:r>
    </w:p>
    <w:p>
      <w:pPr>
        <w:pStyle w:val="ListBullet"/>
      </w:pPr>
      <w:r>
        <w:t>Diploma in Customer Service Relationship Management</w:t>
      </w:r>
    </w:p>
    <w:p>
      <w:pPr>
        <w:pStyle w:val="Heading2"/>
      </w:pPr>
      <w:r>
        <w:t>References</w:t>
      </w:r>
    </w:p>
    <w:p>
      <w:r>
        <w:t>Available upon request.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