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ONAH VINCENT</w:t>
      </w:r>
    </w:p>
    <w:p>
      <w:r>
        <w:t>Lake View, Eleganza, Eti Osa, Lagos State, Nigeria</w:t>
      </w:r>
    </w:p>
    <w:p>
      <w:r>
        <w:t>onahvince4@gmail.com | +234 903 472 4399</w:t>
      </w:r>
    </w:p>
    <w:p/>
    <w:p>
      <w:r>
        <w:t>PROFESSIONAL SUMMARY</w:t>
      </w:r>
    </w:p>
    <w:p>
      <w:r>
        <w:t>Resourceful and result-oriented Mass Communication graduate with proven experience in logistics coordination, inventory management, and supply chain operations. Skilled in planning, documentation, and interdepartmental communication with strong analytical and problem-solving abilities. Recognized for dedication, punctuality, and commitment to organizational success. Proficient in Microsoft Office tools with excellent leadership and interpersonal skills.</w:t>
      </w:r>
    </w:p>
    <w:p/>
    <w:p>
      <w:r>
        <w:t>EDUCATION</w:t>
      </w:r>
    </w:p>
    <w:p>
      <w:r>
        <w:t>B.Sc. Mass Communication (Hons.) – Benue State University, Makurdi | 2022</w:t>
      </w:r>
    </w:p>
    <w:p>
      <w:r>
        <w:t>NYSC Discharge Certificate | 2024</w:t>
      </w:r>
    </w:p>
    <w:p>
      <w:r>
        <w:t>Senior Secondary Certificate Examination (SSCE) | 2013</w:t>
      </w:r>
    </w:p>
    <w:p/>
    <w:p>
      <w:r>
        <w:t>WORK EXPERIENCE</w:t>
      </w:r>
    </w:p>
    <w:p>
      <w:r>
        <w:t>Renada Enterprise – Inventory Officer / Stock Keeper | January 2026 – Present</w:t>
      </w:r>
    </w:p>
    <w:p>
      <w:r>
        <w:t>- Manage inventory records and stock levels for construction and interior materials including block boards, HDF, MDF, American boards, marine boards, H-beams, yellow boards, and acrow props.</w:t>
      </w:r>
    </w:p>
    <w:p>
      <w:r>
        <w:t>- Receive, inspect, and document incoming materials.</w:t>
      </w:r>
    </w:p>
    <w:p>
      <w:r>
        <w:t>- Maintain organized storage systems to prevent damage and loss.</w:t>
      </w:r>
    </w:p>
    <w:p>
      <w:r>
        <w:t>- Track stock movement and update inventory systems.</w:t>
      </w:r>
    </w:p>
    <w:p>
      <w:r>
        <w:t>- Conduct regular stock counts and reconcile discrepancies.</w:t>
      </w:r>
    </w:p>
    <w:p>
      <w:r>
        <w:t>- Coordinate with sales and procurement teams.</w:t>
      </w:r>
    </w:p>
    <w:p>
      <w:r>
        <w:t>- Prepare inventory reports and ensure safe storage.</w:t>
      </w:r>
    </w:p>
    <w:p/>
    <w:p>
      <w:r>
        <w:t>Invent Alliance Limited – Inventory and Logistics Officer | 2024 – 2025</w:t>
      </w:r>
    </w:p>
    <w:p>
      <w:r>
        <w:t>- Monitor and maintain inventory levels across multiple units.</w:t>
      </w:r>
    </w:p>
    <w:p>
      <w:r>
        <w:t>- Plan and supervise logistics operations.</w:t>
      </w:r>
    </w:p>
    <w:p>
      <w:r>
        <w:t>- Oversee distribution and delivery scheduling.</w:t>
      </w:r>
    </w:p>
    <w:p>
      <w:r>
        <w:t>- Maintain inventory and logistics reports.</w:t>
      </w:r>
    </w:p>
    <w:p>
      <w:r>
        <w:t>- Conduct stock counts and reconcile records.</w:t>
      </w:r>
    </w:p>
    <w:p>
      <w:r>
        <w:t>- Coordinate with procurement and sales teams.</w:t>
      </w:r>
    </w:p>
    <w:p/>
    <w:p>
      <w:r>
        <w:t>Eleyo High School – Teacher (NYSC Intern) | 2023 – 2024</w:t>
      </w:r>
    </w:p>
    <w:p>
      <w:r>
        <w:t>- Designed lesson plans and taught core subjects.</w:t>
      </w:r>
    </w:p>
    <w:p>
      <w:r>
        <w:t>- Evaluated student performance.</w:t>
      </w:r>
    </w:p>
    <w:p>
      <w:r>
        <w:t>- Improved student engagement.</w:t>
      </w:r>
    </w:p>
    <w:p/>
    <w:p>
      <w:r>
        <w:t>Bukka Hut, Circle Mall, Lagos – Store Keeper | 2020</w:t>
      </w:r>
    </w:p>
    <w:p>
      <w:r>
        <w:t>- Managed store operations and inventory.</w:t>
      </w:r>
    </w:p>
    <w:p>
      <w:r>
        <w:t>- Maintained sales records and workflow.</w:t>
      </w:r>
    </w:p>
    <w:p>
      <w:r>
        <w:t>- Built customer relationships.</w:t>
      </w:r>
    </w:p>
    <w:p/>
    <w:p>
      <w:r>
        <w:t>SKILLS</w:t>
      </w:r>
    </w:p>
    <w:p>
      <w:r>
        <w:t>Technical: Microsoft Office Suite, Data Management, Record Keeping</w:t>
      </w:r>
    </w:p>
    <w:p>
      <w:r>
        <w:t>Professional: Logistics Coordination, Inventory Management, Communication, Problem-Solving, HR Basics, Entrepreneurial Skills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