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36"/>
        </w:rPr>
        <w:t>MUOFUNANYA MUNACHI DANIELLA</w:t>
      </w:r>
    </w:p>
    <w:p>
      <w:pPr>
        <w:spacing w:after="40"/>
        <w:jc w:val="center"/>
      </w:pPr>
      <w:r>
        <w:rPr>
          <w:b/>
          <w:sz w:val="22"/>
        </w:rPr>
        <w:t>BA History &amp; International Studies | Graduate</w:t>
      </w:r>
    </w:p>
    <w:p>
      <w:pPr>
        <w:spacing w:after="120"/>
        <w:jc w:val="center"/>
      </w:pPr>
      <w:r>
        <w:rPr>
          <w:sz w:val="19"/>
        </w:rPr>
        <w:t>Lagos, Nigeria  |  08133736334  |  munachimuofunanya@gmail.com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PROFESSIONAL PROFILE</w:t>
      </w:r>
    </w:p>
    <w:p>
      <w:pPr>
        <w:spacing w:after="60"/>
      </w:pPr>
      <w:r>
        <w:t>A recent graduate of History and International Studies with strong research, writing, communication, organization and critical-thinking skills. Experienced in academic research, information gathering, analysis and presentation through undergraduate project work. Currently building practical knowledge in AI automation and interested in entry-level opportunities where I can learn quickly, contribute effectively and develop professionally.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EDUCATION</w:t>
      </w:r>
    </w:p>
    <w:p>
      <w:pPr>
        <w:spacing w:after="20"/>
      </w:pPr>
      <w:r>
        <w:rPr>
          <w:b/>
        </w:rPr>
        <w:t>Nnamdi Azikiwe University, Awka, Anambra State</w:t>
      </w:r>
      <w:r>
        <w:t xml:space="preserve"> — B.A. History and International Studies</w:t>
      </w:r>
    </w:p>
    <w:p>
      <w:pPr>
        <w:spacing w:after="40"/>
        <w:ind w:left="216"/>
      </w:pPr>
      <w:r>
        <w:t>2026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ACADEMIC &amp; RESEARCH EXPERIENCE</w:t>
      </w:r>
    </w:p>
    <w:p>
      <w:pPr>
        <w:spacing w:after="20"/>
      </w:pPr>
      <w:r>
        <w:rPr>
          <w:b/>
        </w:rPr>
        <w:t>Undergraduate Research Project — History and International Studies</w:t>
      </w:r>
      <w:r>
        <w:t xml:space="preserve"> | Nnamdi Azikiwe University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Conducted research on human rights violations in Nigeria during the General Sani Abacha era (1993–1998).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Gathered and reviewed information from books, journal articles, newspapers, official documents and other relevant historical sources.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Applied qualitative research methods, source evaluation and critical analysis to organize historical evidence.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Developed academic writing, citation, documentation and presentation skills through the research and project defense.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Presented research findings clearly and responded to questions during project defense.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TRAINING &amp; PROFESSIONAL DEVELOPMENT</w:t>
      </w:r>
    </w:p>
    <w:p>
      <w:pPr>
        <w:spacing w:after="20"/>
      </w:pPr>
      <w:r>
        <w:rPr>
          <w:b/>
        </w:rPr>
        <w:t>AI Automation — Training / Course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Developing foundational knowledge of AI automation concepts and how AI-powered tools can support productivity and workflows.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Building practical familiarity with digital tools and emerging AI-assisted work processes.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CORE SKILLS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Research &amp; Information Gathering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Critical Thinking &amp; Analysis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Written &amp; Verbal Communication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Report Writing &amp; Documentation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Presentation Skills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Organization &amp; Time Management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Attention to Detail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Microsoft Office / Digital Productivity Tools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AI &amp; Automation Fundamentals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Ability to Learn New Tools Quickly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SELECTED STRENGTHS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Adaptable and willing to learn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Responsible and organized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Able to work independently and as part of a team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Strong interest in personal and professional development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LANGUAGES</w:t>
      </w:r>
    </w:p>
    <w:p>
      <w:pPr>
        <w:spacing w:after="40"/>
      </w:pPr>
      <w:r>
        <w:t>English — Fluent    |    Igbo — Fluent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ADDITIONAL INFORMATION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NYSC: Pending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Career level: Entry-level / Graduate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Availability: Open to suitable graduate and entry-level opportunities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REFERENCES</w:t>
      </w:r>
    </w:p>
    <w:p>
      <w:pPr>
        <w:spacing w:after="40"/>
      </w:pPr>
      <w:r>
        <w:t>Available upon request.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Muofunanya Munachi Daniella | Curriculum Vitae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