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ptos Display" w:hAnsi="Aptos Display"/>
          <w:b/>
          <w:color w:val="1F4E79"/>
          <w:sz w:val="36"/>
        </w:rPr>
        <w:t>AGIDOTAN REUBEN AYOOLADUNSI</w:t>
      </w:r>
    </w:p>
    <w:p>
      <w:pPr>
        <w:spacing w:after="60"/>
        <w:jc w:val="center"/>
      </w:pPr>
      <w:r>
        <w:rPr>
          <w:b/>
          <w:color w:val="464646"/>
          <w:sz w:val="18"/>
        </w:rPr>
        <w:t>ADMINISTRATIVE OFFICER | ADMINISTRATION | OPERATIONS | LOGISTICS</w:t>
      </w:r>
    </w:p>
    <w:p>
      <w:pPr>
        <w:spacing w:after="100"/>
        <w:jc w:val="center"/>
      </w:pPr>
      <w:r>
        <w:t>Ikorodu, Lagos State, Nigeria  |  09023428309  |  agidotanayoola1@gmail.com</w:t>
      </w:r>
    </w:p>
    <w:p>
      <w:pPr>
        <w:spacing w:before="140" w:after="60"/>
        <w:pBdr>
          <w:bottom w:val="single" w:sz="6" w:space="2" w:color="5B9BD5"/>
        </w:pBdr>
      </w:pPr>
      <w:r>
        <w:rPr>
          <w:rFonts w:ascii="Aptos Display" w:hAnsi="Aptos Display"/>
          <w:b/>
          <w:color w:val="1F4E79"/>
          <w:sz w:val="20"/>
        </w:rPr>
        <w:t>PROFESSIONAL SUMMARY</w:t>
      </w:r>
    </w:p>
    <w:p>
      <w:r>
        <w:t>Organized and versatile administrative professional with over 7 years of combined experience across administration, logistics, hospitality, virtual assistance, and school operations. Experienced in coordinating daily activities, maintaining records, supporting management, handling documentation, communicating with clients and staff, and assisting with operational processes. Proficient in Microsoft Word and Excel, with strong communication, organization, multitasking, and problem-solving abilities. Seeking an Administrative Officer position where I can contribute to efficient office operations and organizational growth.</w:t>
      </w:r>
    </w:p>
    <w:p>
      <w:pPr>
        <w:spacing w:before="140" w:after="60"/>
        <w:pBdr>
          <w:bottom w:val="single" w:sz="6" w:space="2" w:color="5B9BD5"/>
        </w:pBdr>
      </w:pPr>
      <w:r>
        <w:rPr>
          <w:rFonts w:ascii="Aptos Display" w:hAnsi="Aptos Display"/>
          <w:b/>
          <w:color w:val="1F4E79"/>
          <w:sz w:val="20"/>
        </w:rPr>
        <w:t>CORE SKILLS</w:t>
      </w:r>
    </w:p>
    <w:p>
      <w:r>
        <w:t>Administrative Support • Office Management • Record Keeping &amp; Documentation • Microsoft Word • Microsoft Excel • Data Entry • Communication &amp; Correspondence • Staff &amp; Customer Coordination • Scheduling &amp; Organization • Inventory Management • Logistics Coordination • Teamwork &amp; Supervision • Problem Solving • Time Management • Customer Service</w:t>
      </w:r>
    </w:p>
    <w:p>
      <w:pPr>
        <w:spacing w:before="140" w:after="60"/>
        <w:pBdr>
          <w:bottom w:val="single" w:sz="6" w:space="2" w:color="5B9BD5"/>
        </w:pBdr>
      </w:pPr>
      <w:r>
        <w:rPr>
          <w:rFonts w:ascii="Aptos Display" w:hAnsi="Aptos Display"/>
          <w:b/>
          <w:color w:val="1F4E79"/>
          <w:sz w:val="20"/>
        </w:rPr>
        <w:t>PROFESSIONAL EXPERIENCE</w:t>
      </w:r>
    </w:p>
    <w:p>
      <w:pPr>
        <w:spacing w:before="80" w:after="0"/>
      </w:pPr>
      <w:r>
        <w:rPr>
          <w:b/>
          <w:color w:val="1F4E79"/>
          <w:sz w:val="19"/>
        </w:rPr>
        <w:t>THE LAUREL HALL SCHOOL</w:t>
      </w:r>
      <w:r>
        <w:t xml:space="preserve"> — Lagos State</w:t>
      </w:r>
    </w:p>
    <w:p>
      <w:pPr>
        <w:spacing w:after="20"/>
      </w:pPr>
      <w:r>
        <w:rPr>
          <w:b/>
        </w:rPr>
        <w:t>P.A / Secretary / Teacher</w:t>
      </w:r>
      <w:r>
        <w:t xml:space="preserve"> | January 2026 – Present</w:t>
      </w:r>
    </w:p>
    <w:p>
      <w:pPr>
        <w:pStyle w:val="ListBullet"/>
        <w:spacing w:after="0"/>
        <w:ind w:left="317" w:hanging="187"/>
      </w:pPr>
      <w:r>
        <w:t>Provide administrative and secretarial support to school management.</w:t>
      </w:r>
    </w:p>
    <w:p>
      <w:pPr>
        <w:pStyle w:val="ListBullet"/>
        <w:spacing w:after="0"/>
        <w:ind w:left="317" w:hanging="187"/>
      </w:pPr>
      <w:r>
        <w:t>Assist with daily coordination of school activities and administrative operations.</w:t>
      </w:r>
    </w:p>
    <w:p>
      <w:pPr>
        <w:pStyle w:val="ListBullet"/>
        <w:spacing w:after="0"/>
        <w:ind w:left="317" w:hanging="187"/>
      </w:pPr>
      <w:r>
        <w:t>Maintain and organize school records, documents, and correspondence.</w:t>
      </w:r>
    </w:p>
    <w:p>
      <w:pPr>
        <w:pStyle w:val="ListBullet"/>
        <w:spacing w:after="0"/>
        <w:ind w:left="317" w:hanging="187"/>
      </w:pPr>
      <w:r>
        <w:t>Communicate with parents, staff, students, and other stakeholders when required.</w:t>
      </w:r>
    </w:p>
    <w:p>
      <w:pPr>
        <w:pStyle w:val="ListBullet"/>
        <w:spacing w:after="0"/>
        <w:ind w:left="317" w:hanging="187"/>
      </w:pPr>
      <w:r>
        <w:t>Assist management with scheduling, coordination, and routine administrative tasks.</w:t>
      </w:r>
    </w:p>
    <w:p>
      <w:pPr>
        <w:pStyle w:val="ListBullet"/>
        <w:spacing w:after="0"/>
        <w:ind w:left="317" w:hanging="187"/>
      </w:pPr>
      <w:r>
        <w:t>Support teaching and classroom activities when required.</w:t>
      </w:r>
    </w:p>
    <w:p>
      <w:pPr>
        <w:pStyle w:val="ListBullet"/>
        <w:spacing w:after="0"/>
        <w:ind w:left="317" w:hanging="187"/>
      </w:pPr>
      <w:r>
        <w:t>Help ensure smooth day-to-day operations within the school environment.</w:t>
      </w:r>
    </w:p>
    <w:p>
      <w:pPr>
        <w:spacing w:before="80" w:after="0"/>
      </w:pPr>
      <w:r>
        <w:rPr>
          <w:b/>
          <w:color w:val="1F4E79"/>
          <w:sz w:val="19"/>
        </w:rPr>
        <w:t>CHICKEN REPUBLIC</w:t>
      </w:r>
      <w:r>
        <w:t xml:space="preserve"> — Lagos State</w:t>
      </w:r>
    </w:p>
    <w:p>
      <w:pPr>
        <w:spacing w:after="20"/>
      </w:pPr>
      <w:r>
        <w:rPr>
          <w:b/>
        </w:rPr>
        <w:t>Store Assistant Manager</w:t>
      </w:r>
      <w:r>
        <w:t xml:space="preserve"> | May 2023 – October 2025</w:t>
      </w:r>
    </w:p>
    <w:p>
      <w:pPr>
        <w:pStyle w:val="ListBullet"/>
        <w:spacing w:after="0"/>
        <w:ind w:left="317" w:hanging="187"/>
      </w:pPr>
      <w:r>
        <w:t>Assisted in supervising daily store operations and staff activities.</w:t>
      </w:r>
    </w:p>
    <w:p>
      <w:pPr>
        <w:pStyle w:val="ListBullet"/>
        <w:spacing w:after="0"/>
        <w:ind w:left="317" w:hanging="187"/>
      </w:pPr>
      <w:r>
        <w:t>Supported inventory management and monitoring of stock levels.</w:t>
      </w:r>
    </w:p>
    <w:p>
      <w:pPr>
        <w:pStyle w:val="ListBullet"/>
        <w:spacing w:after="0"/>
        <w:ind w:left="317" w:hanging="187"/>
      </w:pPr>
      <w:r>
        <w:t>Assisted with receiving, organizing, and issuing stock.</w:t>
      </w:r>
    </w:p>
    <w:p>
      <w:pPr>
        <w:pStyle w:val="ListBullet"/>
        <w:spacing w:after="0"/>
        <w:ind w:left="317" w:hanging="187"/>
      </w:pPr>
      <w:r>
        <w:t>Maintained accurate records relating to store operations and inventory.</w:t>
      </w:r>
    </w:p>
    <w:p>
      <w:pPr>
        <w:pStyle w:val="ListBullet"/>
        <w:spacing w:after="0"/>
        <w:ind w:left="317" w:hanging="187"/>
      </w:pPr>
      <w:r>
        <w:t>Supported customer service and resolved routine customer concerns.</w:t>
      </w:r>
    </w:p>
    <w:p>
      <w:pPr>
        <w:pStyle w:val="ListBullet"/>
        <w:spacing w:after="0"/>
        <w:ind w:left="317" w:hanging="187"/>
      </w:pPr>
      <w:r>
        <w:t>Assisted management with daily reports and operational documentation.</w:t>
      </w:r>
    </w:p>
    <w:p>
      <w:pPr>
        <w:pStyle w:val="ListBullet"/>
        <w:spacing w:after="0"/>
        <w:ind w:left="317" w:hanging="187"/>
      </w:pPr>
      <w:r>
        <w:t>Coordinated staff activities to support efficient day-to-day operations.</w:t>
      </w:r>
    </w:p>
    <w:p>
      <w:pPr>
        <w:pStyle w:val="ListBullet"/>
        <w:spacing w:after="0"/>
        <w:ind w:left="317" w:hanging="187"/>
      </w:pPr>
      <w:r>
        <w:t>Helped maintain compliance with company procedures and operational standards.</w:t>
      </w:r>
    </w:p>
    <w:p>
      <w:pPr>
        <w:spacing w:before="80" w:after="0"/>
      </w:pPr>
      <w:r>
        <w:rPr>
          <w:b/>
          <w:color w:val="1F4E79"/>
          <w:sz w:val="19"/>
        </w:rPr>
        <w:t>OLAM FLOUR MILLS</w:t>
      </w:r>
      <w:r>
        <w:t xml:space="preserve"> — Lagos State</w:t>
      </w:r>
    </w:p>
    <w:p>
      <w:pPr>
        <w:spacing w:after="20"/>
      </w:pPr>
      <w:r>
        <w:rPr>
          <w:b/>
        </w:rPr>
        <w:t>Logistics Personnel</w:t>
      </w:r>
      <w:r>
        <w:t xml:space="preserve"> | February 2021 – March 2023</w:t>
      </w:r>
    </w:p>
    <w:p>
      <w:pPr>
        <w:pStyle w:val="ListBullet"/>
        <w:spacing w:after="0"/>
        <w:ind w:left="317" w:hanging="187"/>
      </w:pPr>
      <w:r>
        <w:t>Coordinated logistics activities to support smooth movement of products and materials.</w:t>
      </w:r>
    </w:p>
    <w:p>
      <w:pPr>
        <w:pStyle w:val="ListBullet"/>
        <w:spacing w:after="0"/>
        <w:ind w:left="317" w:hanging="187"/>
      </w:pPr>
      <w:r>
        <w:t>Assisted with inventory management and stock monitoring.</w:t>
      </w:r>
    </w:p>
    <w:p>
      <w:pPr>
        <w:pStyle w:val="ListBullet"/>
        <w:spacing w:after="0"/>
        <w:ind w:left="317" w:hanging="187"/>
      </w:pPr>
      <w:r>
        <w:t>Processed and maintained relevant logistics documentation.</w:t>
      </w:r>
    </w:p>
    <w:p>
      <w:pPr>
        <w:pStyle w:val="ListBullet"/>
        <w:spacing w:after="0"/>
        <w:ind w:left="317" w:hanging="187"/>
      </w:pPr>
      <w:r>
        <w:t>Assisted with transportation coordination and delivery activities.</w:t>
      </w:r>
    </w:p>
    <w:p>
      <w:pPr>
        <w:pStyle w:val="ListBullet"/>
        <w:spacing w:after="0"/>
        <w:ind w:left="317" w:hanging="187"/>
      </w:pPr>
      <w:r>
        <w:t>Worked with internal teams to ensure timely processing of orders.</w:t>
      </w:r>
    </w:p>
    <w:p>
      <w:pPr>
        <w:pStyle w:val="ListBullet"/>
        <w:spacing w:after="0"/>
        <w:ind w:left="317" w:hanging="187"/>
      </w:pPr>
      <w:r>
        <w:t>Maintained accurate records and supported warehouse operations.</w:t>
      </w:r>
    </w:p>
    <w:p>
      <w:pPr>
        <w:pStyle w:val="ListBullet"/>
        <w:spacing w:after="0"/>
        <w:ind w:left="317" w:hanging="187"/>
      </w:pPr>
      <w:r>
        <w:t>Assisted in resolving routine logistics and operational issues.</w:t>
      </w:r>
    </w:p>
    <w:p>
      <w:pPr>
        <w:spacing w:before="80" w:after="0"/>
      </w:pPr>
      <w:r>
        <w:rPr>
          <w:b/>
          <w:color w:val="1F4E79"/>
          <w:sz w:val="19"/>
        </w:rPr>
        <w:t>SCALESOURCE</w:t>
      </w:r>
      <w:r>
        <w:t xml:space="preserve"> — Lagos State</w:t>
      </w:r>
    </w:p>
    <w:p>
      <w:pPr>
        <w:spacing w:after="20"/>
      </w:pPr>
      <w:r>
        <w:rPr>
          <w:b/>
        </w:rPr>
        <w:t>Virtual Assistant</w:t>
      </w:r>
      <w:r>
        <w:t xml:space="preserve"> | January 2020 – November 2020</w:t>
      </w:r>
    </w:p>
    <w:p>
      <w:pPr>
        <w:pStyle w:val="ListBullet"/>
        <w:spacing w:after="0"/>
        <w:ind w:left="317" w:hanging="187"/>
      </w:pPr>
      <w:r>
        <w:t>Provided administrative and virtual support for daily business activities.</w:t>
      </w:r>
    </w:p>
    <w:p>
      <w:pPr>
        <w:pStyle w:val="ListBullet"/>
        <w:spacing w:after="0"/>
        <w:ind w:left="317" w:hanging="187"/>
      </w:pPr>
      <w:r>
        <w:t>Assisted with organizing information, documentation, and routine tasks.</w:t>
      </w:r>
    </w:p>
    <w:p>
      <w:pPr>
        <w:pStyle w:val="ListBullet"/>
        <w:spacing w:after="0"/>
        <w:ind w:left="317" w:hanging="187"/>
      </w:pPr>
      <w:r>
        <w:t>Managed assigned administrative duties and communicated with relevant stakeholders.</w:t>
      </w:r>
    </w:p>
    <w:p>
      <w:pPr>
        <w:pStyle w:val="ListBullet"/>
        <w:spacing w:after="0"/>
        <w:ind w:left="317" w:hanging="187"/>
      </w:pPr>
      <w:r>
        <w:t>Supported scheduling, data organization, and other remote administrative activities.</w:t>
      </w:r>
    </w:p>
    <w:p>
      <w:pPr>
        <w:pStyle w:val="ListBullet"/>
        <w:spacing w:after="0"/>
        <w:ind w:left="317" w:hanging="187"/>
      </w:pPr>
      <w:r>
        <w:t>Maintained professionalism and confidentiality while handling assigned tasks.</w:t>
      </w:r>
    </w:p>
    <w:p>
      <w:pPr>
        <w:spacing w:before="80" w:after="0"/>
      </w:pPr>
      <w:r>
        <w:rPr>
          <w:b/>
          <w:color w:val="1F4E79"/>
          <w:sz w:val="19"/>
        </w:rPr>
        <w:t>GONA NIGERIA LIMITED</w:t>
      </w:r>
      <w:r>
        <w:t xml:space="preserve"> — Lagos State</w:t>
      </w:r>
    </w:p>
    <w:p>
      <w:pPr>
        <w:spacing w:after="20"/>
      </w:pPr>
      <w:r>
        <w:rPr>
          <w:b/>
        </w:rPr>
        <w:t>Intern</w:t>
      </w:r>
      <w:r>
        <w:t xml:space="preserve"> | October 2018 – December 2019</w:t>
      </w:r>
    </w:p>
    <w:p>
      <w:pPr>
        <w:pStyle w:val="ListBullet"/>
        <w:spacing w:after="0"/>
        <w:ind w:left="317" w:hanging="187"/>
      </w:pPr>
      <w:r>
        <w:t>Assisted with routine administrative and operational activities.</w:t>
      </w:r>
    </w:p>
    <w:p>
      <w:pPr>
        <w:pStyle w:val="ListBullet"/>
        <w:spacing w:after="0"/>
        <w:ind w:left="317" w:hanging="187"/>
      </w:pPr>
      <w:r>
        <w:t>Supported staff with assigned office tasks and documentation.</w:t>
      </w:r>
    </w:p>
    <w:p>
      <w:pPr>
        <w:pStyle w:val="ListBullet"/>
        <w:spacing w:after="0"/>
        <w:ind w:left="317" w:hanging="187"/>
      </w:pPr>
      <w:r>
        <w:t>Assisted with organizing records and information.</w:t>
      </w:r>
    </w:p>
    <w:p>
      <w:pPr>
        <w:pStyle w:val="ListBullet"/>
        <w:spacing w:after="0"/>
        <w:ind w:left="317" w:hanging="187"/>
      </w:pPr>
      <w:r>
        <w:t>Gained practical experience in workplace communication, teamwork, and office procedures.</w:t>
      </w:r>
    </w:p>
    <w:p>
      <w:pPr>
        <w:spacing w:before="140" w:after="60"/>
        <w:pBdr>
          <w:bottom w:val="single" w:sz="6" w:space="2" w:color="5B9BD5"/>
        </w:pBdr>
      </w:pPr>
      <w:r>
        <w:rPr>
          <w:rFonts w:ascii="Aptos Display" w:hAnsi="Aptos Display"/>
          <w:b/>
          <w:color w:val="1F4E79"/>
          <w:sz w:val="20"/>
        </w:rPr>
        <w:t>EDUCATION</w:t>
      </w:r>
    </w:p>
    <w:p>
      <w:pPr>
        <w:spacing w:after="20"/>
      </w:pPr>
      <w:r>
        <w:rPr>
          <w:b/>
        </w:rPr>
        <w:t>Lagos State Polytechnic</w:t>
      </w:r>
      <w:r>
        <w:t xml:space="preserve"> — Ordinary National Diploma (OND), Mass Communication</w:t>
      </w:r>
    </w:p>
    <w:p>
      <w:pPr>
        <w:spacing w:after="20"/>
      </w:pPr>
      <w:r>
        <w:rPr>
          <w:b/>
        </w:rPr>
        <w:t>Shams-El-Deen Senior Grammar School</w:t>
      </w:r>
      <w:r>
        <w:t xml:space="preserve"> — Senior Secondary School Certificate (SSCE)</w:t>
      </w:r>
    </w:p>
    <w:p>
      <w:pPr>
        <w:spacing w:before="140" w:after="60"/>
        <w:pBdr>
          <w:bottom w:val="single" w:sz="6" w:space="2" w:color="5B9BD5"/>
        </w:pBdr>
      </w:pPr>
      <w:r>
        <w:rPr>
          <w:rFonts w:ascii="Aptos Display" w:hAnsi="Aptos Display"/>
          <w:b/>
          <w:color w:val="1F4E79"/>
          <w:sz w:val="20"/>
        </w:rPr>
        <w:t>TECHNICAL SKILLS</w:t>
      </w:r>
    </w:p>
    <w:p>
      <w:r>
        <w:t>Microsoft Excel • Microsoft Word • Python • Basic Computer Operations • Data Entry • Document Preparation</w:t>
      </w:r>
    </w:p>
    <w:p>
      <w:pPr>
        <w:spacing w:before="140" w:after="60"/>
        <w:pBdr>
          <w:bottom w:val="single" w:sz="6" w:space="2" w:color="5B9BD5"/>
        </w:pBdr>
      </w:pPr>
      <w:r>
        <w:rPr>
          <w:rFonts w:ascii="Aptos Display" w:hAnsi="Aptos Display"/>
          <w:b/>
          <w:color w:val="1F4E79"/>
          <w:sz w:val="20"/>
        </w:rPr>
        <w:t>ADDITIONAL SKILLS</w:t>
      </w:r>
    </w:p>
    <w:p>
      <w:r>
        <w:t>Barbing • House Painting</w:t>
      </w:r>
    </w:p>
    <w:p>
      <w:pPr>
        <w:spacing w:before="140" w:after="60"/>
        <w:pBdr>
          <w:bottom w:val="single" w:sz="6" w:space="2" w:color="5B9BD5"/>
        </w:pBdr>
      </w:pPr>
      <w:r>
        <w:rPr>
          <w:rFonts w:ascii="Aptos Display" w:hAnsi="Aptos Display"/>
          <w:b/>
          <w:color w:val="1F4E79"/>
          <w:sz w:val="20"/>
        </w:rPr>
        <w:t>LANGUAGES</w:t>
      </w:r>
    </w:p>
    <w:p>
      <w:r>
        <w:t>English • Yoruba</w:t>
      </w:r>
    </w:p>
    <w:p>
      <w:pPr>
        <w:spacing w:before="140" w:after="60"/>
        <w:pBdr>
          <w:bottom w:val="single" w:sz="6" w:space="2" w:color="5B9BD5"/>
        </w:pBdr>
      </w:pPr>
      <w:r>
        <w:rPr>
          <w:rFonts w:ascii="Aptos Display" w:hAnsi="Aptos Display"/>
          <w:b/>
          <w:color w:val="1F4E79"/>
          <w:sz w:val="20"/>
        </w:rPr>
        <w:t>REFERENCES</w:t>
      </w:r>
    </w:p>
    <w:p>
      <w:r>
        <w:t>Available upon request.</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Agidotan Reuben Ayooladunsi</dc:title>
  <dc:subject>Administrative Officer CV</dc:subject>
  <dc:creator>Agidotan Reuben Ayooladunsi</dc:creator>
  <cp:keywords/>
  <dc:description>generated by python-docx</dc:description>
  <cp:lastModifiedBy/>
  <cp:revision>1</cp:revision>
  <dcterms:created xsi:type="dcterms:W3CDTF">2013-12-23T23:15:00Z</dcterms:created>
  <dcterms:modified xsi:type="dcterms:W3CDTF">2013-12-23T23:15:00Z</dcterms:modified>
  <cp:category/>
</cp:coreProperties>
</file>