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E7969" w14:textId="77777777" w:rsidR="003D1249" w:rsidRDefault="002A3B7C">
      <w:pPr>
        <w:jc w:val="center"/>
      </w:pPr>
      <w:r>
        <w:rPr>
          <w:b/>
        </w:rPr>
        <w:t>ANIFOWOSE ISIAQ OLAYINKA</w:t>
      </w:r>
    </w:p>
    <w:p w14:paraId="5744A9DA" w14:textId="77777777" w:rsidR="003D1249" w:rsidRDefault="002A3B7C">
      <w:pPr>
        <w:jc w:val="center"/>
      </w:pPr>
      <w:r>
        <w:t>Address: Flat 27, Rabiatu Thompson Crescent, Surulere, Lagos</w:t>
      </w:r>
      <w:r>
        <w:br/>
        <w:t>Tel: 07087073830, 07031110169</w:t>
      </w:r>
      <w:r>
        <w:br/>
        <w:t>Email: anifowoseolayinka16@gmail.com</w:t>
      </w:r>
    </w:p>
    <w:p w14:paraId="003501F1" w14:textId="77777777" w:rsidR="003D1249" w:rsidRDefault="002A3B7C">
      <w:pPr>
        <w:pStyle w:val="Heading2"/>
      </w:pPr>
      <w:r>
        <w:t>PROFESSIONAL SUMMARY</w:t>
      </w:r>
    </w:p>
    <w:p w14:paraId="0C9823B1" w14:textId="77777777" w:rsidR="003D1249" w:rsidRDefault="002A3B7C" w:rsidP="009B3AEC">
      <w:pPr>
        <w:jc w:val="both"/>
      </w:pPr>
      <w:r>
        <w:t>Creative communicator with hands-on experience in content creation, brand engagement, and digital storytelling. Adept at crafting compelling narratives and managing cross-functional collaborations to enhance brand visibility. Passionate about leveraging strategic communication to build trust and engagement in the healthcare sector.</w:t>
      </w:r>
    </w:p>
    <w:p w14:paraId="439DE610" w14:textId="77777777" w:rsidR="003D1249" w:rsidRDefault="002A3B7C">
      <w:pPr>
        <w:pStyle w:val="Heading2"/>
      </w:pPr>
      <w:r>
        <w:t>EDUCATION</w:t>
      </w:r>
    </w:p>
    <w:p w14:paraId="1B8FD4D6" w14:textId="77777777" w:rsidR="003D1249" w:rsidRDefault="002A3B7C">
      <w:r>
        <w:t>Adeseun Ogundoyin Polytechnic, Eruwa, Oyo State</w:t>
      </w:r>
      <w:r>
        <w:br/>
        <w:t>2019–2024</w:t>
      </w:r>
      <w:r>
        <w:br/>
      </w:r>
      <w:r>
        <w:br/>
        <w:t>Arch Deacon Adelaja Senior High School, Lagos</w:t>
      </w:r>
      <w:r>
        <w:br/>
        <w:t>Secondary School Certificate | 2010–2012</w:t>
      </w:r>
    </w:p>
    <w:p w14:paraId="77E4E8E9" w14:textId="77777777" w:rsidR="003D1249" w:rsidRDefault="002A3B7C">
      <w:pPr>
        <w:pStyle w:val="Heading2"/>
      </w:pPr>
      <w:r>
        <w:t>RELEVANT SKILLS &amp; COMPETENCIES</w:t>
      </w:r>
    </w:p>
    <w:p w14:paraId="23C82450" w14:textId="77777777" w:rsidR="003D1249" w:rsidRDefault="002A3B7C" w:rsidP="009B3AEC">
      <w:r>
        <w:t>- Brand &amp; Content Strategy: Developed targeted messaging for diverse audiences.</w:t>
      </w:r>
      <w:r>
        <w:br/>
        <w:t>- Digital Marketing: Familiar with Canva, Meta Suite, and analytics tools.</w:t>
      </w:r>
      <w:r>
        <w:br/>
        <w:t>- Communication Excellence: Clear verbal/written skills for internal and external stakeholders.</w:t>
      </w:r>
      <w:r>
        <w:br/>
        <w:t>- Collaboration: Worked with marketing and operational teams to align goals.</w:t>
      </w:r>
      <w:r>
        <w:br/>
        <w:t>- Reputation Management: Maintained consistent brand tone and visibility.</w:t>
      </w:r>
    </w:p>
    <w:p w14:paraId="5025D9AB" w14:textId="77777777" w:rsidR="003D1249" w:rsidRDefault="002A3B7C">
      <w:pPr>
        <w:pStyle w:val="Heading2"/>
      </w:pPr>
      <w:r>
        <w:t>WORK EXPERIENCE</w:t>
      </w:r>
    </w:p>
    <w:p w14:paraId="6671022E" w14:textId="77777777" w:rsidR="00A82D0F" w:rsidRDefault="002A3B7C">
      <w:r w:rsidRPr="004638F1">
        <w:rPr>
          <w:b/>
          <w:bCs/>
        </w:rPr>
        <w:t>Finnew Fintech Limited | Lagos</w:t>
      </w:r>
      <w:r>
        <w:br/>
        <w:t>Communications Assistant | Aug–Oct 2022</w:t>
      </w:r>
      <w:r>
        <w:br/>
        <w:t>- Created digital content to boost brand awareness.</w:t>
      </w:r>
      <w:r>
        <w:br/>
        <w:t>- Assisted in coordinating campaigns across social media platforms.</w:t>
      </w:r>
      <w:r>
        <w:br/>
      </w:r>
      <w:r>
        <w:br/>
      </w:r>
      <w:r w:rsidRPr="004638F1">
        <w:rPr>
          <w:b/>
          <w:bCs/>
        </w:rPr>
        <w:t>Tenpotion International Limited | Lagos</w:t>
      </w:r>
      <w:r>
        <w:br/>
        <w:t>Marketing Intern | May–June 2022</w:t>
      </w:r>
      <w:r>
        <w:br/>
        <w:t>- Supported content planning and audience engagement initiatives.</w:t>
      </w:r>
      <w:r>
        <w:br/>
        <w:t>- Researched trends to optimize outreach strategies.</w:t>
      </w:r>
      <w:r>
        <w:br/>
      </w:r>
      <w:r>
        <w:br/>
      </w:r>
      <w:r w:rsidRPr="004638F1">
        <w:rPr>
          <w:b/>
          <w:bCs/>
        </w:rPr>
        <w:t>Tungba Communication | Lagos</w:t>
      </w:r>
      <w:r>
        <w:br/>
        <w:t>Customer Engagement Officer | 2021</w:t>
      </w:r>
      <w:r>
        <w:br/>
        <w:t>- Managed client interactions and feedback channels.</w:t>
      </w:r>
      <w:r>
        <w:br/>
      </w:r>
      <w:r>
        <w:br/>
      </w:r>
      <w:r w:rsidRPr="004638F1">
        <w:rPr>
          <w:b/>
          <w:bCs/>
        </w:rPr>
        <w:t>Oscaro Wears | Lagos</w:t>
      </w:r>
      <w:r>
        <w:br/>
        <w:t>Sales Representative | 2014–2018</w:t>
      </w:r>
      <w:r>
        <w:br/>
        <w:t>- Honed interpersonal and persuasive communication skills.</w:t>
      </w:r>
      <w:r>
        <w:br/>
      </w:r>
      <w:r>
        <w:br/>
      </w:r>
      <w:r w:rsidRPr="00E54485">
        <w:rPr>
          <w:b/>
          <w:bCs/>
        </w:rPr>
        <w:t>Zannies Jewelries | Lagos</w:t>
      </w:r>
      <w:r>
        <w:br/>
        <w:t>Sales Representative | Customer Relations | Feb–Oct 2019</w:t>
      </w:r>
    </w:p>
    <w:p w14:paraId="7D41B530" w14:textId="77777777" w:rsidR="00A82D0F" w:rsidRDefault="00A82D0F">
      <w:r>
        <w:t xml:space="preserve">- Assisted customers in product selection, providing detailed descriptions and recommendations to drive sales.  </w:t>
      </w:r>
    </w:p>
    <w:p w14:paraId="27680D8A" w14:textId="0DEE8B92" w:rsidR="00372D6D" w:rsidRDefault="00A82D0F">
      <w:r>
        <w:t xml:space="preserve">- Resolved customer inquiries and complaints, ensuring high satisfaction and repeat business.  </w:t>
      </w:r>
      <w:r w:rsidR="002A3B7C">
        <w:br/>
      </w:r>
      <w:r w:rsidR="002A3B7C">
        <w:br/>
      </w:r>
      <w:r w:rsidR="002A3B7C" w:rsidRPr="00E54485">
        <w:rPr>
          <w:b/>
          <w:bCs/>
        </w:rPr>
        <w:t>Henks Outsourcing | Lagos</w:t>
      </w:r>
      <w:r w:rsidR="002A3B7C">
        <w:br/>
        <w:t>Customer Engagement Officer | Communication Services</w:t>
      </w:r>
      <w:r w:rsidR="000B187F">
        <w:t xml:space="preserve"> | </w:t>
      </w:r>
      <w:r w:rsidR="00675A9F">
        <w:t>June- August 2022</w:t>
      </w:r>
    </w:p>
    <w:p w14:paraId="2D4893DD" w14:textId="77777777" w:rsidR="0028290D" w:rsidRDefault="0028290D" w:rsidP="0028290D">
      <w:r>
        <w:t xml:space="preserve">- Handled inbound and outbound communications, addressing client needs promptly and professionally.  </w:t>
      </w:r>
    </w:p>
    <w:p w14:paraId="15390F4C" w14:textId="3DD78968" w:rsidR="008519A4" w:rsidRDefault="0028290D">
      <w:r>
        <w:t>- Documented customer feedback and collaborated with teams to improve service delivery.</w:t>
      </w:r>
    </w:p>
    <w:p w14:paraId="1CCC3710" w14:textId="77777777" w:rsidR="008519A4" w:rsidRPr="008519A4" w:rsidRDefault="008519A4" w:rsidP="008519A4">
      <w:r w:rsidRPr="008519A4">
        <w:rPr>
          <w:b/>
          <w:bCs/>
        </w:rPr>
        <w:t xml:space="preserve">Drug haven limited  | Abuja </w:t>
      </w:r>
      <w:r w:rsidRPr="008519A4">
        <w:br/>
        <w:t>Store manager | Store Services |  2025- 2026</w:t>
      </w:r>
    </w:p>
    <w:p w14:paraId="61691B2E" w14:textId="77777777" w:rsidR="008519A4" w:rsidRPr="008519A4" w:rsidRDefault="008519A4" w:rsidP="008519A4">
      <w:r w:rsidRPr="008519A4">
        <w:t xml:space="preserve">- Handling inbound and outbound stock taking note of client orders  promptly and professionally.  </w:t>
      </w:r>
    </w:p>
    <w:p w14:paraId="162872EF" w14:textId="018184F7" w:rsidR="00782BE0" w:rsidRDefault="008519A4">
      <w:r w:rsidRPr="008519A4">
        <w:t>- Documented customers feedback and collaborated with teams to improve service delivery.</w:t>
      </w:r>
    </w:p>
    <w:p w14:paraId="741C6464" w14:textId="77777777" w:rsidR="003D1249" w:rsidRDefault="002A3B7C">
      <w:pPr>
        <w:pStyle w:val="Heading2"/>
      </w:pPr>
      <w:r>
        <w:t>REFEREES</w:t>
      </w:r>
    </w:p>
    <w:p w14:paraId="23A1E767" w14:textId="15372F3D" w:rsidR="008A3082" w:rsidRDefault="002A3B7C">
      <w:r>
        <w:t>Available upon request.</w:t>
      </w:r>
    </w:p>
    <w:p w14:paraId="2A919805" w14:textId="77777777" w:rsidR="008A3082" w:rsidRDefault="008A3082"/>
    <w:p w14:paraId="4594345C" w14:textId="77777777" w:rsidR="008A3082" w:rsidRDefault="008A3082"/>
    <w:sectPr w:rsidR="008A308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4756014">
    <w:abstractNumId w:val="8"/>
  </w:num>
  <w:num w:numId="2" w16cid:durableId="811751934">
    <w:abstractNumId w:val="6"/>
  </w:num>
  <w:num w:numId="3" w16cid:durableId="678119045">
    <w:abstractNumId w:val="5"/>
  </w:num>
  <w:num w:numId="4" w16cid:durableId="1378167275">
    <w:abstractNumId w:val="4"/>
  </w:num>
  <w:num w:numId="5" w16cid:durableId="205991824">
    <w:abstractNumId w:val="7"/>
  </w:num>
  <w:num w:numId="6" w16cid:durableId="1702122116">
    <w:abstractNumId w:val="3"/>
  </w:num>
  <w:num w:numId="7" w16cid:durableId="636030023">
    <w:abstractNumId w:val="2"/>
  </w:num>
  <w:num w:numId="8" w16cid:durableId="1352341733">
    <w:abstractNumId w:val="1"/>
  </w:num>
  <w:num w:numId="9" w16cid:durableId="1900286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87F"/>
    <w:rsid w:val="000D7710"/>
    <w:rsid w:val="0015074B"/>
    <w:rsid w:val="0028290D"/>
    <w:rsid w:val="0029639D"/>
    <w:rsid w:val="002A3B7C"/>
    <w:rsid w:val="00326F90"/>
    <w:rsid w:val="00372D6D"/>
    <w:rsid w:val="003D1249"/>
    <w:rsid w:val="004429DA"/>
    <w:rsid w:val="004638F1"/>
    <w:rsid w:val="00675A9F"/>
    <w:rsid w:val="00782BE0"/>
    <w:rsid w:val="008519A4"/>
    <w:rsid w:val="008A3082"/>
    <w:rsid w:val="008C28AB"/>
    <w:rsid w:val="009B3AEC"/>
    <w:rsid w:val="00A24478"/>
    <w:rsid w:val="00A5664C"/>
    <w:rsid w:val="00A82D0F"/>
    <w:rsid w:val="00AA1D8D"/>
    <w:rsid w:val="00B47730"/>
    <w:rsid w:val="00C51898"/>
    <w:rsid w:val="00CB0664"/>
    <w:rsid w:val="00E54485"/>
    <w:rsid w:val="00F80B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D17805"/>
  <w14:defaultImageDpi w14:val="300"/>
  <w15:docId w15:val="{2C6C2921-CC5C-8C49-9E89-367402C01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anifowoseolayinka16@gmail.com</cp:lastModifiedBy>
  <cp:revision>2</cp:revision>
  <dcterms:created xsi:type="dcterms:W3CDTF">2026-05-04T08:47:00Z</dcterms:created>
  <dcterms:modified xsi:type="dcterms:W3CDTF">2026-05-04T08:47:00Z</dcterms:modified>
  <cp:category/>
</cp:coreProperties>
</file>