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Ota Ebomwonyi</w:t>
      </w:r>
    </w:p>
    <w:p>
      <w:r>
        <w:t>📞 Phone: 09137892152</w:t>
      </w:r>
    </w:p>
    <w:p>
      <w:r>
        <w:t>📧 Email: otaebomwonyi@yahoo.com</w:t>
      </w:r>
    </w:p>
    <w:p>
      <w:r>
        <w:t>📍 Address: 20 Uhunmwunagho Street, Idokpa Quarters, Off Amayo, Benin City, Edo State, Nigeria</w:t>
      </w:r>
    </w:p>
    <w:p>
      <w:pPr>
        <w:pStyle w:val="Heading1"/>
      </w:pPr>
      <w:r>
        <w:t>Professional Summary</w:t>
      </w:r>
    </w:p>
    <w:p>
      <w:r>
        <w:t>Results-driven Computer Engineering graduate with a strong background in computer systems, software, and hardware engineering. Certified in Graphics and Web Design by NIIT, with extensive experience in management, facilities operations, and logistics supervision. Highly organized, adaptable, and skilled at leading teams, solving complex problems, and driving organizational efficiency.</w:t>
      </w:r>
    </w:p>
    <w:p>
      <w:pPr>
        <w:pStyle w:val="Heading1"/>
      </w:pPr>
      <w:r>
        <w:t>Education</w:t>
      </w:r>
    </w:p>
    <w:p>
      <w:r>
        <w:t>Covenant University, Ota, Ogun State (2008 – 2012)</w:t>
      </w:r>
    </w:p>
    <w:p>
      <w:r>
        <w:t>Bachelor of Science (B.Sc.) in Computer Engineering</w:t>
      </w:r>
    </w:p>
    <w:p>
      <w:r>
        <w:t>Whitesands Secondary School, Lekki, Lagos (2001 – 2007)</w:t>
      </w:r>
    </w:p>
    <w:p>
      <w:pPr>
        <w:pStyle w:val="Heading1"/>
      </w:pPr>
      <w:r>
        <w:t>Certifications</w:t>
      </w:r>
    </w:p>
    <w:p>
      <w:r>
        <w:t>NIIT Certification in Graphics and Web Design (2016)</w:t>
      </w:r>
    </w:p>
    <w:p>
      <w:pPr>
        <w:pStyle w:val="Heading1"/>
      </w:pPr>
      <w:r>
        <w:t>Professional Experience</w:t>
      </w:r>
    </w:p>
    <w:p>
      <w:r>
        <w:t>Stallion Gym, Ugbowo (2025)</w:t>
        <w:br/>
        <w:t>Gym Instructor</w:t>
        <w:br/>
        <w:t>• Assisted clients with fitness goals and training programs.</w:t>
        <w:br/>
        <w:t>• Maintained gym equipment and ensured a safe workout environment.</w:t>
        <w:br/>
      </w:r>
    </w:p>
    <w:p>
      <w:r>
        <w:t>Hotel Joker Gym, Benin City (2025)</w:t>
        <w:br/>
        <w:t>Gym Instructor</w:t>
        <w:br/>
        <w:t>• Supervised gym activities and guided clients on fitness routines.</w:t>
        <w:br/>
        <w:t>• Developed personalized workout plans and ensured proper equipment usage.</w:t>
        <w:br/>
      </w:r>
    </w:p>
    <w:p>
      <w:r>
        <w:t>Club Truth, Benin City (2024 – 2025)</w:t>
      </w:r>
    </w:p>
    <w:p>
      <w:r>
        <w:t>Manager</w:t>
      </w:r>
    </w:p>
    <w:p>
      <w:r>
        <w:t>• Oversaw daily club operations, staff coordination, customer service, and revenue management.</w:t>
        <w:br/>
        <w:t>• Planned and supervised events ensuring high-quality service and compliance with hospitality standards.</w:t>
      </w:r>
    </w:p>
    <w:p>
      <w:r>
        <w:t>Obiwezy, Lagos (2017 – 2019)</w:t>
      </w:r>
    </w:p>
    <w:p>
      <w:r>
        <w:t>Logistics Supervisor</w:t>
      </w:r>
    </w:p>
    <w:p>
      <w:r>
        <w:t>• Supervised logistics and supply chain operations ensuring timely delivery of goods.</w:t>
        <w:br/>
        <w:t>• Managed warehouse inventory, coordinated transport schedules, and optimized operational efficiency.</w:t>
      </w:r>
    </w:p>
    <w:p>
      <w:r>
        <w:t>Total E&amp;P (2013 – 2015)</w:t>
      </w:r>
    </w:p>
    <w:p>
      <w:r>
        <w:t>Facilities Management Officer</w:t>
      </w:r>
    </w:p>
    <w:p>
      <w:r>
        <w:t>• Managed maintenance and operational support for company facilities.</w:t>
        <w:br/>
        <w:t>• Ensured compliance with health, safety, and environmental standards.</w:t>
        <w:br/>
        <w:t>• Oversaw vendor relationships and service delivery for critical infrastructure.</w:t>
      </w:r>
    </w:p>
    <w:p>
      <w:pPr>
        <w:pStyle w:val="Heading1"/>
      </w:pPr>
      <w:r>
        <w:t>Skills</w:t>
      </w:r>
    </w:p>
    <w:p>
      <w:r>
        <w:t>• Computer Engineering (hardware &amp; software)</w:t>
      </w:r>
    </w:p>
    <w:p>
      <w:r>
        <w:t>• Graphics and Web Design</w:t>
      </w:r>
    </w:p>
    <w:p>
      <w:r>
        <w:t>• IT Support &amp; Troubleshooting</w:t>
      </w:r>
    </w:p>
    <w:p>
      <w:r>
        <w:t>• Facilities and Logistics Management</w:t>
      </w:r>
    </w:p>
    <w:p>
      <w:r>
        <w:t>• Networking &amp; Systems Administration</w:t>
      </w:r>
    </w:p>
    <w:p>
      <w:r>
        <w:t>• Team Leadership &amp; Communication</w:t>
      </w:r>
    </w:p>
    <w:p>
      <w:r>
        <w:t>• Problem-Solving &amp; Analytical Thinking</w:t>
      </w:r>
    </w:p>
    <w:p>
      <w:pPr>
        <w:pStyle w:val="Heading1"/>
      </w:pPr>
      <w:r>
        <w:t>Hobbies</w:t>
      </w:r>
    </w:p>
    <w:p>
      <w:r>
        <w:t>Playing snooker, video games, and reading.</w:t>
      </w:r>
    </w:p>
    <w:p>
      <w:pPr>
        <w:pStyle w:val="Heading1"/>
      </w:pPr>
      <w:r>
        <w:t>Guarantors</w:t>
      </w:r>
    </w:p>
    <w:p>
      <w:r>
        <w:t>Mrs. Doris – 08122342829</w:t>
      </w:r>
    </w:p>
    <w:p>
      <w:r>
        <w:t>Mr. Evans – 07042753663</w:t>
      </w:r>
    </w:p>
    <w:p>
      <w:pPr>
        <w:pStyle w:val="Heading1"/>
      </w:pPr>
      <w:r>
        <w:t>Personal Information</w:t>
      </w:r>
    </w:p>
    <w:p>
      <w:r>
        <w:t>Date of Birth: March 21, 1991</w:t>
      </w:r>
    </w:p>
    <w:p>
      <w:r>
        <w:t>State of Origin: Edo State, Benin City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