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NNAMANI KENECHUKWU</w:t>
      </w:r>
    </w:p>
    <w:p>
      <w:pPr>
        <w:jc w:val="center"/>
      </w:pPr>
      <w:r>
        <w:t>+234 812 342 1501  |  kenennamani2.0@gmail.com  |  Ikoyi, Lagos</w:t>
      </w:r>
    </w:p>
    <w:p>
      <w:pPr>
        <w:spacing w:before="160" w:after="60"/>
      </w:pPr>
      <w:r>
        <w:rPr>
          <w:b/>
          <w:sz w:val="24"/>
        </w:rPr>
        <w:t>PROFESSIONAL SUMMARY</w:t>
      </w:r>
    </w:p>
    <w:p>
      <w:r>
        <w:t>Resourceful and results-driven administrative and retail management professional with over three years of combined experience in office administration, retail operations, team leadership, and customer service. Skilled in supervising teams, coordinating daily operations, managing inventory, maintaining vendor relationships, and improving operational efficiency. Recognized for strong organizational abilities, attention to detail, and delivering excellent customer experiences. Seeking to contribute leadership and operational expertise in an Administrative, Operations, or Store Management role.</w:t>
      </w:r>
    </w:p>
    <w:p>
      <w:pPr>
        <w:spacing w:before="160" w:after="60"/>
      </w:pPr>
      <w:r>
        <w:rPr>
          <w:b/>
          <w:sz w:val="24"/>
        </w:rPr>
        <w:t>CORE COMPETENCIES</w:t>
      </w:r>
    </w:p>
    <w:p>
      <w:r>
        <w:t>Team Leadership &amp; Staff Supervision • Office &amp; Retail Operations Management • Inventory &amp; Stock Control • Vendor &amp; Supplier Management • Customer Service Excellence • Cash Handling &amp; Sales Reconciliation • Staff Training &amp; Development • Scheduling &amp; Workforce Coordination • Executive Calendar Management • Microsoft Office Suite • Report Preparation &amp; Documentation • Process Improvement</w:t>
      </w:r>
    </w:p>
    <w:p>
      <w:pPr>
        <w:spacing w:before="160" w:after="60"/>
      </w:pPr>
      <w:r>
        <w:rPr>
          <w:b/>
          <w:sz w:val="24"/>
        </w:rPr>
        <w:t>PROFESSIONAL EXPERIENCE</w:t>
      </w:r>
    </w:p>
    <w:p>
      <w:r>
        <w:rPr>
          <w:b/>
        </w:rPr>
        <w:t>Assistant Manager | The Loft, Ikoyi, Lagos</w:t>
      </w:r>
      <w:r>
        <w:br/>
        <w:t>September 2025 – Present</w:t>
      </w:r>
    </w:p>
    <w:p>
      <w:pPr>
        <w:pStyle w:val="ListBullet"/>
        <w:spacing w:after="20"/>
      </w:pPr>
      <w:r>
        <w:t>Assist the Store Manager in overseeing day-to-day store operations, ensuring smooth and efficient business activities.</w:t>
      </w:r>
    </w:p>
    <w:p>
      <w:pPr>
        <w:pStyle w:val="ListBullet"/>
        <w:spacing w:after="20"/>
      </w:pPr>
      <w:r>
        <w:t>Supervise and coordinate sales associates and support staff to maintain high productivity and excellent customer service.</w:t>
      </w:r>
    </w:p>
    <w:p>
      <w:pPr>
        <w:pStyle w:val="ListBullet"/>
        <w:spacing w:after="20"/>
      </w:pPr>
      <w:r>
        <w:t>Strengthened inventory management processes through regular stock audits and improved accountability, contributing to reduced stock losses and improved inventory accuracy.</w:t>
      </w:r>
    </w:p>
    <w:p>
      <w:pPr>
        <w:pStyle w:val="ListBullet"/>
        <w:spacing w:after="20"/>
      </w:pPr>
      <w:r>
        <w:t>Ensure visual merchandising and product displays meet company standards and enhance the customer experience.</w:t>
      </w:r>
    </w:p>
    <w:p>
      <w:pPr>
        <w:pStyle w:val="ListBullet"/>
        <w:spacing w:after="20"/>
      </w:pPr>
      <w:r>
        <w:t>Handle customer inquiries, complaints, and escalations professionally, ensuring prompt resolution.</w:t>
      </w:r>
    </w:p>
    <w:p>
      <w:pPr>
        <w:pStyle w:val="ListBullet"/>
        <w:spacing w:after="20"/>
      </w:pPr>
      <w:r>
        <w:t>Assist with staff scheduling, attendance monitoring, and performance management.</w:t>
      </w:r>
    </w:p>
    <w:p>
      <w:pPr>
        <w:pStyle w:val="ListBullet"/>
        <w:spacing w:after="20"/>
      </w:pPr>
      <w:r>
        <w:t>Oversee cash handling procedures, daily sales reconciliation, and accurate reporting.</w:t>
      </w:r>
    </w:p>
    <w:p>
      <w:pPr>
        <w:pStyle w:val="ListBullet"/>
        <w:spacing w:after="20"/>
      </w:pPr>
      <w:r>
        <w:t>Coordinate with suppliers and vendors to ensure timely delivery of products and operational supplies.</w:t>
      </w:r>
    </w:p>
    <w:p>
      <w:pPr>
        <w:pStyle w:val="ListBullet"/>
        <w:spacing w:after="20"/>
      </w:pPr>
      <w:r>
        <w:t>Prepare operational reports and support initiatives that improve efficiency, team performance, and customer satisfaction.</w:t>
      </w:r>
    </w:p>
    <w:p>
      <w:r>
        <w:rPr>
          <w:b/>
        </w:rPr>
        <w:t>Administrative Coordinator / Office Supervisor | ABI Concepts Limited, Victoria Island, Lagos</w:t>
      </w:r>
      <w:r>
        <w:br/>
        <w:t>April 2021 – August 2023</w:t>
      </w:r>
    </w:p>
    <w:p>
      <w:pPr>
        <w:pStyle w:val="ListBullet"/>
        <w:spacing w:after="20"/>
      </w:pPr>
      <w:r>
        <w:t>Supervised day-to-day office activities, supporting a team of five staff and ensuring efficient workflow.</w:t>
      </w:r>
    </w:p>
    <w:p>
      <w:pPr>
        <w:pStyle w:val="ListBullet"/>
        <w:spacing w:after="20"/>
      </w:pPr>
      <w:r>
        <w:t>Managed executive calendars, coordinated meetings, and prepared reports for senior management.</w:t>
      </w:r>
    </w:p>
    <w:p>
      <w:pPr>
        <w:pStyle w:val="ListBullet"/>
        <w:spacing w:after="20"/>
      </w:pPr>
      <w:r>
        <w:t>Oversaw inventory management, office supplies, procurement activities, and vendor relationships.</w:t>
      </w:r>
    </w:p>
    <w:p>
      <w:pPr>
        <w:pStyle w:val="ListBullet"/>
        <w:spacing w:after="20"/>
      </w:pPr>
      <w:r>
        <w:t>Trained junior staff on administrative procedures and office operations.</w:t>
      </w:r>
    </w:p>
    <w:p>
      <w:pPr>
        <w:pStyle w:val="ListBullet"/>
        <w:spacing w:after="20"/>
      </w:pPr>
      <w:r>
        <w:t>Managed front desk operations and maintained professional client communications.</w:t>
      </w:r>
    </w:p>
    <w:p>
      <w:pPr>
        <w:pStyle w:val="ListBullet"/>
        <w:spacing w:after="20"/>
      </w:pPr>
      <w:r>
        <w:t>Introduced a streamlined filing system that improved document retrieval efficiency by approximately 30%.</w:t>
      </w:r>
    </w:p>
    <w:p>
      <w:pPr>
        <w:pStyle w:val="ListBullet"/>
        <w:spacing w:after="20"/>
      </w:pPr>
      <w:r>
        <w:t>Coordinated office operations across departments and monitored office maintenance and service providers.</w:t>
      </w:r>
    </w:p>
    <w:p>
      <w:pPr>
        <w:pStyle w:val="ListBullet"/>
        <w:spacing w:after="20"/>
      </w:pPr>
      <w:r>
        <w:t>Prepared weekly and monthly operational reports and conducted inventory audits.</w:t>
      </w:r>
    </w:p>
    <w:p>
      <w:pPr>
        <w:pStyle w:val="ListBullet"/>
        <w:spacing w:after="20"/>
      </w:pPr>
      <w:r>
        <w:t>Maintained confidential employee and company records and supported procurement activities.</w:t>
      </w:r>
    </w:p>
    <w:p>
      <w:pPr>
        <w:spacing w:before="160" w:after="60"/>
      </w:pPr>
      <w:r>
        <w:rPr>
          <w:b/>
          <w:sz w:val="24"/>
        </w:rPr>
        <w:t>EDUCATION</w:t>
      </w:r>
    </w:p>
    <w:p>
      <w:r>
        <w:rPr>
          <w:b/>
        </w:rPr>
        <w:t>Bachelor of Science (B.Sc.) in Architecture</w:t>
      </w:r>
      <w:r>
        <w:br/>
        <w:t>Godfrey Okoye University, Enugu</w:t>
      </w:r>
      <w:r>
        <w:br/>
        <w:t>B.Sc. in Architecture</w:t>
      </w:r>
    </w:p>
    <w:p>
      <w:pPr>
        <w:spacing w:before="160" w:after="60"/>
      </w:pPr>
      <w:r>
        <w:rPr>
          <w:b/>
          <w:sz w:val="24"/>
        </w:rPr>
        <w:t>REFERENCES</w:t>
      </w:r>
    </w:p>
    <w:p>
      <w:r>
        <w:rPr>
          <w:b/>
        </w:rPr>
        <w:t>Arc. Usiholo Divine</w:t>
      </w:r>
      <w:r>
        <w:br/>
        <w:t>Lead Architect, ABI Concepts Ltd</w:t>
      </w:r>
      <w:r>
        <w:br/>
        <w:t>+234 913 221 1965</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