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Lines/>
        <w:jc w:val="center"/>
      </w:pPr>
      <w:r>
        <w:rPr>
          <w:rFonts w:ascii="Aptos Display" w:hAnsi="Aptos Display"/>
          <w:b/>
          <w:sz w:val="38"/>
        </w:rPr>
        <w:t>NORHIEN ONANEFE JOSIAH</w:t>
      </w:r>
    </w:p>
    <w:p>
      <w:pPr>
        <w:keepLines/>
        <w:jc w:val="center"/>
      </w:pPr>
      <w:r>
        <w:rPr>
          <w:b/>
          <w:sz w:val="20"/>
        </w:rPr>
        <w:t>HOTEL MANAGER | HOSPITALITY OPERATIONS | CUSTOMER SERVICE</w:t>
      </w:r>
    </w:p>
    <w:p>
      <w:pPr>
        <w:keepLines/>
        <w:jc w:val="center"/>
      </w:pPr>
      <w:r>
        <w:rPr>
          <w:sz w:val="19"/>
        </w:rPr>
        <w:t>Lagos, Nigeria  |  09058788868  |  norhienjosiah@gmail.com</w:t>
      </w:r>
    </w:p>
    <w:p>
      <w:pPr>
        <w:keepLines/>
        <w:spacing w:before="140" w:after="60"/>
      </w:pPr>
      <w:r>
        <w:rPr>
          <w:b/>
          <w:sz w:val="22"/>
        </w:rPr>
        <w:t>PROFESSIONAL SUMMARY</w:t>
      </w:r>
    </w:p>
    <w:p>
      <w:pPr>
        <w:keepLines/>
        <w:spacing w:after="60"/>
      </w:pPr>
      <w:r>
        <w:t>Dedicated and results-oriented hospitality professional with hands-on experience in hotel, lounge, event and guest-service operations. Experienced in supervising staff, coordinating daily operations, maintaining service standards, resolving customer concerns and supporting smooth business performance. Strong background in customer relations, team coordination, communication and operational problem-solving, supported by academic training in Computer Science and Computer Engineering. Adaptable, organized and committed to delivering excellent guest experiences.</w:t>
      </w:r>
    </w:p>
    <w:p>
      <w:pPr>
        <w:keepLines/>
        <w:spacing w:before="140" w:after="60"/>
      </w:pPr>
      <w:r>
        <w:rPr>
          <w:b/>
          <w:sz w:val="22"/>
        </w:rPr>
        <w:t>CORE COMPETENCIES</w:t>
      </w:r>
    </w:p>
    <w:p>
      <w:pPr>
        <w:keepLines/>
        <w:spacing w:after="40"/>
      </w:pPr>
      <w:r>
        <w:rPr>
          <w:sz w:val="19"/>
        </w:rPr>
        <w:t>• Hotel &amp; Hospitality Operations</w:t>
      </w:r>
      <w:r>
        <w:rPr>
          <w:sz w:val="19"/>
        </w:rPr>
        <w:t xml:space="preserve">   • Staff Supervision &amp; Team Leadership</w:t>
      </w:r>
      <w:r>
        <w:rPr>
          <w:sz w:val="19"/>
        </w:rPr>
        <w:t xml:space="preserve">   • Guest Relations &amp; Customer Service</w:t>
      </w:r>
      <w:r>
        <w:rPr>
          <w:sz w:val="19"/>
        </w:rPr>
        <w:t xml:space="preserve">   • Front-of-House Operations</w:t>
      </w:r>
      <w:r>
        <w:rPr>
          <w:sz w:val="19"/>
        </w:rPr>
        <w:t xml:space="preserve">   • Daily Operations Coordination</w:t>
      </w:r>
      <w:r>
        <w:rPr>
          <w:sz w:val="19"/>
        </w:rPr>
        <w:t xml:space="preserve">   • Event &amp; Lounge Management</w:t>
      </w:r>
      <w:r>
        <w:rPr>
          <w:sz w:val="19"/>
        </w:rPr>
        <w:t xml:space="preserve">   • Complaint Handling &amp; Problem Solving</w:t>
      </w:r>
      <w:r>
        <w:rPr>
          <w:sz w:val="19"/>
        </w:rPr>
        <w:t xml:space="preserve">   • Service Quality &amp; Guest Satisfaction</w:t>
      </w:r>
      <w:r>
        <w:rPr>
          <w:sz w:val="19"/>
        </w:rPr>
        <w:t xml:space="preserve">   • Teamwork &amp; Communication</w:t>
      </w:r>
      <w:r>
        <w:rPr>
          <w:sz w:val="19"/>
        </w:rPr>
        <w:t xml:space="preserve">   • Computer &amp; Digital Skills</w:t>
      </w:r>
      <w:r>
        <w:rPr>
          <w:sz w:val="19"/>
        </w:rPr>
        <w:t xml:space="preserve">   • Content Management</w:t>
      </w:r>
      <w:r>
        <w:rPr>
          <w:sz w:val="19"/>
        </w:rPr>
        <w:t xml:space="preserve">   • Operational Organization</w:t>
      </w:r>
    </w:p>
    <w:p>
      <w:pPr>
        <w:keepLines/>
        <w:spacing w:before="140" w:after="60"/>
      </w:pPr>
      <w:r>
        <w:rPr>
          <w:b/>
          <w:sz w:val="22"/>
        </w:rPr>
        <w:t>PROFESSIONAL EXPERIENCE</w:t>
      </w:r>
    </w:p>
    <w:p>
      <w:pPr>
        <w:keepLines/>
        <w:spacing w:before="80" w:after="20"/>
      </w:pPr>
      <w:r>
        <w:rPr>
          <w:b/>
          <w:sz w:val="21"/>
        </w:rPr>
        <w:t>Manager</w:t>
      </w:r>
      <w:r>
        <w:rPr>
          <w:b/>
          <w:sz w:val="21"/>
        </w:rPr>
        <w:t xml:space="preserve">  |  Flat Squires 9ja Lounge and Hall  |  2023 – 2025</w:t>
      </w:r>
    </w:p>
    <w:p>
      <w:pPr>
        <w:pStyle w:val="ListBullet"/>
        <w:keepLines/>
        <w:spacing w:after="30"/>
        <w:ind w:left="288" w:hanging="144"/>
      </w:pPr>
      <w:r>
        <w:t>Oversaw daily lounge, hospitality and event operations to support smooth and efficient service delivery.</w:t>
      </w:r>
    </w:p>
    <w:p>
      <w:pPr>
        <w:pStyle w:val="ListBullet"/>
        <w:keepLines/>
        <w:spacing w:after="30"/>
        <w:ind w:left="288" w:hanging="144"/>
      </w:pPr>
      <w:r>
        <w:t>Supervised staff, delegated responsibilities and monitored performance to maintain operational standards.</w:t>
      </w:r>
    </w:p>
    <w:p>
      <w:pPr>
        <w:pStyle w:val="ListBullet"/>
        <w:keepLines/>
        <w:spacing w:after="30"/>
        <w:ind w:left="288" w:hanging="144"/>
      </w:pPr>
      <w:r>
        <w:t>Coordinated events and ensured guests received responsive, professional and courteous service.</w:t>
      </w:r>
    </w:p>
    <w:p>
      <w:pPr>
        <w:pStyle w:val="ListBullet"/>
        <w:keepLines/>
        <w:spacing w:after="30"/>
        <w:ind w:left="288" w:hanging="144"/>
      </w:pPr>
      <w:r>
        <w:t>Managed customer relationships, responded to concerns and worked to improve overall customer satisfaction.</w:t>
      </w:r>
    </w:p>
    <w:p>
      <w:pPr>
        <w:pStyle w:val="ListBullet"/>
        <w:keepLines/>
        <w:spacing w:after="30"/>
        <w:ind w:left="288" w:hanging="144"/>
      </w:pPr>
      <w:r>
        <w:t>Supported day-to-day problem solving and ensured operational activities were completed effectively.</w:t>
      </w:r>
    </w:p>
    <w:p>
      <w:pPr>
        <w:pStyle w:val="ListBullet"/>
        <w:keepLines/>
        <w:spacing w:after="30"/>
        <w:ind w:left="288" w:hanging="144"/>
      </w:pPr>
      <w:r>
        <w:t>Worked with team members to maintain an organized, welcoming and service-focused environment.</w:t>
      </w:r>
    </w:p>
    <w:p>
      <w:pPr>
        <w:keepLines/>
        <w:spacing w:before="80" w:after="20"/>
      </w:pPr>
      <w:r>
        <w:rPr>
          <w:b/>
          <w:sz w:val="21"/>
        </w:rPr>
        <w:t>Manager &amp; Supervisor</w:t>
      </w:r>
      <w:r>
        <w:rPr>
          <w:b/>
          <w:sz w:val="21"/>
        </w:rPr>
        <w:t xml:space="preserve">  |  J3 Hotel and Suites  |  2021 – 2022</w:t>
      </w:r>
    </w:p>
    <w:p>
      <w:pPr>
        <w:pStyle w:val="ListBullet"/>
        <w:keepLines/>
        <w:spacing w:after="30"/>
        <w:ind w:left="288" w:hanging="144"/>
      </w:pPr>
      <w:r>
        <w:t>Supervised hotel staff and coordinated day-to-day operations.</w:t>
      </w:r>
    </w:p>
    <w:p>
      <w:pPr>
        <w:pStyle w:val="ListBullet"/>
        <w:keepLines/>
        <w:spacing w:after="30"/>
        <w:ind w:left="288" w:hanging="144"/>
      </w:pPr>
      <w:r>
        <w:t>Supported efficient guest-service delivery and maintained a professional hospitality environment.</w:t>
      </w:r>
    </w:p>
    <w:p>
      <w:pPr>
        <w:pStyle w:val="ListBullet"/>
        <w:keepLines/>
        <w:spacing w:after="30"/>
        <w:ind w:left="288" w:hanging="144"/>
      </w:pPr>
      <w:r>
        <w:t>Managed customer relations and addressed guest needs and concerns appropriately.</w:t>
      </w:r>
    </w:p>
    <w:p>
      <w:pPr>
        <w:pStyle w:val="ListBullet"/>
        <w:keepLines/>
        <w:spacing w:after="30"/>
        <w:ind w:left="288" w:hanging="144"/>
      </w:pPr>
      <w:r>
        <w:t>Coordinated staff activities and helped ensure smooth operations across assigned responsibilities.</w:t>
      </w:r>
    </w:p>
    <w:p>
      <w:pPr>
        <w:pStyle w:val="ListBullet"/>
        <w:keepLines/>
        <w:spacing w:after="30"/>
        <w:ind w:left="288" w:hanging="144"/>
      </w:pPr>
      <w:r>
        <w:t>Promoted teamwork, communication and consistent service standards.</w:t>
      </w:r>
    </w:p>
    <w:p>
      <w:pPr>
        <w:keepLines/>
        <w:spacing w:before="80" w:after="20"/>
      </w:pPr>
      <w:r>
        <w:rPr>
          <w:b/>
          <w:sz w:val="21"/>
        </w:rPr>
        <w:t>Manager</w:t>
      </w:r>
      <w:r>
        <w:rPr>
          <w:b/>
          <w:sz w:val="21"/>
        </w:rPr>
        <w:t xml:space="preserve">  |  Telmo Hotel &amp; Suites  |  2021</w:t>
      </w:r>
    </w:p>
    <w:p>
      <w:pPr>
        <w:pStyle w:val="ListBullet"/>
        <w:keepLines/>
        <w:spacing w:after="30"/>
        <w:ind w:left="288" w:hanging="144"/>
      </w:pPr>
      <w:r>
        <w:t>Managed day-to-day hotel operations and supported effective service delivery.</w:t>
      </w:r>
    </w:p>
    <w:p>
      <w:pPr>
        <w:pStyle w:val="ListBullet"/>
        <w:keepLines/>
        <w:spacing w:after="30"/>
        <w:ind w:left="288" w:hanging="144"/>
      </w:pPr>
      <w:r>
        <w:t>Monitored guest-service activities and worked to ensure guest satisfaction.</w:t>
      </w:r>
    </w:p>
    <w:p>
      <w:pPr>
        <w:pStyle w:val="ListBullet"/>
        <w:keepLines/>
        <w:spacing w:after="30"/>
        <w:ind w:left="288" w:hanging="144"/>
      </w:pPr>
      <w:r>
        <w:t>Supervised operational tasks and supported staff in maintaining expected service standards.</w:t>
      </w:r>
    </w:p>
    <w:p>
      <w:pPr>
        <w:pStyle w:val="ListBullet"/>
        <w:keepLines/>
        <w:spacing w:after="30"/>
        <w:ind w:left="288" w:hanging="144"/>
      </w:pPr>
      <w:r>
        <w:t>Handled routine operational issues and contributed to a positive guest experience.</w:t>
      </w:r>
    </w:p>
    <w:p>
      <w:pPr>
        <w:keepLines/>
        <w:spacing w:before="140" w:after="60"/>
      </w:pPr>
      <w:r>
        <w:rPr>
          <w:b/>
          <w:sz w:val="22"/>
        </w:rPr>
        <w:t>EDUCATION</w:t>
      </w:r>
    </w:p>
    <w:p>
      <w:pPr>
        <w:keepLines/>
        <w:spacing w:after="20"/>
      </w:pPr>
      <w:r>
        <w:rPr>
          <w:b/>
        </w:rPr>
        <w:t>B.Sc. Computer Science</w:t>
      </w:r>
      <w:r>
        <w:t xml:space="preserve">  |  Delta State University  |  2013 – 2020</w:t>
      </w:r>
    </w:p>
    <w:p>
      <w:pPr>
        <w:keepLines/>
        <w:spacing w:after="20"/>
      </w:pPr>
      <w:r>
        <w:rPr>
          <w:b/>
        </w:rPr>
        <w:t>HND Computer Engineering</w:t>
      </w:r>
      <w:r>
        <w:t xml:space="preserve">  |  Auchi Polytechnic  |  2011 – 2013</w:t>
      </w:r>
    </w:p>
    <w:p>
      <w:pPr>
        <w:keepLines/>
        <w:spacing w:after="20"/>
      </w:pPr>
      <w:r>
        <w:rPr>
          <w:b/>
        </w:rPr>
        <w:t>SSCE</w:t>
      </w:r>
      <w:r>
        <w:t xml:space="preserve">  |  Saint Francis Catholic Secondary School  |  2005</w:t>
      </w:r>
    </w:p>
    <w:p>
      <w:pPr>
        <w:keepLines/>
        <w:spacing w:before="140" w:after="60"/>
      </w:pPr>
      <w:r>
        <w:rPr>
          <w:b/>
          <w:sz w:val="22"/>
        </w:rPr>
        <w:t>ADDITIONAL STRENGTHS</w:t>
      </w:r>
    </w:p>
    <w:p>
      <w:pPr>
        <w:pStyle w:val="ListBullet"/>
        <w:keepLines/>
        <w:spacing w:after="30"/>
        <w:ind w:left="288" w:hanging="144"/>
      </w:pPr>
      <w:r>
        <w:t>Professional communication and interpersonal skills</w:t>
      </w:r>
    </w:p>
    <w:p>
      <w:pPr>
        <w:pStyle w:val="ListBullet"/>
        <w:keepLines/>
        <w:spacing w:after="30"/>
        <w:ind w:left="288" w:hanging="144"/>
      </w:pPr>
      <w:r>
        <w:t>Ability to work effectively under pressure and in fast-paced environments</w:t>
      </w:r>
    </w:p>
    <w:p>
      <w:pPr>
        <w:pStyle w:val="ListBullet"/>
        <w:keepLines/>
        <w:spacing w:after="30"/>
        <w:ind w:left="288" w:hanging="144"/>
      </w:pPr>
      <w:r>
        <w:t>Strong teamwork and leadership orientation</w:t>
      </w:r>
    </w:p>
    <w:p>
      <w:pPr>
        <w:pStyle w:val="ListBullet"/>
        <w:keepLines/>
        <w:spacing w:after="30"/>
        <w:ind w:left="288" w:hanging="144"/>
      </w:pPr>
      <w:r>
        <w:t>Customer-focused approach to hospitality and service delivery</w:t>
      </w:r>
    </w:p>
    <w:p>
      <w:pPr>
        <w:pStyle w:val="ListBullet"/>
        <w:keepLines/>
        <w:spacing w:after="30"/>
        <w:ind w:left="288" w:hanging="144"/>
      </w:pPr>
      <w:r>
        <w:t>Computer literacy and ability to adapt to workplace technology</w:t>
      </w:r>
    </w:p>
    <w:p>
      <w:pPr>
        <w:keepLines/>
        <w:spacing w:before="140" w:after="60"/>
      </w:pPr>
      <w:r>
        <w:rPr>
          <w:b/>
          <w:sz w:val="22"/>
        </w:rPr>
        <w:t>REFERENCES</w:t>
      </w:r>
    </w:p>
    <w:p>
      <w:pPr>
        <w:keepLines/>
      </w:pPr>
      <w:r>
        <w:t>Available upon request.</w:t>
      </w:r>
    </w:p>
    <w:sectPr w:rsidR="00FC693F" w:rsidRPr="0006063C" w:rsidSect="00034616">
      <w:footerReference w:type="default" r:id="rId9"/>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Norhien Onanefe Josiah  |  Master Resume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