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7A7A"/>
          <w:sz w:val="40"/>
        </w:rPr>
        <w:t xml:space="preserve">OCHIA MARTHA, </w:t>
      </w:r>
      <w:r>
        <w:rPr>
          <w:b/>
          <w:sz w:val="40"/>
        </w:rPr>
        <w:t>NKIRU</w:t>
      </w:r>
    </w:p>
    <w:p>
      <w:r>
        <w:t>📞 08103280732</w:t>
        <w:br/>
        <w:t>📧 Kennyochia29@gmail.com</w:t>
      </w:r>
    </w:p>
    <w:p>
      <w:r>
        <w:t>__________________________________________________________________________________________</w:t>
      </w:r>
    </w:p>
    <w:p>
      <w:r>
        <w:rPr>
          <w:b/>
          <w:color w:val="0F7A7A"/>
          <w:sz w:val="24"/>
        </w:rPr>
        <w:t>CAREER SUMMARY</w:t>
      </w:r>
    </w:p>
    <w:p>
      <w:r>
        <w:t>Dynamic and motivated Political Science graduate with strong communication, customer service, and administrative experience. Skilled in client relationship management, problem-solving, issue resolution, and organizational support. Demonstrates excellent interpersonal skills, attention to detail, and the ability to work effectively in fast-paced environments. Committed to delivering exceptional service, maintaining professional standards, and contributing positively to organizational goals, particularly within property management and customer-focused industries.</w:t>
      </w:r>
    </w:p>
    <w:p>
      <w:r>
        <w:rPr>
          <w:b/>
          <w:color w:val="0F7A7A"/>
          <w:sz w:val="24"/>
        </w:rPr>
        <w:t>EDUCATION</w:t>
      </w:r>
    </w:p>
    <w:p>
      <w:r>
        <w:rPr>
          <w:b/>
        </w:rPr>
        <w:t>Bachelor of Science (B.Sc.) in Political Science</w:t>
        <w:br/>
      </w:r>
      <w:r>
        <w:t>Abia State University, Uturu</w:t>
      </w:r>
      <w:r>
        <w:br/>
        <w:t>2023</w:t>
      </w:r>
    </w:p>
    <w:p>
      <w:r>
        <w:rPr>
          <w:b/>
          <w:color w:val="0F7A7A"/>
          <w:sz w:val="24"/>
        </w:rPr>
        <w:t>WORK EXPERIENCE</w:t>
      </w:r>
    </w:p>
    <w:p>
      <w:r>
        <w:rPr>
          <w:b/>
        </w:rPr>
        <w:t>Accountant</w:t>
        <w:br/>
      </w:r>
      <w:r>
        <w:t>Larkin Secondary School, Ibadan</w:t>
        <w:tab/>
        <w:t>January 2024 – September 2024</w:t>
      </w:r>
    </w:p>
    <w:p>
      <w:pPr>
        <w:pStyle w:val="ListBullet"/>
      </w:pPr>
      <w:r>
        <w:t>Maintained and organized students’ registration records and documentation.</w:t>
      </w:r>
    </w:p>
    <w:p>
      <w:pPr>
        <w:pStyle w:val="ListBullet"/>
      </w:pPr>
      <w:r>
        <w:t>Managed the school’s income and expenditure records, ensuring accuracy and accountability.</w:t>
      </w:r>
    </w:p>
    <w:p>
      <w:pPr>
        <w:pStyle w:val="ListBullet"/>
      </w:pPr>
      <w:r>
        <w:t>Prepared financial reports and assisted in monitoring the school’s financial activities.</w:t>
      </w:r>
    </w:p>
    <w:p>
      <w:pPr>
        <w:pStyle w:val="ListBullet"/>
      </w:pPr>
      <w:r>
        <w:t>Coordinated files and administrative records to ensure proper documentation and compliance with organizational standards.</w:t>
      </w:r>
    </w:p>
    <w:p>
      <w:pPr>
        <w:pStyle w:val="ListBullet"/>
      </w:pPr>
      <w:r>
        <w:t>Maintained confidentiality while handling sensitive financial and student information.</w:t>
      </w:r>
    </w:p>
    <w:p>
      <w:r>
        <w:rPr>
          <w:b/>
        </w:rPr>
        <w:t>Customer Care Representative</w:t>
        <w:br/>
      </w:r>
      <w:r>
        <w:t>Trust Point Realty, Sango, Ibadan</w:t>
        <w:tab/>
        <w:t>October 2024 – March 2025</w:t>
      </w:r>
    </w:p>
    <w:p>
      <w:pPr>
        <w:pStyle w:val="ListBullet"/>
      </w:pPr>
      <w:r>
        <w:t>Served as the primary point of contact for prospective and existing clients interested in purchasing properties.</w:t>
      </w:r>
    </w:p>
    <w:p>
      <w:pPr>
        <w:pStyle w:val="ListBullet"/>
      </w:pPr>
      <w:r>
        <w:t>Responded promptly and professionally to customer inquiries via telephone, email, and face-to-face interactions.</w:t>
      </w:r>
    </w:p>
    <w:p>
      <w:pPr>
        <w:pStyle w:val="ListBullet"/>
      </w:pPr>
      <w:r>
        <w:t>Provided accurate information on available properties, pricing, and the property acquisition process.</w:t>
      </w:r>
    </w:p>
    <w:p>
      <w:pPr>
        <w:pStyle w:val="ListBullet"/>
      </w:pPr>
      <w:r>
        <w:t>Built and maintained positive relationships with clients by delivering exceptional customer service.</w:t>
      </w:r>
    </w:p>
    <w:p>
      <w:pPr>
        <w:pStyle w:val="ListBullet"/>
      </w:pPr>
      <w:r>
        <w:t>Resolved customer complaints efficiently and escalated complex issues when necessary.</w:t>
      </w:r>
    </w:p>
    <w:p>
      <w:pPr>
        <w:pStyle w:val="ListBullet"/>
      </w:pPr>
      <w:r>
        <w:t>Supported the sales team by ensuring clients received timely and accurate information.</w:t>
      </w:r>
    </w:p>
    <w:p>
      <w:r>
        <w:rPr>
          <w:b/>
        </w:rPr>
        <w:t>Content Writer (NYSC)</w:t>
        <w:br/>
      </w:r>
      <w:r>
        <w:t>Green and Precision Cultivation Initiative, Jericho, Ibadan</w:t>
        <w:tab/>
        <w:t>May 2025 – April 2026</w:t>
      </w:r>
    </w:p>
    <w:p>
      <w:pPr>
        <w:pStyle w:val="ListBullet"/>
      </w:pPr>
      <w:r>
        <w:t>Researched and developed engaging articles on agricultural topics.</w:t>
      </w:r>
    </w:p>
    <w:p>
      <w:pPr>
        <w:pStyle w:val="ListBullet"/>
      </w:pPr>
      <w:r>
        <w:t>Conducted interviews with farmers and experts.</w:t>
      </w:r>
    </w:p>
    <w:p>
      <w:pPr>
        <w:pStyle w:val="ListBullet"/>
      </w:pPr>
      <w:r>
        <w:t>Simplified complex agricultural concepts.</w:t>
      </w:r>
    </w:p>
    <w:p>
      <w:pPr>
        <w:pStyle w:val="ListBullet"/>
      </w:pPr>
      <w:r>
        <w:t>Collaborated on high-quality publications.</w:t>
      </w:r>
    </w:p>
    <w:p>
      <w:pPr>
        <w:pStyle w:val="ListBullet"/>
      </w:pPr>
      <w:r>
        <w:t>Developed knowledge of sustainable farming and industry challenges.</w:t>
      </w:r>
    </w:p>
    <w:p>
      <w:r>
        <w:rPr>
          <w:b/>
          <w:color w:val="0F7A7A"/>
          <w:sz w:val="24"/>
        </w:rPr>
        <w:t>SKILLS</w:t>
      </w:r>
    </w:p>
    <w:p>
      <w:pPr>
        <w:pStyle w:val="ListBullet"/>
      </w:pPr>
      <w:r>
        <w:t>Excellent written and verbal communication skills.</w:t>
      </w:r>
    </w:p>
    <w:p>
      <w:pPr>
        <w:pStyle w:val="ListBullet"/>
      </w:pPr>
      <w:r>
        <w:t>Strong customer service and client relationship management.</w:t>
      </w:r>
    </w:p>
    <w:p>
      <w:pPr>
        <w:pStyle w:val="ListBullet"/>
      </w:pPr>
      <w:r>
        <w:t>Research, analytical and investigative abilities.</w:t>
      </w:r>
    </w:p>
    <w:p>
      <w:pPr>
        <w:pStyle w:val="ListBullet"/>
      </w:pPr>
      <w:r>
        <w:t>Article writing, editing and proofreading.</w:t>
      </w:r>
    </w:p>
    <w:p>
      <w:pPr>
        <w:pStyle w:val="ListBullet"/>
      </w:pPr>
      <w:r>
        <w:t>Microsoft Office Suite.</w:t>
      </w:r>
    </w:p>
    <w:p>
      <w:pPr>
        <w:pStyle w:val="ListBullet"/>
      </w:pPr>
      <w:r>
        <w:t>Time management and organization.</w:t>
      </w:r>
    </w:p>
    <w:p>
      <w:pPr>
        <w:pStyle w:val="ListBullet"/>
      </w:pPr>
      <w:r>
        <w:t>Problem-solving and critical thinking.</w:t>
      </w:r>
    </w:p>
    <w:p>
      <w:pPr>
        <w:pStyle w:val="ListBullet"/>
      </w:pPr>
      <w:r>
        <w:t>Planning, research and interview skills.</w:t>
      </w:r>
    </w:p>
    <w:p>
      <w:pPr>
        <w:pStyle w:val="ListBullet"/>
      </w:pPr>
      <w:r>
        <w:t>Professionalism and attention to detail.</w:t>
      </w:r>
    </w:p>
    <w:p>
      <w:pPr>
        <w:pStyle w:val="ListBullet"/>
      </w:pPr>
      <w:r>
        <w:t>Ability to work independently and in teams.</w:t>
      </w:r>
    </w:p>
    <w:p>
      <w:r>
        <w:rPr>
          <w:b/>
          <w:color w:val="0F7A7A"/>
          <w:sz w:val="24"/>
        </w:rPr>
        <w:t>LANGUAGES</w:t>
      </w:r>
    </w:p>
    <w:p>
      <w:pPr>
        <w:pStyle w:val="ListBullet"/>
      </w:pPr>
      <w:r>
        <w:t>English (Fluent)</w:t>
      </w:r>
    </w:p>
    <w:p>
      <w:pPr>
        <w:pStyle w:val="ListBullet"/>
      </w:pPr>
      <w:r>
        <w:t>Igbo (Fluent)</w:t>
      </w:r>
    </w:p>
    <w:p>
      <w:pPr>
        <w:pStyle w:val="ListBullet"/>
      </w:pPr>
      <w:r>
        <w:t>Yoruba (Fluent)</w:t>
      </w:r>
    </w:p>
    <w:p>
      <w:r>
        <w:rPr>
          <w:b/>
          <w:color w:val="0F7A7A"/>
          <w:sz w:val="24"/>
        </w:rPr>
        <w:t>REFEREES</w:t>
      </w:r>
    </w:p>
    <w:p>
      <w:r>
        <w:t>Available upon request.</w:t>
      </w:r>
    </w:p>
    <w:sectPr w:rsidR="00FC693F" w:rsidRPr="0006063C" w:rsidSect="00034616">
      <w:pgSz w:w="12240" w:h="15840"/>
      <w:pgMar w:top="1440" w:right="800" w:bottom="1440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