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0"/>
        </w:rPr>
        <w:t>OLORI ELIZABETH FOLASHADE</w:t>
      </w:r>
    </w:p>
    <w:p>
      <w:pPr>
        <w:jc w:val="center"/>
      </w:pPr>
      <w:r>
        <w:rPr>
          <w:b/>
          <w:sz w:val="20"/>
        </w:rPr>
        <w:t>OPERATIONS | CUSTOMER SUPPORT | FINTECH</w:t>
      </w:r>
    </w:p>
    <w:p>
      <w:pPr>
        <w:jc w:val="center"/>
      </w:pPr>
      <w:r>
        <w:rPr>
          <w:sz w:val="18"/>
        </w:rPr>
        <w:t>Lagos, Nigeria  |  +234 815 308 5582  |  Olorifolashade7@gmail.com</w:t>
      </w:r>
    </w:p>
    <w:p>
      <w:pPr>
        <w:spacing w:before="100" w:after="40"/>
      </w:pPr>
      <w:r>
        <w:rPr>
          <w:rFonts w:ascii="Aptos Display" w:hAnsi="Aptos Display"/>
          <w:b/>
          <w:sz w:val="22"/>
        </w:rPr>
        <w:t>PROFESSIONAL SUMMARY</w:t>
      </w:r>
    </w:p>
    <w:p>
      <w:r>
        <w:t>Operations and Customer Support professional with 5+ years of experience across fintech, transaction operations, customer service, administration, sales, and business support. Experienced in monitoring internal dashboards, processing and verifying transactions, investigating discrepancies, maintaining accurate records, and resolving customer issues. Proficient in Microsoft Excel, Google Sheets, Slack, and digital operations tools, with strong attention to detail, confidentiality, communication, and problem-solving. Seeking remote international opportunities in operations, customer support, fintech, and client services.</w:t>
      </w:r>
    </w:p>
    <w:p>
      <w:pPr>
        <w:spacing w:before="100" w:after="40"/>
      </w:pPr>
      <w:r>
        <w:rPr>
          <w:rFonts w:ascii="Aptos Display" w:hAnsi="Aptos Display"/>
          <w:b/>
          <w:sz w:val="22"/>
        </w:rPr>
        <w:t>CORE COMPETENCIES</w:t>
      </w:r>
    </w:p>
    <w:p>
      <w:r>
        <w:t>Operations &amp; Transaction Processing  •  Customer Support &amp; Issue Resolution  •  Dashboard Monitoring  •  Transaction Verification  •  Discrepancy Investigation  •  Data Entry &amp; Record Management  •  Microsoft Excel  •  Google Sheets  •  Slack  •  Administrative Support  •  Client Relationship Management  •  Compliance &amp; Confidentiality  •  Problem Solving  •  Attention to Detail  •  Team Collaboration</w:t>
      </w:r>
    </w:p>
    <w:p>
      <w:pPr>
        <w:spacing w:before="100" w:after="40"/>
      </w:pPr>
      <w:r>
        <w:rPr>
          <w:rFonts w:ascii="Aptos Display" w:hAnsi="Aptos Display"/>
          <w:b/>
          <w:sz w:val="22"/>
        </w:rPr>
        <w:t>PROFESSIONAL EXPERIENCE</w:t>
      </w:r>
    </w:p>
    <w:p>
      <w:pPr>
        <w:spacing w:before="60" w:after="0"/>
      </w:pPr>
      <w:r>
        <w:rPr>
          <w:b/>
          <w:sz w:val="20"/>
        </w:rPr>
        <w:t>Dashboard Operator</w:t>
      </w:r>
      <w:r>
        <w:rPr>
          <w:b/>
        </w:rPr>
        <w:t xml:space="preserve">  |  GCBuying — Lagos, Nigeria</w:t>
      </w:r>
    </w:p>
    <w:p>
      <w:pPr>
        <w:spacing w:after="20"/>
      </w:pPr>
      <w:r>
        <w:rPr>
          <w:i/>
          <w:sz w:val="17"/>
        </w:rPr>
        <w:t>December 2024 – Present</w:t>
      </w:r>
    </w:p>
    <w:p>
      <w:pPr>
        <w:spacing w:after="20"/>
        <w:ind w:left="230" w:hanging="173"/>
      </w:pPr>
      <w:r>
        <w:rPr>
          <w:b/>
        </w:rPr>
        <w:t xml:space="preserve">• </w:t>
      </w:r>
      <w:r>
        <w:t>Monitor and manage an internal trading dashboard to support accurate, efficient day-to-day operations.</w:t>
      </w:r>
    </w:p>
    <w:p>
      <w:pPr>
        <w:spacing w:after="20"/>
        <w:ind w:left="230" w:hanging="173"/>
      </w:pPr>
      <w:r>
        <w:rPr>
          <w:b/>
        </w:rPr>
        <w:t xml:space="preserve">• </w:t>
      </w:r>
      <w:r>
        <w:t>Process and verify gift card transactions while maintaining accuracy and adherence to internal procedures.</w:t>
      </w:r>
    </w:p>
    <w:p>
      <w:pPr>
        <w:spacing w:after="20"/>
        <w:ind w:left="230" w:hanging="173"/>
      </w:pPr>
      <w:r>
        <w:rPr>
          <w:b/>
        </w:rPr>
        <w:t xml:space="preserve">• </w:t>
      </w:r>
      <w:r>
        <w:t>Investigate transaction discrepancies and potentially suspicious activity, escalating issues when required.</w:t>
      </w:r>
    </w:p>
    <w:p>
      <w:pPr>
        <w:spacing w:after="20"/>
        <w:ind w:left="230" w:hanging="173"/>
      </w:pPr>
      <w:r>
        <w:rPr>
          <w:b/>
        </w:rPr>
        <w:t xml:space="preserve">• </w:t>
      </w:r>
      <w:r>
        <w:t>Maintain accurate transaction records using Microsoft Excel, Google Sheets, and internal systems.</w:t>
      </w:r>
    </w:p>
    <w:p>
      <w:pPr>
        <w:spacing w:after="20"/>
        <w:ind w:left="230" w:hanging="173"/>
      </w:pPr>
      <w:r>
        <w:rPr>
          <w:b/>
        </w:rPr>
        <w:t xml:space="preserve">• </w:t>
      </w:r>
      <w:r>
        <w:t>Collaborate with Customer Support via Slack to resolve transaction-related issues and improve customer outcomes.</w:t>
      </w:r>
    </w:p>
    <w:p>
      <w:pPr>
        <w:spacing w:after="20"/>
        <w:ind w:left="230" w:hanging="173"/>
      </w:pPr>
      <w:r>
        <w:rPr>
          <w:b/>
        </w:rPr>
        <w:t xml:space="preserve">• </w:t>
      </w:r>
      <w:r>
        <w:t>Follow company security, compliance, confidentiality, and operational standards when handling sensitive information.</w:t>
      </w:r>
    </w:p>
    <w:p>
      <w:pPr>
        <w:spacing w:before="60" w:after="0"/>
      </w:pPr>
      <w:r>
        <w:rPr>
          <w:b/>
          <w:sz w:val="20"/>
        </w:rPr>
        <w:t>Classroom Teacher &amp; Administrator (NYSC)</w:t>
      </w:r>
      <w:r>
        <w:rPr>
          <w:b/>
        </w:rPr>
        <w:t xml:space="preserve">  |  Apata Grammar School — Ibadan, Nigeria</w:t>
      </w:r>
    </w:p>
    <w:p>
      <w:pPr>
        <w:spacing w:after="20"/>
      </w:pPr>
      <w:r>
        <w:rPr>
          <w:i/>
          <w:sz w:val="17"/>
        </w:rPr>
        <w:t>December 2023 – October 2024</w:t>
      </w:r>
    </w:p>
    <w:p>
      <w:pPr>
        <w:spacing w:after="20"/>
        <w:ind w:left="230" w:hanging="173"/>
      </w:pPr>
      <w:r>
        <w:rPr>
          <w:b/>
        </w:rPr>
        <w:t xml:space="preserve">• </w:t>
      </w:r>
      <w:r>
        <w:t>Delivered classroom instruction while supporting day-to-day administrative operations.</w:t>
      </w:r>
    </w:p>
    <w:p>
      <w:pPr>
        <w:spacing w:after="20"/>
        <w:ind w:left="230" w:hanging="173"/>
      </w:pPr>
      <w:r>
        <w:rPr>
          <w:b/>
        </w:rPr>
        <w:t xml:space="preserve">• </w:t>
      </w:r>
      <w:r>
        <w:t>Maintained student records, documentation, reports, and office files with attention to accuracy.</w:t>
      </w:r>
    </w:p>
    <w:p>
      <w:pPr>
        <w:spacing w:after="20"/>
        <w:ind w:left="230" w:hanging="173"/>
      </w:pPr>
      <w:r>
        <w:rPr>
          <w:b/>
        </w:rPr>
        <w:t xml:space="preserve">• </w:t>
      </w:r>
      <w:r>
        <w:t>Coordinated administrative activities and collaborated with staff to support efficient daily operations.</w:t>
      </w:r>
    </w:p>
    <w:p>
      <w:pPr>
        <w:spacing w:before="60" w:after="0"/>
      </w:pPr>
      <w:r>
        <w:rPr>
          <w:b/>
          <w:sz w:val="20"/>
        </w:rPr>
        <w:t>Manager &amp; Personal Assistant</w:t>
      </w:r>
      <w:r>
        <w:rPr>
          <w:b/>
        </w:rPr>
        <w:t xml:space="preserve">  |  Glorious Ventures — Kogi State, Nigeria</w:t>
      </w:r>
    </w:p>
    <w:p>
      <w:pPr>
        <w:spacing w:after="20"/>
      </w:pPr>
      <w:r>
        <w:rPr>
          <w:i/>
          <w:sz w:val="17"/>
        </w:rPr>
        <w:t>April 2022 – November 2023</w:t>
      </w:r>
    </w:p>
    <w:p>
      <w:pPr>
        <w:spacing w:after="20"/>
        <w:ind w:left="230" w:hanging="173"/>
      </w:pPr>
      <w:r>
        <w:rPr>
          <w:b/>
        </w:rPr>
        <w:t xml:space="preserve">• </w:t>
      </w:r>
      <w:r>
        <w:t>Supported daily business operations, scheduling, documentation, and administrative coordination.</w:t>
      </w:r>
    </w:p>
    <w:p>
      <w:pPr>
        <w:spacing w:after="20"/>
        <w:ind w:left="230" w:hanging="173"/>
      </w:pPr>
      <w:r>
        <w:rPr>
          <w:b/>
        </w:rPr>
        <w:t xml:space="preserve">• </w:t>
      </w:r>
      <w:r>
        <w:t>Maintained business records and organized operational information for efficient access and follow-up.</w:t>
      </w:r>
    </w:p>
    <w:p>
      <w:pPr>
        <w:spacing w:after="20"/>
        <w:ind w:left="230" w:hanging="173"/>
      </w:pPr>
      <w:r>
        <w:rPr>
          <w:b/>
        </w:rPr>
        <w:t xml:space="preserve">• </w:t>
      </w:r>
      <w:r>
        <w:t>Supported customer service activities and contributed to smooth day-to-day business operations.</w:t>
      </w:r>
    </w:p>
    <w:p>
      <w:pPr>
        <w:spacing w:before="60" w:after="0"/>
      </w:pPr>
      <w:r>
        <w:rPr>
          <w:b/>
          <w:sz w:val="20"/>
        </w:rPr>
        <w:t>Customer Service Representative</w:t>
      </w:r>
      <w:r>
        <w:rPr>
          <w:b/>
        </w:rPr>
        <w:t xml:space="preserve">  |  Gomelo Alberto — Kwara State, Nigeria</w:t>
      </w:r>
    </w:p>
    <w:p>
      <w:pPr>
        <w:spacing w:after="20"/>
      </w:pPr>
      <w:r>
        <w:rPr>
          <w:i/>
          <w:sz w:val="17"/>
        </w:rPr>
        <w:t>November 2020 – January 2022</w:t>
      </w:r>
    </w:p>
    <w:p>
      <w:pPr>
        <w:spacing w:after="20"/>
        <w:ind w:left="230" w:hanging="173"/>
      </w:pPr>
      <w:r>
        <w:rPr>
          <w:b/>
        </w:rPr>
        <w:t xml:space="preserve">• </w:t>
      </w:r>
      <w:r>
        <w:t>Handled customer enquiries and complaints, providing professional and timely support.</w:t>
      </w:r>
    </w:p>
    <w:p>
      <w:pPr>
        <w:spacing w:after="20"/>
        <w:ind w:left="230" w:hanging="173"/>
      </w:pPr>
      <w:r>
        <w:rPr>
          <w:b/>
        </w:rPr>
        <w:t xml:space="preserve">• </w:t>
      </w:r>
      <w:r>
        <w:t>Maintained customer records and supported positive, long-term client relationships.</w:t>
      </w:r>
    </w:p>
    <w:p>
      <w:pPr>
        <w:spacing w:after="20"/>
        <w:ind w:left="230" w:hanging="173"/>
      </w:pPr>
      <w:r>
        <w:rPr>
          <w:b/>
        </w:rPr>
        <w:t xml:space="preserve">• </w:t>
      </w:r>
      <w:r>
        <w:t>Communicated clearly with customers to understand issues and provide appropriate resolutions.</w:t>
      </w:r>
    </w:p>
    <w:p>
      <w:pPr>
        <w:spacing w:before="60" w:after="0"/>
      </w:pPr>
      <w:r>
        <w:rPr>
          <w:b/>
          <w:sz w:val="20"/>
        </w:rPr>
        <w:t>Intern &amp; Client Fulfilment Manager</w:t>
      </w:r>
      <w:r>
        <w:rPr>
          <w:b/>
        </w:rPr>
        <w:t xml:space="preserve">  |  Funmis Glamtouch — Kwara State, Nigeria</w:t>
      </w:r>
    </w:p>
    <w:p>
      <w:pPr>
        <w:spacing w:after="20"/>
      </w:pPr>
      <w:r>
        <w:rPr>
          <w:i/>
          <w:sz w:val="17"/>
        </w:rPr>
        <w:t>January 2020 – November 2020</w:t>
      </w:r>
    </w:p>
    <w:p>
      <w:pPr>
        <w:spacing w:after="20"/>
        <w:ind w:left="230" w:hanging="173"/>
      </w:pPr>
      <w:r>
        <w:rPr>
          <w:b/>
        </w:rPr>
        <w:t xml:space="preserve">• </w:t>
      </w:r>
      <w:r>
        <w:t>Managed client appointments, consultations, fulfilment activities, and customer interactions.</w:t>
      </w:r>
    </w:p>
    <w:p>
      <w:pPr>
        <w:spacing w:after="20"/>
        <w:ind w:left="230" w:hanging="173"/>
      </w:pPr>
      <w:r>
        <w:rPr>
          <w:b/>
        </w:rPr>
        <w:t xml:space="preserve">• </w:t>
      </w:r>
      <w:r>
        <w:t>Maintained inventory records and supported efficient service delivery.</w:t>
      </w:r>
    </w:p>
    <w:p>
      <w:pPr>
        <w:spacing w:after="20"/>
        <w:ind w:left="230" w:hanging="173"/>
      </w:pPr>
      <w:r>
        <w:rPr>
          <w:b/>
        </w:rPr>
        <w:t xml:space="preserve">• </w:t>
      </w:r>
      <w:r>
        <w:t>Provided attentive customer service and coordinated client needs from booking through fulfilment.</w:t>
      </w:r>
    </w:p>
    <w:p>
      <w:pPr>
        <w:spacing w:before="60" w:after="0"/>
      </w:pPr>
      <w:r>
        <w:rPr>
          <w:b/>
          <w:sz w:val="20"/>
        </w:rPr>
        <w:t>Sales Representative</w:t>
      </w:r>
      <w:r>
        <w:rPr>
          <w:b/>
        </w:rPr>
        <w:t xml:space="preserve">  |  Kolab Success Oil &amp; Gas — Kogi State, Nigeria</w:t>
      </w:r>
    </w:p>
    <w:p>
      <w:pPr>
        <w:spacing w:after="20"/>
      </w:pPr>
      <w:r>
        <w:rPr>
          <w:i/>
          <w:sz w:val="17"/>
        </w:rPr>
        <w:t>July 2019 – October 2019</w:t>
      </w:r>
    </w:p>
    <w:p>
      <w:pPr>
        <w:spacing w:after="20"/>
        <w:ind w:left="230" w:hanging="173"/>
      </w:pPr>
      <w:r>
        <w:rPr>
          <w:b/>
        </w:rPr>
        <w:t xml:space="preserve">• </w:t>
      </w:r>
      <w:r>
        <w:t>Supported customer sales activities and maintained accurate sales records.</w:t>
      </w:r>
    </w:p>
    <w:p>
      <w:pPr>
        <w:spacing w:after="20"/>
        <w:ind w:left="230" w:hanging="173"/>
      </w:pPr>
      <w:r>
        <w:rPr>
          <w:b/>
        </w:rPr>
        <w:t xml:space="preserve">• </w:t>
      </w:r>
      <w:r>
        <w:t>Built customer relationships and contributed to daily sales and operational activities.</w:t>
      </w:r>
    </w:p>
    <w:p>
      <w:pPr>
        <w:spacing w:before="100" w:after="40"/>
      </w:pPr>
      <w:r>
        <w:rPr>
          <w:rFonts w:ascii="Aptos Display" w:hAnsi="Aptos Display"/>
          <w:b/>
          <w:sz w:val="22"/>
        </w:rPr>
        <w:t>VOLUNTEER EXPERIENCE</w:t>
      </w:r>
    </w:p>
    <w:p>
      <w:pPr>
        <w:spacing w:before="60" w:after="0"/>
      </w:pPr>
      <w:r>
        <w:rPr>
          <w:b/>
          <w:sz w:val="20"/>
        </w:rPr>
        <w:t>ICT Community Development Service (NYSC)</w:t>
      </w:r>
      <w:r>
        <w:rPr>
          <w:b/>
        </w:rPr>
        <w:t xml:space="preserve">  |  Community Development Service — Nigeria</w:t>
      </w:r>
    </w:p>
    <w:p>
      <w:pPr>
        <w:spacing w:after="20"/>
      </w:pPr>
      <w:r>
        <w:rPr>
          <w:i/>
          <w:sz w:val="17"/>
        </w:rPr>
        <w:t>December 2023 – October 2024</w:t>
      </w:r>
    </w:p>
    <w:p>
      <w:pPr>
        <w:spacing w:after="20"/>
        <w:ind w:left="230" w:hanging="173"/>
      </w:pPr>
      <w:r>
        <w:rPr>
          <w:b/>
        </w:rPr>
        <w:t xml:space="preserve">• </w:t>
      </w:r>
      <w:r>
        <w:t>Organized ICT workshops and supported digital literacy training for community participants.</w:t>
      </w:r>
    </w:p>
    <w:p>
      <w:pPr>
        <w:spacing w:after="20"/>
        <w:ind w:left="230" w:hanging="173"/>
      </w:pPr>
      <w:r>
        <w:rPr>
          <w:b/>
        </w:rPr>
        <w:t xml:space="preserve">• </w:t>
      </w:r>
      <w:r>
        <w:t>Collaborated on community outreach projects and provided technical support during events.</w:t>
      </w:r>
    </w:p>
    <w:p>
      <w:pPr>
        <w:spacing w:before="100" w:after="40"/>
      </w:pPr>
      <w:r>
        <w:rPr>
          <w:rFonts w:ascii="Aptos Display" w:hAnsi="Aptos Display"/>
          <w:b/>
          <w:sz w:val="22"/>
        </w:rPr>
        <w:t>EDUCATION</w:t>
      </w:r>
    </w:p>
    <w:p>
      <w:r>
        <w:rPr>
          <w:b/>
        </w:rPr>
        <w:t>B.Sc. (Hons) Public Administration</w:t>
      </w:r>
      <w:r>
        <w:t xml:space="preserve">  |  University of Ilorin, Kwara State</w:t>
      </w:r>
    </w:p>
    <w:p>
      <w:r>
        <w:t>2023</w:t>
      </w:r>
    </w:p>
    <w:p>
      <w:pPr>
        <w:spacing w:before="100" w:after="40"/>
      </w:pPr>
      <w:r>
        <w:rPr>
          <w:rFonts w:ascii="Aptos Display" w:hAnsi="Aptos Display"/>
          <w:b/>
          <w:sz w:val="22"/>
        </w:rPr>
        <w:t>ADDITIONAL INFORMATION</w:t>
      </w:r>
    </w:p>
    <w:p>
      <w:r>
        <w:t>Lagos, Nigeria  |  Open to remote international opportunities</w:t>
      </w:r>
    </w:p>
    <w:sectPr w:rsidR="00FC693F" w:rsidRPr="0006063C" w:rsidSect="00034616">
      <w:pgSz w:w="12240" w:h="15840"/>
      <w:pgMar w:top="648" w:right="936" w:bottom="64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