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934" w:rsidRDefault="009504FD">
      <w:pPr>
        <w:spacing w:after="80"/>
        <w:jc w:val="center"/>
      </w:pPr>
      <w:r>
        <w:rPr>
          <w:rFonts w:ascii="Calibri" w:hAnsi="Calibri"/>
          <w:b/>
          <w:color w:val="1A3A5C"/>
          <w:sz w:val="44"/>
        </w:rPr>
        <w:t>SEGUN OLUTAYO OLOTU</w:t>
      </w:r>
    </w:p>
    <w:p w:rsidR="002A0136" w:rsidRPr="002A0136" w:rsidRDefault="002A0136" w:rsidP="002A0136">
      <w:pPr>
        <w:spacing w:after="80"/>
        <w:rPr>
          <w:rFonts w:ascii="Calibri" w:hAnsi="Calibri"/>
          <w:color w:val="0000FF" w:themeColor="hyperlink"/>
          <w:sz w:val="20"/>
          <w:u w:val="single"/>
        </w:rPr>
      </w:pPr>
      <w:r>
        <w:t xml:space="preserve">                                      </w:t>
      </w:r>
      <w:hyperlink r:id="rId7" w:history="1">
        <w:r w:rsidR="00B07946" w:rsidRPr="00B07946">
          <w:rPr>
            <w:rStyle w:val="Hyperlink"/>
            <w:rFonts w:ascii="Calibri" w:hAnsi="Calibri"/>
            <w:sz w:val="20"/>
          </w:rPr>
          <w:t xml:space="preserve">+234 810 044 0278 | </w:t>
        </w:r>
        <w:r w:rsidR="009504FD" w:rsidRPr="00B07946">
          <w:rPr>
            <w:rStyle w:val="Hyperlink"/>
            <w:rFonts w:ascii="Calibri" w:hAnsi="Calibri"/>
            <w:sz w:val="20"/>
          </w:rPr>
          <w:t>+234</w:t>
        </w:r>
        <w:r w:rsidR="00B07946" w:rsidRPr="00B07946">
          <w:rPr>
            <w:rStyle w:val="Hyperlink"/>
            <w:rFonts w:ascii="Calibri" w:hAnsi="Calibri"/>
            <w:sz w:val="20"/>
          </w:rPr>
          <w:t xml:space="preserve"> 703 292 6118</w:t>
        </w:r>
      </w:hyperlink>
      <w:r w:rsidR="00B07946">
        <w:rPr>
          <w:rFonts w:ascii="Calibri" w:hAnsi="Calibri"/>
          <w:color w:val="555555"/>
          <w:sz w:val="20"/>
        </w:rPr>
        <w:t xml:space="preserve"> | </w:t>
      </w:r>
      <w:hyperlink r:id="rId8" w:history="1">
        <w:r w:rsidR="00B07946" w:rsidRPr="00B07946">
          <w:rPr>
            <w:rStyle w:val="Hyperlink"/>
            <w:rFonts w:ascii="Calibri" w:hAnsi="Calibri"/>
            <w:sz w:val="20"/>
          </w:rPr>
          <w:t>segunolutayoolotu</w:t>
        </w:r>
        <w:r w:rsidR="009504FD" w:rsidRPr="00B07946">
          <w:rPr>
            <w:rStyle w:val="Hyperlink"/>
            <w:rFonts w:ascii="Calibri" w:hAnsi="Calibri"/>
            <w:sz w:val="20"/>
          </w:rPr>
          <w:t>@gmail.com</w:t>
        </w:r>
      </w:hyperlink>
      <w:r>
        <w:rPr>
          <w:rStyle w:val="Hyperlink"/>
          <w:rFonts w:ascii="Calibri" w:hAnsi="Calibri"/>
          <w:sz w:val="20"/>
        </w:rPr>
        <w:t xml:space="preserve"> </w:t>
      </w:r>
    </w:p>
    <w:p w:rsidR="00681934" w:rsidRDefault="009504FD">
      <w:pPr>
        <w:pBdr>
          <w:bottom w:val="single" w:sz="16" w:space="4" w:color="1A3A5C"/>
        </w:pBdr>
        <w:jc w:val="center"/>
        <w:rPr>
          <w:rFonts w:ascii="Calibri" w:hAnsi="Calibri"/>
          <w:color w:val="555555"/>
          <w:sz w:val="20"/>
        </w:rPr>
      </w:pPr>
      <w:r>
        <w:rPr>
          <w:rFonts w:ascii="Calibri" w:hAnsi="Calibri"/>
          <w:color w:val="555555"/>
          <w:sz w:val="20"/>
        </w:rPr>
        <w:t>Oba Ile Housing Estate, Akure, Ondo State, Nigeria</w:t>
      </w:r>
    </w:p>
    <w:p w:rsidR="002A0136" w:rsidRDefault="00D5682D">
      <w:pPr>
        <w:pBdr>
          <w:bottom w:val="single" w:sz="16" w:space="4" w:color="1A3A5C"/>
        </w:pBdr>
        <w:jc w:val="center"/>
      </w:pPr>
      <w:hyperlink r:id="rId9" w:history="1">
        <w:r w:rsidR="002A0136" w:rsidRPr="002A0136">
          <w:rPr>
            <w:rStyle w:val="Hyperlink"/>
            <w:rFonts w:ascii="Calibri" w:hAnsi="Calibri"/>
            <w:sz w:val="20"/>
          </w:rPr>
          <w:t>www.linkedin.com/in/segun-olotu-476238225</w:t>
        </w:r>
      </w:hyperlink>
    </w:p>
    <w:p w:rsidR="00681934" w:rsidRDefault="009504FD">
      <w:pPr>
        <w:pBdr>
          <w:bottom w:val="single" w:sz="12" w:space="4" w:color="2E74B5"/>
        </w:pBdr>
        <w:spacing w:before="280" w:after="80"/>
      </w:pPr>
      <w:r>
        <w:rPr>
          <w:rFonts w:ascii="Calibri" w:hAnsi="Calibri"/>
          <w:b/>
          <w:color w:val="1A3A5C"/>
          <w:sz w:val="24"/>
        </w:rPr>
        <w:t>PROFESSIONAL SUMMARY</w:t>
      </w:r>
    </w:p>
    <w:p w:rsidR="00681934" w:rsidRPr="000F6E5F" w:rsidRDefault="0046799E" w:rsidP="000F6E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E5F">
        <w:rPr>
          <w:rFonts w:ascii="Times New Roman" w:hAnsi="Times New Roman" w:cs="Times New Roman"/>
          <w:sz w:val="24"/>
          <w:szCs w:val="24"/>
        </w:rPr>
        <w:t>Multidisciplinary professional with National Diploma in Computer Engineering at Rufus Giwa Polytechnic owo, Ondo State,</w:t>
      </w:r>
      <w:r w:rsidR="00B07946" w:rsidRPr="000F6E5F">
        <w:rPr>
          <w:rFonts w:ascii="Times New Roman" w:hAnsi="Times New Roman" w:cs="Times New Roman"/>
          <w:sz w:val="24"/>
          <w:szCs w:val="24"/>
        </w:rPr>
        <w:t xml:space="preserve"> and B</w:t>
      </w:r>
      <w:r w:rsidR="000F6E5F">
        <w:rPr>
          <w:rFonts w:ascii="Times New Roman" w:hAnsi="Times New Roman" w:cs="Times New Roman"/>
          <w:sz w:val="24"/>
          <w:szCs w:val="24"/>
        </w:rPr>
        <w:t>achelors degree</w:t>
      </w:r>
      <w:r w:rsidR="00B07946" w:rsidRPr="000F6E5F">
        <w:rPr>
          <w:rFonts w:ascii="Times New Roman" w:hAnsi="Times New Roman" w:cs="Times New Roman"/>
          <w:sz w:val="24"/>
          <w:szCs w:val="24"/>
        </w:rPr>
        <w:t xml:space="preserve"> in Agrometeorology &amp; </w:t>
      </w:r>
      <w:r w:rsidRPr="000F6E5F">
        <w:rPr>
          <w:rFonts w:ascii="Times New Roman" w:hAnsi="Times New Roman" w:cs="Times New Roman"/>
          <w:sz w:val="24"/>
          <w:szCs w:val="24"/>
        </w:rPr>
        <w:t>Water Resources Management from Federal University Oye Ekiti (FUOYE). Unique combination of IT/Technology</w:t>
      </w:r>
      <w:r w:rsidR="008432D2">
        <w:rPr>
          <w:rFonts w:ascii="Times New Roman" w:hAnsi="Times New Roman" w:cs="Times New Roman"/>
          <w:sz w:val="24"/>
          <w:szCs w:val="24"/>
        </w:rPr>
        <w:t xml:space="preserve"> (spanning university MIS, hospital EMR systems and polytechnic ICT operations, managed enterprise IT infrastructure for 500+ user including LAN/WAN deployment across multiple departments, window server administration, CBT Centre networking for higher stake exams (JAMB), portal management and HMS/EMR support)</w:t>
      </w:r>
      <w:r w:rsidR="00227241">
        <w:rPr>
          <w:rFonts w:ascii="Times New Roman" w:hAnsi="Times New Roman" w:cs="Times New Roman"/>
          <w:sz w:val="24"/>
          <w:szCs w:val="24"/>
        </w:rPr>
        <w:t xml:space="preserve">, </w:t>
      </w:r>
      <w:r w:rsidRPr="000F6E5F">
        <w:rPr>
          <w:rFonts w:ascii="Times New Roman" w:hAnsi="Times New Roman" w:cs="Times New Roman"/>
          <w:sz w:val="24"/>
          <w:szCs w:val="24"/>
        </w:rPr>
        <w:t>Climate Data Analysis, a</w:t>
      </w:r>
      <w:r w:rsidR="00227241">
        <w:rPr>
          <w:rFonts w:ascii="Times New Roman" w:hAnsi="Times New Roman" w:cs="Times New Roman"/>
          <w:sz w:val="24"/>
          <w:szCs w:val="24"/>
        </w:rPr>
        <w:t xml:space="preserve">nd Water Resources Engineering. </w:t>
      </w:r>
      <w:r w:rsidRPr="000F6E5F">
        <w:rPr>
          <w:rFonts w:ascii="Times New Roman" w:hAnsi="Times New Roman" w:cs="Times New Roman"/>
          <w:sz w:val="24"/>
          <w:szCs w:val="24"/>
        </w:rPr>
        <w:t>Expert in GIS mapping (QGIS), water quality testing, borehole supervision, farm clima</w:t>
      </w:r>
      <w:r w:rsidR="00227241">
        <w:rPr>
          <w:rFonts w:ascii="Times New Roman" w:hAnsi="Times New Roman" w:cs="Times New Roman"/>
          <w:sz w:val="24"/>
          <w:szCs w:val="24"/>
        </w:rPr>
        <w:t xml:space="preserve">te advisory, and EIA reporting. </w:t>
      </w:r>
      <w:r w:rsidRPr="000F6E5F">
        <w:rPr>
          <w:rFonts w:ascii="Times New Roman" w:hAnsi="Times New Roman" w:cs="Times New Roman"/>
          <w:sz w:val="24"/>
          <w:szCs w:val="24"/>
        </w:rPr>
        <w:t>Currently pursuing MBA Agri</w:t>
      </w:r>
      <w:r w:rsidR="00227241">
        <w:rPr>
          <w:rFonts w:ascii="Times New Roman" w:hAnsi="Times New Roman" w:cs="Times New Roman"/>
          <w:sz w:val="24"/>
          <w:szCs w:val="24"/>
        </w:rPr>
        <w:t>busine</w:t>
      </w:r>
      <w:bookmarkStart w:id="0" w:name="_GoBack"/>
      <w:bookmarkEnd w:id="0"/>
      <w:r w:rsidR="00227241">
        <w:rPr>
          <w:rFonts w:ascii="Times New Roman" w:hAnsi="Times New Roman" w:cs="Times New Roman"/>
          <w:sz w:val="24"/>
          <w:szCs w:val="24"/>
        </w:rPr>
        <w:t xml:space="preserve">ss/Project Management. </w:t>
      </w:r>
      <w:r w:rsidRPr="000F6E5F">
        <w:rPr>
          <w:rFonts w:ascii="Times New Roman" w:hAnsi="Times New Roman" w:cs="Times New Roman"/>
          <w:sz w:val="24"/>
          <w:szCs w:val="24"/>
        </w:rPr>
        <w:t>Seeking roles as WASH Project Officer / Climate &amp; Water Consultant / Farm Technology O</w:t>
      </w:r>
      <w:r w:rsidR="00634D1A" w:rsidRPr="000F6E5F">
        <w:rPr>
          <w:rFonts w:ascii="Times New Roman" w:hAnsi="Times New Roman" w:cs="Times New Roman"/>
          <w:sz w:val="24"/>
          <w:szCs w:val="24"/>
        </w:rPr>
        <w:t>fficer / Environmental Officer</w:t>
      </w:r>
      <w:r w:rsidR="00B07946" w:rsidRPr="000F6E5F">
        <w:rPr>
          <w:rFonts w:ascii="Times New Roman" w:hAnsi="Times New Roman" w:cs="Times New Roman"/>
          <w:sz w:val="24"/>
          <w:szCs w:val="24"/>
        </w:rPr>
        <w:t>/ IT Support Lead</w:t>
      </w:r>
      <w:r w:rsidR="00634D1A" w:rsidRPr="000F6E5F">
        <w:rPr>
          <w:rFonts w:ascii="Times New Roman" w:hAnsi="Times New Roman" w:cs="Times New Roman"/>
          <w:sz w:val="24"/>
          <w:szCs w:val="24"/>
        </w:rPr>
        <w:t>.</w:t>
      </w:r>
    </w:p>
    <w:p w:rsidR="00681934" w:rsidRDefault="009504FD">
      <w:pPr>
        <w:pBdr>
          <w:bottom w:val="single" w:sz="12" w:space="4" w:color="2E74B5"/>
        </w:pBdr>
        <w:spacing w:before="280" w:after="80"/>
      </w:pPr>
      <w:r>
        <w:rPr>
          <w:rFonts w:ascii="Calibri" w:hAnsi="Calibri"/>
          <w:b/>
          <w:color w:val="1A3A5C"/>
          <w:sz w:val="24"/>
        </w:rPr>
        <w:t>EDUCATION</w:t>
      </w:r>
    </w:p>
    <w:p w:rsidR="0046799E" w:rsidRDefault="0046799E">
      <w:pPr>
        <w:spacing w:before="120" w:after="0"/>
        <w:rPr>
          <w:rFonts w:ascii="Calibri" w:hAnsi="Calibri"/>
          <w:color w:val="1F1F1F"/>
        </w:rPr>
      </w:pPr>
      <w:r>
        <w:rPr>
          <w:rFonts w:ascii="Calibri" w:hAnsi="Calibri"/>
          <w:b/>
          <w:color w:val="1F1F1F"/>
        </w:rPr>
        <w:t xml:space="preserve">MBA Project Management/ Agribusiness (In view) </w:t>
      </w:r>
      <w:r w:rsidRPr="0046799E">
        <w:rPr>
          <w:rFonts w:ascii="Calibri" w:hAnsi="Calibri"/>
          <w:b/>
          <w:i/>
          <w:color w:val="7F7F7F" w:themeColor="text1" w:themeTint="80"/>
        </w:rPr>
        <w:t>/ 2026-2028</w:t>
      </w:r>
    </w:p>
    <w:p w:rsidR="0046799E" w:rsidRPr="0046799E" w:rsidRDefault="0046799E">
      <w:pPr>
        <w:spacing w:before="120" w:after="0"/>
        <w:rPr>
          <w:rFonts w:ascii="Calibri" w:hAnsi="Calibri"/>
          <w:i/>
          <w:color w:val="4F81BD" w:themeColor="accent1"/>
        </w:rPr>
      </w:pPr>
      <w:r w:rsidRPr="0046799E">
        <w:rPr>
          <w:rFonts w:ascii="Calibri" w:hAnsi="Calibri"/>
          <w:i/>
          <w:color w:val="4F81BD" w:themeColor="accent1"/>
        </w:rPr>
        <w:t>Adekunle Ajasin University Akungba Akoko, Ondo State</w:t>
      </w:r>
    </w:p>
    <w:p w:rsidR="0046799E" w:rsidRPr="0046799E" w:rsidRDefault="009504FD">
      <w:pPr>
        <w:spacing w:before="120" w:after="0"/>
        <w:rPr>
          <w:rFonts w:ascii="Calibri" w:hAnsi="Calibri"/>
          <w:i/>
          <w:color w:val="555555"/>
          <w:sz w:val="21"/>
        </w:rPr>
      </w:pPr>
      <w:r>
        <w:rPr>
          <w:rFonts w:ascii="Calibri" w:hAnsi="Calibri"/>
          <w:b/>
          <w:color w:val="1F1F1F"/>
        </w:rPr>
        <w:t xml:space="preserve">Bachelor of </w:t>
      </w:r>
      <w:r w:rsidR="0046799E">
        <w:rPr>
          <w:rFonts w:ascii="Calibri" w:hAnsi="Calibri"/>
          <w:b/>
          <w:color w:val="1F1F1F"/>
        </w:rPr>
        <w:t>Sciences</w:t>
      </w:r>
      <w:r>
        <w:rPr>
          <w:rFonts w:ascii="Calibri" w:hAnsi="Calibri"/>
          <w:b/>
          <w:color w:val="1F1F1F"/>
        </w:rPr>
        <w:t xml:space="preserve"> — Water Resources Management &amp; Agro-Meteorology</w:t>
      </w:r>
      <w:r>
        <w:rPr>
          <w:rFonts w:ascii="Calibri" w:hAnsi="Calibri"/>
          <w:i/>
          <w:color w:val="555555"/>
          <w:sz w:val="21"/>
        </w:rPr>
        <w:t xml:space="preserve">   |   2015 – 2020</w:t>
      </w:r>
    </w:p>
    <w:p w:rsidR="00681934" w:rsidRDefault="009504FD">
      <w:pPr>
        <w:spacing w:before="20" w:after="0"/>
      </w:pPr>
      <w:r>
        <w:rPr>
          <w:rFonts w:ascii="Calibri" w:hAnsi="Calibri"/>
          <w:i/>
          <w:color w:val="2E74B5"/>
          <w:sz w:val="21"/>
        </w:rPr>
        <w:t>Federal University Oye Ekiti, Ekiti State</w:t>
      </w:r>
    </w:p>
    <w:p w:rsidR="00681934" w:rsidRDefault="009504FD">
      <w:pPr>
        <w:spacing w:before="20" w:after="80"/>
      </w:pPr>
      <w:r>
        <w:rPr>
          <w:rFonts w:ascii="Calibri" w:hAnsi="Calibri"/>
          <w:i/>
          <w:color w:val="555555"/>
          <w:sz w:val="20"/>
        </w:rPr>
        <w:t xml:space="preserve">Dissertation: </w:t>
      </w:r>
      <w:r w:rsidR="009A28E1">
        <w:rPr>
          <w:rFonts w:ascii="Calibri" w:hAnsi="Calibri"/>
          <w:i/>
          <w:color w:val="555555"/>
          <w:sz w:val="20"/>
        </w:rPr>
        <w:t>Geospatial Assessment of flood susceptibility in Ado Ekiti metropolis using Remote Sensing and GIS Techniques</w:t>
      </w:r>
    </w:p>
    <w:p w:rsidR="00681934" w:rsidRDefault="009504FD">
      <w:pPr>
        <w:spacing w:before="120" w:after="0"/>
      </w:pPr>
      <w:r>
        <w:rPr>
          <w:rFonts w:ascii="Calibri" w:hAnsi="Calibri"/>
          <w:b/>
          <w:color w:val="1F1F1F"/>
        </w:rPr>
        <w:t>National Diploma — Computer Engineering Technology</w:t>
      </w:r>
      <w:r>
        <w:rPr>
          <w:rFonts w:ascii="Calibri" w:hAnsi="Calibri"/>
          <w:i/>
          <w:color w:val="555555"/>
          <w:sz w:val="21"/>
        </w:rPr>
        <w:t xml:space="preserve">   |   2011 – 2013</w:t>
      </w:r>
    </w:p>
    <w:p w:rsidR="00681934" w:rsidRDefault="009504FD">
      <w:pPr>
        <w:spacing w:before="20" w:after="0"/>
      </w:pPr>
      <w:r>
        <w:rPr>
          <w:rFonts w:ascii="Calibri" w:hAnsi="Calibri"/>
          <w:i/>
          <w:color w:val="2E74B5"/>
          <w:sz w:val="21"/>
        </w:rPr>
        <w:t>Rufus Giwa Polytechnic Owo, Ondo State</w:t>
      </w:r>
    </w:p>
    <w:p w:rsidR="00681934" w:rsidRDefault="009504FD">
      <w:pPr>
        <w:spacing w:before="20" w:after="80"/>
      </w:pPr>
      <w:r>
        <w:rPr>
          <w:rFonts w:ascii="Calibri" w:hAnsi="Calibri"/>
          <w:i/>
          <w:color w:val="555555"/>
          <w:sz w:val="20"/>
        </w:rPr>
        <w:t xml:space="preserve">Dissertation: </w:t>
      </w:r>
      <w:r w:rsidR="00AF786B">
        <w:rPr>
          <w:rFonts w:ascii="Calibri" w:hAnsi="Calibri"/>
          <w:i/>
          <w:color w:val="555555"/>
          <w:sz w:val="20"/>
        </w:rPr>
        <w:t xml:space="preserve">Design and Implementation of a secure File Sharing System Between Two Computer Systems Using Wireless Local </w:t>
      </w:r>
      <w:r w:rsidR="009A28E1">
        <w:rPr>
          <w:rFonts w:ascii="Calibri" w:hAnsi="Calibri"/>
          <w:i/>
          <w:color w:val="555555"/>
          <w:sz w:val="20"/>
        </w:rPr>
        <w:t>Area Network (WLAN)</w:t>
      </w:r>
    </w:p>
    <w:p w:rsidR="00681934" w:rsidRDefault="00AF786B">
      <w:pPr>
        <w:spacing w:before="120" w:after="0"/>
      </w:pPr>
      <w:r>
        <w:rPr>
          <w:rFonts w:ascii="Calibri" w:hAnsi="Calibri"/>
          <w:b/>
          <w:color w:val="1F1F1F"/>
        </w:rPr>
        <w:t>WAEC (West African Examinations Council)</w:t>
      </w:r>
      <w:r w:rsidR="0046799E">
        <w:rPr>
          <w:rFonts w:ascii="Calibri" w:hAnsi="Calibri"/>
          <w:i/>
          <w:color w:val="555555"/>
          <w:sz w:val="21"/>
        </w:rPr>
        <w:t xml:space="preserve">   |   201</w:t>
      </w:r>
      <w:r>
        <w:rPr>
          <w:rFonts w:ascii="Calibri" w:hAnsi="Calibri"/>
          <w:i/>
          <w:color w:val="555555"/>
          <w:sz w:val="21"/>
        </w:rPr>
        <w:t>2</w:t>
      </w:r>
    </w:p>
    <w:p w:rsidR="00681934" w:rsidRDefault="00AF786B">
      <w:pPr>
        <w:spacing w:before="20" w:after="0"/>
      </w:pPr>
      <w:r>
        <w:rPr>
          <w:rFonts w:ascii="Calibri" w:hAnsi="Calibri"/>
          <w:i/>
          <w:color w:val="2E74B5"/>
          <w:sz w:val="21"/>
        </w:rPr>
        <w:t>Era High School Oba Akoko, Ondo State</w:t>
      </w:r>
    </w:p>
    <w:p w:rsidR="00681934" w:rsidRDefault="00AF786B">
      <w:pPr>
        <w:spacing w:before="120" w:after="0"/>
      </w:pPr>
      <w:r>
        <w:rPr>
          <w:rFonts w:ascii="Calibri" w:hAnsi="Calibri"/>
          <w:b/>
          <w:color w:val="1F1F1F"/>
        </w:rPr>
        <w:t>NABTEB Certificate</w:t>
      </w:r>
      <w:r w:rsidR="009504FD">
        <w:rPr>
          <w:rFonts w:ascii="Calibri" w:hAnsi="Calibri"/>
          <w:i/>
          <w:color w:val="555555"/>
          <w:sz w:val="21"/>
        </w:rPr>
        <w:t xml:space="preserve"> |   201</w:t>
      </w:r>
      <w:r>
        <w:rPr>
          <w:rFonts w:ascii="Calibri" w:hAnsi="Calibri"/>
          <w:i/>
          <w:color w:val="555555"/>
          <w:sz w:val="21"/>
        </w:rPr>
        <w:t>1</w:t>
      </w:r>
    </w:p>
    <w:p w:rsidR="00681934" w:rsidRDefault="00AF786B" w:rsidP="00147E72">
      <w:pPr>
        <w:spacing w:before="20" w:after="0"/>
      </w:pPr>
      <w:r>
        <w:rPr>
          <w:rFonts w:ascii="Calibri" w:hAnsi="Calibri"/>
          <w:i/>
          <w:color w:val="2E74B5"/>
          <w:sz w:val="21"/>
        </w:rPr>
        <w:t xml:space="preserve">Scholars Vocational Education College Okede, Supare Akoko, </w:t>
      </w:r>
      <w:r w:rsidR="009504FD">
        <w:rPr>
          <w:rFonts w:ascii="Calibri" w:hAnsi="Calibri"/>
          <w:i/>
          <w:color w:val="2E74B5"/>
          <w:sz w:val="21"/>
        </w:rPr>
        <w:t>Ondo State</w:t>
      </w:r>
    </w:p>
    <w:p w:rsidR="00681934" w:rsidRDefault="009504FD">
      <w:pPr>
        <w:spacing w:before="120" w:after="0"/>
      </w:pPr>
      <w:r>
        <w:rPr>
          <w:rFonts w:ascii="Calibri" w:hAnsi="Calibri"/>
          <w:b/>
          <w:color w:val="1F1F1F"/>
        </w:rPr>
        <w:t>Primary School Leaving Certificate</w:t>
      </w:r>
      <w:r>
        <w:rPr>
          <w:rFonts w:ascii="Calibri" w:hAnsi="Calibri"/>
          <w:i/>
          <w:color w:val="555555"/>
          <w:sz w:val="21"/>
        </w:rPr>
        <w:t xml:space="preserve">   |   2005</w:t>
      </w:r>
    </w:p>
    <w:p w:rsidR="00681934" w:rsidRDefault="009504FD" w:rsidP="00634D1A">
      <w:pPr>
        <w:spacing w:before="20" w:after="0"/>
        <w:rPr>
          <w:rFonts w:ascii="Calibri" w:hAnsi="Calibri"/>
          <w:i/>
          <w:color w:val="2E74B5"/>
          <w:sz w:val="21"/>
        </w:rPr>
      </w:pPr>
      <w:r>
        <w:rPr>
          <w:rFonts w:ascii="Calibri" w:hAnsi="Calibri"/>
          <w:i/>
          <w:color w:val="2E74B5"/>
          <w:sz w:val="21"/>
        </w:rPr>
        <w:lastRenderedPageBreak/>
        <w:t>Victory Nursery and Primary School, Ugbe Akoko, Ondo State</w:t>
      </w:r>
    </w:p>
    <w:p w:rsidR="00634D1A" w:rsidRDefault="00634D1A" w:rsidP="00634D1A">
      <w:pPr>
        <w:pBdr>
          <w:bottom w:val="single" w:sz="12" w:space="4" w:color="2E74B5"/>
        </w:pBdr>
        <w:spacing w:before="280" w:after="80"/>
      </w:pPr>
      <w:r>
        <w:rPr>
          <w:rFonts w:ascii="Calibri" w:hAnsi="Calibri"/>
          <w:b/>
          <w:color w:val="1A3A5C"/>
          <w:sz w:val="24"/>
        </w:rPr>
        <w:t>TECHNICAL SKILLS</w:t>
      </w:r>
    </w:p>
    <w:p w:rsidR="00634D1A" w:rsidRDefault="00634D1A" w:rsidP="00634D1A">
      <w:pPr>
        <w:spacing w:before="80" w:after="0"/>
        <w:rPr>
          <w:rFonts w:ascii="Calibri" w:hAnsi="Calibri"/>
          <w:sz w:val="21"/>
        </w:rPr>
      </w:pPr>
      <w:r>
        <w:rPr>
          <w:rFonts w:ascii="Calibri" w:hAnsi="Calibri"/>
          <w:b/>
          <w:color w:val="1A3A5C"/>
          <w:sz w:val="21"/>
        </w:rPr>
        <w:t xml:space="preserve">Water &amp; Environmental: </w:t>
      </w:r>
      <w:r w:rsidR="002F2955" w:rsidRPr="002F2955">
        <w:rPr>
          <w:rFonts w:ascii="Calibri" w:hAnsi="Calibri"/>
          <w:sz w:val="21"/>
        </w:rPr>
        <w:t>Borehole Drilling Supervision</w:t>
      </w:r>
      <w:r w:rsidR="002F2955">
        <w:rPr>
          <w:rFonts w:ascii="Calibri" w:hAnsi="Calibri"/>
          <w:sz w:val="21"/>
        </w:rPr>
        <w:t>, logging &amp; pumping Test, Water Quality Sampling &amp; Lab Analysis (SON/WHO Standards), Water Treatment Design &amp; EIA Report Writing, Hydrogeological Mapping.</w:t>
      </w:r>
    </w:p>
    <w:p w:rsidR="002F2955" w:rsidRPr="002F2955" w:rsidRDefault="002F2955" w:rsidP="00634D1A">
      <w:pPr>
        <w:spacing w:before="80" w:after="0"/>
      </w:pPr>
      <w:r>
        <w:rPr>
          <w:rFonts w:ascii="Calibri" w:hAnsi="Calibri"/>
          <w:b/>
          <w:color w:val="1A3A5C"/>
          <w:sz w:val="21"/>
        </w:rPr>
        <w:t xml:space="preserve">Agrometeorology/Climate Skills: </w:t>
      </w:r>
      <w:r>
        <w:rPr>
          <w:rFonts w:ascii="Calibri" w:hAnsi="Calibri"/>
          <w:sz w:val="21"/>
        </w:rPr>
        <w:t>Weather Data Analysis (NIMET), Rainfall Forecasting, Climate-Smart Agriculture Advisory, Crop- Water Requirement Calculation, Early Warning Systems for Farmers.</w:t>
      </w:r>
    </w:p>
    <w:p w:rsidR="00634D1A" w:rsidRDefault="00634D1A" w:rsidP="00634D1A">
      <w:pPr>
        <w:spacing w:before="80" w:after="0"/>
      </w:pPr>
      <w:r>
        <w:rPr>
          <w:rFonts w:ascii="Calibri" w:hAnsi="Calibri"/>
          <w:b/>
          <w:color w:val="1A3A5C"/>
          <w:sz w:val="21"/>
        </w:rPr>
        <w:t xml:space="preserve">IT &amp; Computing: </w:t>
      </w:r>
      <w:r w:rsidR="008432D2" w:rsidRPr="00114789">
        <w:rPr>
          <w:rFonts w:ascii="Calibri" w:hAnsi="Calibri"/>
          <w:b/>
          <w:sz w:val="21"/>
        </w:rPr>
        <w:t>Networking</w:t>
      </w:r>
      <w:r w:rsidR="008432D2" w:rsidRPr="00114789">
        <w:rPr>
          <w:rFonts w:ascii="Calibri" w:hAnsi="Calibri"/>
          <w:b/>
          <w:i/>
          <w:sz w:val="21"/>
        </w:rPr>
        <w:t>:</w:t>
      </w:r>
      <w:r w:rsidR="008432D2" w:rsidRPr="00114789">
        <w:rPr>
          <w:rFonts w:ascii="Calibri" w:hAnsi="Calibri"/>
          <w:i/>
          <w:sz w:val="21"/>
        </w:rPr>
        <w:t xml:space="preserve"> LAN/WAN design, switch/router </w:t>
      </w:r>
      <w:r w:rsidR="00AF2D56" w:rsidRPr="00114789">
        <w:rPr>
          <w:rFonts w:ascii="Calibri" w:hAnsi="Calibri"/>
          <w:i/>
          <w:sz w:val="21"/>
        </w:rPr>
        <w:t>Config</w:t>
      </w:r>
      <w:r w:rsidR="008432D2" w:rsidRPr="00114789">
        <w:rPr>
          <w:rFonts w:ascii="Calibri" w:hAnsi="Calibri"/>
          <w:i/>
          <w:sz w:val="21"/>
        </w:rPr>
        <w:t>, TCP/IP</w:t>
      </w:r>
      <w:r w:rsidR="00AF2D56" w:rsidRPr="00114789">
        <w:rPr>
          <w:rFonts w:ascii="Calibri" w:hAnsi="Calibri"/>
          <w:i/>
          <w:sz w:val="21"/>
        </w:rPr>
        <w:t xml:space="preserve">, Subnetting, Crimping, Wifi AP Management, </w:t>
      </w:r>
      <w:r w:rsidR="00AF2D56" w:rsidRPr="00114789">
        <w:rPr>
          <w:rFonts w:ascii="Calibri" w:hAnsi="Calibri"/>
          <w:b/>
          <w:sz w:val="21"/>
        </w:rPr>
        <w:t>Systems Admin:</w:t>
      </w:r>
      <w:r w:rsidR="00AF2D56">
        <w:rPr>
          <w:rFonts w:ascii="Calibri" w:hAnsi="Calibri"/>
          <w:sz w:val="21"/>
        </w:rPr>
        <w:t xml:space="preserve"> </w:t>
      </w:r>
      <w:r w:rsidR="00AF2D56" w:rsidRPr="00114789">
        <w:rPr>
          <w:rFonts w:ascii="Calibri" w:hAnsi="Calibri"/>
          <w:i/>
          <w:sz w:val="21"/>
        </w:rPr>
        <w:t>Window Server 2012/2019,Active Directory,Group policy, System Cloning, Backup &amp; Recovery,</w:t>
      </w:r>
      <w:r w:rsidR="00AF2D56">
        <w:rPr>
          <w:rFonts w:ascii="Calibri" w:hAnsi="Calibri"/>
          <w:sz w:val="21"/>
        </w:rPr>
        <w:t xml:space="preserve"> </w:t>
      </w:r>
      <w:r w:rsidR="00AF2D56" w:rsidRPr="00114789">
        <w:rPr>
          <w:rFonts w:ascii="Calibri" w:hAnsi="Calibri"/>
          <w:b/>
          <w:sz w:val="21"/>
        </w:rPr>
        <w:t>Infrastructure:</w:t>
      </w:r>
      <w:r w:rsidR="00AF2D56">
        <w:rPr>
          <w:rFonts w:ascii="Calibri" w:hAnsi="Calibri"/>
          <w:sz w:val="21"/>
        </w:rPr>
        <w:t xml:space="preserve"> </w:t>
      </w:r>
      <w:r w:rsidR="00AF2D56" w:rsidRPr="00114789">
        <w:rPr>
          <w:rFonts w:ascii="Calibri" w:hAnsi="Calibri"/>
          <w:i/>
          <w:sz w:val="21"/>
        </w:rPr>
        <w:t>Portal Admin (Student Portal, JAMB CAPS), MIS Support,CBT centre Setup (300+ concurrent), Printer Networking</w:t>
      </w:r>
      <w:r w:rsidR="00AF2D56" w:rsidRPr="00114789">
        <w:rPr>
          <w:rFonts w:ascii="Calibri" w:hAnsi="Calibri"/>
          <w:b/>
          <w:i/>
          <w:sz w:val="21"/>
        </w:rPr>
        <w:t>,</w:t>
      </w:r>
      <w:r w:rsidR="00AF2D56" w:rsidRPr="00114789">
        <w:rPr>
          <w:rFonts w:ascii="Calibri" w:hAnsi="Calibri"/>
          <w:b/>
          <w:sz w:val="21"/>
        </w:rPr>
        <w:t xml:space="preserve"> Healthcare IT</w:t>
      </w:r>
      <w:r w:rsidR="00AF2D56">
        <w:rPr>
          <w:rFonts w:ascii="Calibri" w:hAnsi="Calibri"/>
          <w:sz w:val="21"/>
        </w:rPr>
        <w:t xml:space="preserve">: </w:t>
      </w:r>
      <w:r w:rsidR="00AF2D56" w:rsidRPr="00114789">
        <w:rPr>
          <w:rFonts w:ascii="Calibri" w:hAnsi="Calibri"/>
          <w:i/>
          <w:sz w:val="21"/>
        </w:rPr>
        <w:t xml:space="preserve">HMS/EMR support (FMC Owo)- Data &amp; Server Support, User Training, </w:t>
      </w:r>
      <w:r w:rsidR="00114789" w:rsidRPr="00114789">
        <w:rPr>
          <w:rFonts w:ascii="Calibri" w:hAnsi="Calibri"/>
          <w:b/>
          <w:sz w:val="21"/>
        </w:rPr>
        <w:t xml:space="preserve">Hardware </w:t>
      </w:r>
      <w:r w:rsidR="00114789" w:rsidRPr="00114789">
        <w:rPr>
          <w:rFonts w:ascii="Calibri" w:hAnsi="Calibri"/>
          <w:b/>
          <w:i/>
          <w:sz w:val="21"/>
        </w:rPr>
        <w:t>:</w:t>
      </w:r>
      <w:r w:rsidR="00114789" w:rsidRPr="00114789">
        <w:rPr>
          <w:rFonts w:ascii="Calibri" w:hAnsi="Calibri"/>
          <w:i/>
          <w:sz w:val="21"/>
        </w:rPr>
        <w:t xml:space="preserve"> Repair 0f 100+ Desktops/laptops, Motherboard Troubleshooting, UPS Management ,</w:t>
      </w:r>
      <w:r w:rsidR="00114789">
        <w:rPr>
          <w:rFonts w:ascii="Calibri" w:hAnsi="Calibri"/>
          <w:sz w:val="21"/>
        </w:rPr>
        <w:t xml:space="preserve"> </w:t>
      </w:r>
      <w:r w:rsidR="00114789" w:rsidRPr="00114789">
        <w:rPr>
          <w:rFonts w:ascii="Calibri" w:hAnsi="Calibri"/>
          <w:b/>
          <w:sz w:val="21"/>
        </w:rPr>
        <w:t>Support:</w:t>
      </w:r>
      <w:r w:rsidR="00114789">
        <w:rPr>
          <w:rFonts w:ascii="Calibri" w:hAnsi="Calibri"/>
          <w:sz w:val="21"/>
        </w:rPr>
        <w:t xml:space="preserve"> </w:t>
      </w:r>
      <w:r w:rsidR="00114789" w:rsidRPr="00114789">
        <w:rPr>
          <w:rFonts w:ascii="Calibri" w:hAnsi="Calibri"/>
          <w:i/>
          <w:sz w:val="21"/>
        </w:rPr>
        <w:t>CCTV &amp; GPS installation, Helpdesk Ticketing, TeamViewer/Anydesk, Data protection</w:t>
      </w:r>
      <w:r w:rsidR="00035489">
        <w:rPr>
          <w:rFonts w:ascii="Calibri" w:hAnsi="Calibri"/>
          <w:color w:val="1F1F1F"/>
          <w:sz w:val="21"/>
        </w:rPr>
        <w:t>.</w:t>
      </w:r>
    </w:p>
    <w:p w:rsidR="00634D1A" w:rsidRDefault="00634D1A" w:rsidP="00634D1A">
      <w:pPr>
        <w:spacing w:before="80" w:after="0"/>
      </w:pPr>
      <w:r>
        <w:rPr>
          <w:rFonts w:ascii="Calibri" w:hAnsi="Calibri"/>
          <w:b/>
          <w:color w:val="1A3A5C"/>
          <w:sz w:val="21"/>
        </w:rPr>
        <w:t xml:space="preserve">Research &amp; Data: </w:t>
      </w:r>
      <w:r>
        <w:rPr>
          <w:rFonts w:ascii="Calibri" w:hAnsi="Calibri"/>
          <w:color w:val="1F1F1F"/>
          <w:sz w:val="21"/>
        </w:rPr>
        <w:t>Data Collection &amp; Analysis, Data Coding, Real-Time Monitoring, Research &amp; Development, Agricultural Extension, Farm Management Systems</w:t>
      </w:r>
    </w:p>
    <w:p w:rsidR="00634D1A" w:rsidRDefault="00634D1A" w:rsidP="00634D1A">
      <w:pPr>
        <w:spacing w:before="80" w:after="0"/>
      </w:pPr>
      <w:r>
        <w:rPr>
          <w:rFonts w:ascii="Calibri" w:hAnsi="Calibri"/>
          <w:b/>
          <w:color w:val="1A3A5C"/>
          <w:sz w:val="21"/>
        </w:rPr>
        <w:t xml:space="preserve">Management: </w:t>
      </w:r>
      <w:r>
        <w:rPr>
          <w:rFonts w:ascii="Calibri" w:hAnsi="Calibri"/>
          <w:color w:val="1F1F1F"/>
          <w:sz w:val="21"/>
        </w:rPr>
        <w:t>Project Management, Business Development, Inventory Management, Budget Monitoring, Event Planning, Staff Scheduling &amp; HR</w:t>
      </w:r>
    </w:p>
    <w:p w:rsidR="00634D1A" w:rsidRDefault="00634D1A" w:rsidP="00035489">
      <w:pPr>
        <w:spacing w:before="80" w:after="0"/>
      </w:pPr>
      <w:r>
        <w:rPr>
          <w:rFonts w:ascii="Calibri" w:hAnsi="Calibri"/>
          <w:b/>
          <w:color w:val="1A3A5C"/>
          <w:sz w:val="21"/>
        </w:rPr>
        <w:t xml:space="preserve">Laboratory: </w:t>
      </w:r>
      <w:r>
        <w:rPr>
          <w:rFonts w:ascii="Calibri" w:hAnsi="Calibri"/>
          <w:color w:val="1F1F1F"/>
          <w:sz w:val="21"/>
        </w:rPr>
        <w:t>Laboratory Skills (Water Chemistry, Chemical Dosing, Sanitation &amp; Hygiene Compliance)</w:t>
      </w:r>
    </w:p>
    <w:p w:rsidR="00681934" w:rsidRDefault="00035489">
      <w:pPr>
        <w:pBdr>
          <w:bottom w:val="single" w:sz="12" w:space="4" w:color="2E74B5"/>
        </w:pBdr>
        <w:spacing w:before="280" w:after="80"/>
      </w:pPr>
      <w:r>
        <w:rPr>
          <w:rFonts w:ascii="Calibri" w:hAnsi="Calibri"/>
          <w:b/>
          <w:color w:val="1A3A5C"/>
          <w:sz w:val="24"/>
        </w:rPr>
        <w:t xml:space="preserve">PROFESSIONAL </w:t>
      </w:r>
      <w:r w:rsidR="009504FD">
        <w:rPr>
          <w:rFonts w:ascii="Calibri" w:hAnsi="Calibri"/>
          <w:b/>
          <w:color w:val="1A3A5C"/>
          <w:sz w:val="24"/>
        </w:rPr>
        <w:t xml:space="preserve"> EXPERIENCE</w:t>
      </w:r>
    </w:p>
    <w:p w:rsidR="00681934" w:rsidRDefault="009504FD">
      <w:pPr>
        <w:spacing w:before="160" w:after="0"/>
      </w:pPr>
      <w:r>
        <w:rPr>
          <w:rFonts w:ascii="Calibri" w:hAnsi="Calibri"/>
          <w:b/>
          <w:color w:val="1F1F1F"/>
        </w:rPr>
        <w:t xml:space="preserve">IT Support </w:t>
      </w:r>
      <w:r w:rsidR="008B7DB2">
        <w:rPr>
          <w:rFonts w:ascii="Calibri" w:hAnsi="Calibri"/>
          <w:b/>
          <w:color w:val="1F1F1F"/>
        </w:rPr>
        <w:t>Lead</w:t>
      </w:r>
      <w:r>
        <w:rPr>
          <w:rFonts w:ascii="Calibri" w:hAnsi="Calibri"/>
          <w:b/>
          <w:color w:val="1F1F1F"/>
        </w:rPr>
        <w:t xml:space="preserve"> (Ad-hoc Staff)</w:t>
      </w:r>
      <w:r>
        <w:rPr>
          <w:rFonts w:ascii="Calibri" w:hAnsi="Calibri"/>
          <w:i/>
          <w:color w:val="555555"/>
          <w:sz w:val="20"/>
        </w:rPr>
        <w:t xml:space="preserve">   |   March 2024 – Present</w:t>
      </w:r>
    </w:p>
    <w:p w:rsidR="00681934" w:rsidRDefault="009504FD">
      <w:pPr>
        <w:spacing w:before="20" w:after="40"/>
      </w:pPr>
      <w:r>
        <w:rPr>
          <w:rFonts w:ascii="Calibri" w:hAnsi="Calibri"/>
          <w:i/>
          <w:color w:val="2E74B5"/>
          <w:sz w:val="21"/>
        </w:rPr>
        <w:t>ICTAC — Adekunle Ajasin University, Akungba Akoko, Ondo State</w:t>
      </w:r>
    </w:p>
    <w:p w:rsidR="00681934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Portal administration and Management Information Systems (MIS) support</w:t>
      </w:r>
      <w:r w:rsidR="00227241">
        <w:rPr>
          <w:rFonts w:ascii="Calibri" w:hAnsi="Calibri"/>
          <w:color w:val="1F1F1F"/>
          <w:sz w:val="21"/>
        </w:rPr>
        <w:t xml:space="preserve"> for 15,000+ student</w:t>
      </w:r>
    </w:p>
    <w:p w:rsidR="00681934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JAMB Centre registration and examination coordination</w:t>
      </w:r>
      <w:r w:rsidR="00227241">
        <w:rPr>
          <w:rFonts w:ascii="Calibri" w:hAnsi="Calibri"/>
          <w:color w:val="1F1F1F"/>
          <w:sz w:val="21"/>
        </w:rPr>
        <w:t xml:space="preserve"> (400+ candidates/session)</w:t>
      </w:r>
    </w:p>
    <w:p w:rsidR="00681934" w:rsidRDefault="00227241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Engineered campus LAN/WAN across 6 buildings, ensured 99% uptime during exams</w:t>
      </w:r>
    </w:p>
    <w:p w:rsidR="00681934" w:rsidRDefault="00227241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Maintained 100+ systems, reduced external repair costs by 60%</w:t>
      </w:r>
    </w:p>
    <w:p w:rsidR="00681934" w:rsidRDefault="00227241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Managed network security, antivirus policies, user access controls</w:t>
      </w:r>
    </w:p>
    <w:p w:rsidR="00681934" w:rsidRDefault="009504FD">
      <w:pPr>
        <w:spacing w:before="160" w:after="0"/>
      </w:pPr>
      <w:r>
        <w:rPr>
          <w:rFonts w:ascii="Calibri" w:hAnsi="Calibri"/>
          <w:b/>
          <w:color w:val="1F1F1F"/>
        </w:rPr>
        <w:t>NGO Volunteer</w:t>
      </w:r>
      <w:r w:rsidR="00035489">
        <w:rPr>
          <w:rFonts w:ascii="Calibri" w:hAnsi="Calibri"/>
          <w:b/>
          <w:color w:val="1F1F1F"/>
        </w:rPr>
        <w:t xml:space="preserve"> (Ondo State) -  Data Scientist </w:t>
      </w:r>
      <w:r>
        <w:rPr>
          <w:rFonts w:ascii="Calibri" w:hAnsi="Calibri"/>
          <w:i/>
          <w:color w:val="555555"/>
          <w:sz w:val="20"/>
        </w:rPr>
        <w:t>|   September 2022 – June 2023</w:t>
      </w:r>
    </w:p>
    <w:p w:rsidR="00681934" w:rsidRDefault="009504FD">
      <w:pPr>
        <w:spacing w:before="20" w:after="40"/>
      </w:pPr>
      <w:r>
        <w:rPr>
          <w:rFonts w:ascii="Calibri" w:hAnsi="Calibri"/>
          <w:i/>
          <w:color w:val="2E74B5"/>
          <w:sz w:val="21"/>
        </w:rPr>
        <w:t>Centre for Research on Development of African Media, Governance &amp; Society (CEREDEMS)</w:t>
      </w:r>
    </w:p>
    <w:p w:rsidR="00681934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Conducted data collection, data coding, and real-time monitoring activities</w:t>
      </w:r>
    </w:p>
    <w:p w:rsidR="00681934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Supported media relations and research publication initiatives</w:t>
      </w:r>
    </w:p>
    <w:p w:rsidR="00681934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Managed data entry and analytics for non-profit projects</w:t>
      </w:r>
    </w:p>
    <w:p w:rsidR="00681934" w:rsidRDefault="009504FD">
      <w:pPr>
        <w:spacing w:before="160" w:after="0"/>
      </w:pPr>
      <w:r>
        <w:rPr>
          <w:rFonts w:ascii="Calibri" w:hAnsi="Calibri"/>
          <w:b/>
          <w:color w:val="1F1F1F"/>
        </w:rPr>
        <w:t>Mapping Registration &amp; Internal Inspector</w:t>
      </w:r>
      <w:r w:rsidR="000F6E5F">
        <w:rPr>
          <w:rFonts w:ascii="Calibri" w:hAnsi="Calibri"/>
          <w:b/>
          <w:color w:val="1F1F1F"/>
        </w:rPr>
        <w:t>, IMS Trainer</w:t>
      </w:r>
      <w:r>
        <w:rPr>
          <w:rFonts w:ascii="Calibri" w:hAnsi="Calibri"/>
          <w:i/>
          <w:color w:val="555555"/>
          <w:sz w:val="20"/>
        </w:rPr>
        <w:t xml:space="preserve">   |   2022</w:t>
      </w:r>
    </w:p>
    <w:p w:rsidR="00681934" w:rsidRDefault="009504FD">
      <w:pPr>
        <w:spacing w:before="20" w:after="40"/>
      </w:pPr>
      <w:r>
        <w:rPr>
          <w:rFonts w:ascii="Calibri" w:hAnsi="Calibri"/>
          <w:i/>
          <w:color w:val="2E74B5"/>
          <w:sz w:val="21"/>
        </w:rPr>
        <w:t>Olam Food Ingredients (Outspan Nigeria Limited), Akure, Ondo State</w:t>
      </w:r>
    </w:p>
    <w:p w:rsidR="00681934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Performed GPS mapping and geospatial data collection using field applications</w:t>
      </w:r>
    </w:p>
    <w:p w:rsidR="00681934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Supported Rainforest Alliance certification and sustainability development programmes</w:t>
      </w:r>
    </w:p>
    <w:p w:rsidR="00681934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Facilitated farmer certification, sensitisation, and agricultural extension activities</w:t>
      </w:r>
    </w:p>
    <w:p w:rsidR="000C7D89" w:rsidRDefault="009504FD" w:rsidP="000C7D89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Managed software documentation and Management Information Systems</w:t>
      </w:r>
    </w:p>
    <w:p w:rsidR="000C7D89" w:rsidRDefault="000C7D89" w:rsidP="000C7D89">
      <w:pPr>
        <w:spacing w:before="160" w:after="0"/>
      </w:pPr>
      <w:r>
        <w:rPr>
          <w:rFonts w:ascii="Calibri" w:hAnsi="Calibri"/>
          <w:b/>
          <w:color w:val="1F1F1F"/>
        </w:rPr>
        <w:t>Assistants Field Supervisor ( borehole drilling)</w:t>
      </w:r>
      <w:r>
        <w:rPr>
          <w:rFonts w:ascii="Calibri" w:hAnsi="Calibri"/>
          <w:i/>
          <w:color w:val="555555"/>
          <w:sz w:val="20"/>
        </w:rPr>
        <w:t xml:space="preserve">   |  </w:t>
      </w:r>
      <w:r w:rsidR="00614ECD">
        <w:rPr>
          <w:rFonts w:ascii="Calibri" w:hAnsi="Calibri"/>
          <w:i/>
          <w:color w:val="555555"/>
          <w:sz w:val="20"/>
        </w:rPr>
        <w:t>August</w:t>
      </w:r>
      <w:r>
        <w:rPr>
          <w:rFonts w:ascii="Calibri" w:hAnsi="Calibri"/>
          <w:i/>
          <w:color w:val="555555"/>
          <w:sz w:val="20"/>
        </w:rPr>
        <w:t xml:space="preserve"> 2021</w:t>
      </w:r>
      <w:r w:rsidR="00614ECD">
        <w:rPr>
          <w:rFonts w:ascii="Calibri" w:hAnsi="Calibri"/>
          <w:i/>
          <w:color w:val="555555"/>
          <w:sz w:val="20"/>
        </w:rPr>
        <w:t xml:space="preserve"> – November 2021</w:t>
      </w:r>
    </w:p>
    <w:p w:rsidR="000C7D89" w:rsidRDefault="000C7D89" w:rsidP="000C7D89">
      <w:pPr>
        <w:spacing w:before="20" w:after="40"/>
      </w:pPr>
      <w:r>
        <w:rPr>
          <w:rFonts w:ascii="Calibri" w:hAnsi="Calibri"/>
          <w:i/>
          <w:color w:val="2E74B5"/>
          <w:sz w:val="21"/>
        </w:rPr>
        <w:t>Abdul Drilling Ltd Gusau, Zamfara State (NYSC)</w:t>
      </w:r>
    </w:p>
    <w:p w:rsidR="000C7D89" w:rsidRPr="000C7D89" w:rsidRDefault="000C7D89" w:rsidP="000C7D89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lastRenderedPageBreak/>
        <w:t>Supervised five (5) borehole projects (100-150m) in Gusau, Bugundu, Tsafe metropolis</w:t>
      </w:r>
    </w:p>
    <w:p w:rsidR="000C7D89" w:rsidRPr="000C7D89" w:rsidRDefault="000C7D89" w:rsidP="000C7D89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Conducted water quality tests for 20+ households and pure water factories, recommended treatment</w:t>
      </w:r>
    </w:p>
    <w:p w:rsidR="000C7D89" w:rsidRPr="00030040" w:rsidRDefault="000C7D89" w:rsidP="000C7D89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Prepared three  (3)  EIA reports for pure water factories</w:t>
      </w:r>
    </w:p>
    <w:p w:rsidR="00030040" w:rsidRPr="00030040" w:rsidRDefault="00030040" w:rsidP="000C7D89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Pre – Drilling Supervision, well Development &amp; Testing</w:t>
      </w:r>
    </w:p>
    <w:p w:rsidR="00030040" w:rsidRDefault="00030040" w:rsidP="000C7D89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WASH CDS group</w:t>
      </w:r>
    </w:p>
    <w:p w:rsidR="00681934" w:rsidRDefault="009504FD">
      <w:pPr>
        <w:spacing w:before="160" w:after="0"/>
      </w:pPr>
      <w:r>
        <w:rPr>
          <w:rFonts w:ascii="Calibri" w:hAnsi="Calibri"/>
          <w:b/>
          <w:color w:val="1F1F1F"/>
        </w:rPr>
        <w:t>Subject Teacher (Chemistry &amp; Physics)</w:t>
      </w:r>
      <w:r w:rsidR="00614ECD">
        <w:rPr>
          <w:rFonts w:ascii="Calibri" w:hAnsi="Calibri"/>
          <w:i/>
          <w:color w:val="555555"/>
          <w:sz w:val="20"/>
        </w:rPr>
        <w:t xml:space="preserve">   | </w:t>
      </w:r>
      <w:r w:rsidR="000C7D89">
        <w:rPr>
          <w:rFonts w:ascii="Calibri" w:hAnsi="Calibri"/>
          <w:i/>
          <w:color w:val="555555"/>
          <w:sz w:val="20"/>
        </w:rPr>
        <w:t xml:space="preserve">December 2020 - July  </w:t>
      </w:r>
      <w:r>
        <w:rPr>
          <w:rFonts w:ascii="Calibri" w:hAnsi="Calibri"/>
          <w:i/>
          <w:color w:val="555555"/>
          <w:sz w:val="20"/>
        </w:rPr>
        <w:t>2021</w:t>
      </w:r>
    </w:p>
    <w:p w:rsidR="00681934" w:rsidRDefault="009504FD">
      <w:pPr>
        <w:spacing w:before="20" w:after="40"/>
      </w:pPr>
      <w:r>
        <w:rPr>
          <w:rFonts w:ascii="Calibri" w:hAnsi="Calibri"/>
          <w:i/>
          <w:color w:val="2E74B5"/>
          <w:sz w:val="21"/>
        </w:rPr>
        <w:t>Government Girls Unity Secondary School, Kotorkoshi, Zamfara State (NYSC)</w:t>
      </w:r>
    </w:p>
    <w:p w:rsidR="00681934" w:rsidRPr="00030040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Delivered classroom instruction and tutorial sessions in Chemistry and Physics</w:t>
      </w:r>
    </w:p>
    <w:p w:rsidR="00030040" w:rsidRPr="00030040" w:rsidRDefault="00030040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Invigilate Exams</w:t>
      </w:r>
    </w:p>
    <w:p w:rsidR="00030040" w:rsidRPr="00030040" w:rsidRDefault="00030040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Set Exam questions</w:t>
      </w:r>
    </w:p>
    <w:p w:rsidR="00030040" w:rsidRDefault="00030040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ICT CDS Education</w:t>
      </w:r>
    </w:p>
    <w:p w:rsidR="00681934" w:rsidRDefault="009504FD">
      <w:pPr>
        <w:spacing w:before="160" w:after="0"/>
      </w:pPr>
      <w:r>
        <w:rPr>
          <w:rFonts w:ascii="Calibri" w:hAnsi="Calibri"/>
          <w:b/>
          <w:color w:val="1F1F1F"/>
        </w:rPr>
        <w:t>Stu</w:t>
      </w:r>
      <w:r w:rsidR="00614ECD">
        <w:rPr>
          <w:rFonts w:ascii="Calibri" w:hAnsi="Calibri"/>
          <w:b/>
          <w:color w:val="1F1F1F"/>
        </w:rPr>
        <w:t xml:space="preserve">dent Scientist </w:t>
      </w:r>
      <w:r>
        <w:rPr>
          <w:rFonts w:ascii="Calibri" w:hAnsi="Calibri"/>
          <w:i/>
          <w:color w:val="555555"/>
          <w:sz w:val="20"/>
        </w:rPr>
        <w:t>|   2018</w:t>
      </w:r>
    </w:p>
    <w:p w:rsidR="00681934" w:rsidRDefault="009504FD">
      <w:pPr>
        <w:spacing w:before="20" w:after="40"/>
      </w:pPr>
      <w:r>
        <w:rPr>
          <w:rFonts w:ascii="Calibri" w:hAnsi="Calibri"/>
          <w:i/>
          <w:color w:val="2E74B5"/>
          <w:sz w:val="21"/>
        </w:rPr>
        <w:t>Centre for Space Research &amp; Applications (CESRA), Federal University of Technology Akure</w:t>
      </w:r>
    </w:p>
    <w:p w:rsidR="00681934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Conducted Remote Sensing, GIS analysis, GPS mapping, and geo-mapping projects</w:t>
      </w:r>
    </w:p>
    <w:p w:rsidR="00681934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Processed satellite imagery and performed remote environmental monitoring</w:t>
      </w:r>
    </w:p>
    <w:p w:rsidR="00681934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Participated in research and development activities</w:t>
      </w:r>
    </w:p>
    <w:p w:rsidR="00681934" w:rsidRDefault="009504FD">
      <w:pPr>
        <w:spacing w:before="160" w:after="0"/>
      </w:pPr>
      <w:r>
        <w:rPr>
          <w:rFonts w:ascii="Calibri" w:hAnsi="Calibri"/>
          <w:b/>
          <w:color w:val="1F1F1F"/>
        </w:rPr>
        <w:t>IT Support A</w:t>
      </w:r>
      <w:r w:rsidR="00614ECD">
        <w:rPr>
          <w:rFonts w:ascii="Calibri" w:hAnsi="Calibri"/>
          <w:b/>
          <w:color w:val="1F1F1F"/>
        </w:rPr>
        <w:t xml:space="preserve">ssistant </w:t>
      </w:r>
      <w:r>
        <w:rPr>
          <w:rFonts w:ascii="Calibri" w:hAnsi="Calibri"/>
          <w:i/>
          <w:color w:val="555555"/>
          <w:sz w:val="20"/>
        </w:rPr>
        <w:t xml:space="preserve">   |   2014</w:t>
      </w:r>
      <w:r w:rsidR="00614ECD">
        <w:rPr>
          <w:rFonts w:ascii="Calibri" w:hAnsi="Calibri"/>
          <w:i/>
          <w:color w:val="555555"/>
          <w:sz w:val="20"/>
        </w:rPr>
        <w:t xml:space="preserve"> -2015</w:t>
      </w:r>
    </w:p>
    <w:p w:rsidR="00681934" w:rsidRDefault="009504FD">
      <w:pPr>
        <w:spacing w:before="20" w:after="40"/>
      </w:pPr>
      <w:r>
        <w:rPr>
          <w:rFonts w:ascii="Calibri" w:hAnsi="Calibri"/>
          <w:i/>
          <w:color w:val="2E74B5"/>
          <w:sz w:val="21"/>
        </w:rPr>
        <w:t>Directorate of ICT, Federal Medical Centre Owo, Ondo State</w:t>
      </w:r>
    </w:p>
    <w:p w:rsidR="00681934" w:rsidRPr="00614ECD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Maintained and repaired computer systems (</w:t>
      </w:r>
      <w:r w:rsidR="008B7DB2">
        <w:rPr>
          <w:rFonts w:ascii="Calibri" w:hAnsi="Calibri"/>
          <w:color w:val="1F1F1F"/>
          <w:sz w:val="21"/>
        </w:rPr>
        <w:t>Hardware</w:t>
      </w:r>
      <w:r>
        <w:rPr>
          <w:rFonts w:ascii="Calibri" w:hAnsi="Calibri"/>
          <w:color w:val="1F1F1F"/>
          <w:sz w:val="21"/>
        </w:rPr>
        <w:t xml:space="preserve">, </w:t>
      </w:r>
      <w:r w:rsidR="008B7DB2">
        <w:rPr>
          <w:rFonts w:ascii="Calibri" w:hAnsi="Calibri"/>
          <w:color w:val="1F1F1F"/>
          <w:sz w:val="21"/>
        </w:rPr>
        <w:t>Software</w:t>
      </w:r>
      <w:r>
        <w:rPr>
          <w:rFonts w:ascii="Calibri" w:hAnsi="Calibri"/>
          <w:color w:val="1F1F1F"/>
          <w:sz w:val="21"/>
        </w:rPr>
        <w:t xml:space="preserve">, and </w:t>
      </w:r>
      <w:r w:rsidR="008B7DB2">
        <w:rPr>
          <w:rFonts w:ascii="Calibri" w:hAnsi="Calibri"/>
          <w:color w:val="1F1F1F"/>
          <w:sz w:val="21"/>
        </w:rPr>
        <w:t>Networking</w:t>
      </w:r>
      <w:r>
        <w:rPr>
          <w:rFonts w:ascii="Calibri" w:hAnsi="Calibri"/>
          <w:color w:val="1F1F1F"/>
          <w:sz w:val="21"/>
        </w:rPr>
        <w:t>)</w:t>
      </w:r>
    </w:p>
    <w:p w:rsidR="00614ECD" w:rsidRPr="00614ECD" w:rsidRDefault="00227241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Setting up LAN/WAN across all department, clinical 24/7 operations</w:t>
      </w:r>
    </w:p>
    <w:p w:rsidR="00614ECD" w:rsidRDefault="00614ECD">
      <w:pPr>
        <w:pStyle w:val="ListBullet"/>
        <w:spacing w:before="20" w:after="20"/>
      </w:pPr>
      <w:r>
        <w:t xml:space="preserve">Assist in training of </w:t>
      </w:r>
      <w:r w:rsidR="008B7DB2">
        <w:t xml:space="preserve">Staff, </w:t>
      </w:r>
      <w:r>
        <w:t>NYSC and SIWES</w:t>
      </w:r>
      <w:r w:rsidR="008B7DB2">
        <w:t xml:space="preserve"> students</w:t>
      </w:r>
    </w:p>
    <w:p w:rsidR="008B7DB2" w:rsidRDefault="008B7DB2" w:rsidP="008B7DB2">
      <w:pPr>
        <w:pStyle w:val="ListBullet"/>
        <w:spacing w:before="20" w:after="20"/>
      </w:pPr>
      <w:r>
        <w:t>HMS/EMR system support</w:t>
      </w:r>
    </w:p>
    <w:p w:rsidR="008B7DB2" w:rsidRDefault="008B7DB2" w:rsidP="008B7DB2">
      <w:pPr>
        <w:pStyle w:val="ListBullet"/>
        <w:spacing w:before="20" w:after="20"/>
      </w:pPr>
      <w:r>
        <w:t>Data and Server Support</w:t>
      </w:r>
    </w:p>
    <w:p w:rsidR="00681934" w:rsidRDefault="009504FD">
      <w:pPr>
        <w:spacing w:before="160" w:after="0"/>
      </w:pPr>
      <w:r>
        <w:rPr>
          <w:rFonts w:ascii="Calibri" w:hAnsi="Calibri"/>
          <w:b/>
          <w:color w:val="1F1F1F"/>
        </w:rPr>
        <w:t>IT Supp</w:t>
      </w:r>
      <w:r w:rsidR="00614ECD">
        <w:rPr>
          <w:rFonts w:ascii="Calibri" w:hAnsi="Calibri"/>
          <w:b/>
          <w:color w:val="1F1F1F"/>
        </w:rPr>
        <w:t xml:space="preserve">ort Intern </w:t>
      </w:r>
      <w:r>
        <w:rPr>
          <w:rFonts w:ascii="Calibri" w:hAnsi="Calibri"/>
          <w:i/>
          <w:color w:val="555555"/>
          <w:sz w:val="20"/>
        </w:rPr>
        <w:t xml:space="preserve"> |   2012</w:t>
      </w:r>
    </w:p>
    <w:p w:rsidR="00681934" w:rsidRDefault="009504FD">
      <w:pPr>
        <w:spacing w:before="20" w:after="40"/>
      </w:pPr>
      <w:r>
        <w:rPr>
          <w:rFonts w:ascii="Calibri" w:hAnsi="Calibri"/>
          <w:i/>
          <w:color w:val="2E74B5"/>
          <w:sz w:val="21"/>
        </w:rPr>
        <w:t>Directorate of ICT, Rufus Giwa Polytechnic Owo, Ondo State</w:t>
      </w:r>
    </w:p>
    <w:p w:rsidR="00681934" w:rsidRPr="008B7DB2" w:rsidRDefault="009504FD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Administered student portal and provided</w:t>
      </w:r>
      <w:r w:rsidR="008B7DB2">
        <w:rPr>
          <w:rFonts w:ascii="Calibri" w:hAnsi="Calibri"/>
          <w:color w:val="1F1F1F"/>
          <w:sz w:val="21"/>
        </w:rPr>
        <w:t xml:space="preserve"> school </w:t>
      </w:r>
      <w:r>
        <w:rPr>
          <w:rFonts w:ascii="Calibri" w:hAnsi="Calibri"/>
          <w:color w:val="1F1F1F"/>
          <w:sz w:val="21"/>
        </w:rPr>
        <w:t xml:space="preserve"> technical support</w:t>
      </w:r>
    </w:p>
    <w:p w:rsidR="008B7DB2" w:rsidRPr="008B7DB2" w:rsidRDefault="008B7DB2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Setup computer in CBT centre, ensuring network is working during exam</w:t>
      </w:r>
    </w:p>
    <w:p w:rsidR="008B7DB2" w:rsidRPr="008B7DB2" w:rsidRDefault="008B7DB2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Printer and Equipment maintenance</w:t>
      </w:r>
    </w:p>
    <w:p w:rsidR="008B7DB2" w:rsidRDefault="008B7DB2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Help Desk and User Support</w:t>
      </w:r>
    </w:p>
    <w:p w:rsidR="00035489" w:rsidRPr="008B7DB2" w:rsidRDefault="009504FD" w:rsidP="008B7DB2">
      <w:pPr>
        <w:pStyle w:val="ListBullet"/>
        <w:spacing w:before="20" w:after="20"/>
      </w:pPr>
      <w:r>
        <w:rPr>
          <w:rFonts w:ascii="Calibri" w:hAnsi="Calibri"/>
          <w:color w:val="1F1F1F"/>
          <w:sz w:val="21"/>
        </w:rPr>
        <w:t>Maintained and repaired computer systems, software, hardware, and network infrastructure</w:t>
      </w:r>
    </w:p>
    <w:p w:rsidR="00035489" w:rsidRDefault="00035489" w:rsidP="00147E72">
      <w:pPr>
        <w:pBdr>
          <w:bottom w:val="single" w:sz="12" w:space="4" w:color="2E74B5"/>
        </w:pBdr>
        <w:spacing w:before="280" w:after="80"/>
      </w:pPr>
      <w:r>
        <w:rPr>
          <w:rFonts w:ascii="Calibri" w:hAnsi="Calibri"/>
          <w:b/>
          <w:color w:val="1A3A5C"/>
          <w:sz w:val="24"/>
        </w:rPr>
        <w:t>PRO</w:t>
      </w:r>
      <w:r w:rsidR="00911AC4">
        <w:rPr>
          <w:rFonts w:ascii="Calibri" w:hAnsi="Calibri"/>
          <w:b/>
          <w:color w:val="1A3A5C"/>
          <w:sz w:val="24"/>
        </w:rPr>
        <w:t>FESSIONAL CERTIFICATES</w:t>
      </w:r>
    </w:p>
    <w:p w:rsidR="00147E72" w:rsidRPr="00147E72" w:rsidRDefault="00035489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National Youth Service Corps (NYSC) Discharge Certificate</w:t>
      </w:r>
    </w:p>
    <w:p w:rsidR="00147E72" w:rsidRPr="00147E72" w:rsidRDefault="00147E72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IT support Certificate</w:t>
      </w:r>
    </w:p>
    <w:p w:rsidR="00147E72" w:rsidRPr="008E53A0" w:rsidRDefault="00147E72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Human Resources Management</w:t>
      </w:r>
    </w:p>
    <w:p w:rsidR="008E53A0" w:rsidRPr="008E53A0" w:rsidRDefault="008E53A0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Executive diploma in Advanced International Human Resources Management</w:t>
      </w:r>
    </w:p>
    <w:p w:rsidR="008E53A0" w:rsidRPr="008E53A0" w:rsidRDefault="008E53A0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Executive Diploma in International Food Safety and Supply Chain</w:t>
      </w:r>
    </w:p>
    <w:p w:rsidR="008E53A0" w:rsidRPr="008E53A0" w:rsidRDefault="008E53A0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Pan African University Lecturers Digital Skills Program</w:t>
      </w:r>
    </w:p>
    <w:p w:rsidR="008E53A0" w:rsidRPr="008E53A0" w:rsidRDefault="008E53A0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WASH certificate</w:t>
      </w:r>
    </w:p>
    <w:p w:rsidR="008E53A0" w:rsidRPr="008E53A0" w:rsidRDefault="008E53A0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Advanced Occupational Health &amp; Safety Management</w:t>
      </w:r>
    </w:p>
    <w:p w:rsidR="008E53A0" w:rsidRPr="008E53A0" w:rsidRDefault="008E53A0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lastRenderedPageBreak/>
        <w:t>GPLT (permaculture Training)</w:t>
      </w:r>
    </w:p>
    <w:p w:rsidR="008E53A0" w:rsidRPr="008E53A0" w:rsidRDefault="008E53A0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Professional Certificate in WASH for Engineer Level 2</w:t>
      </w:r>
    </w:p>
    <w:p w:rsidR="008E53A0" w:rsidRPr="008E53A0" w:rsidRDefault="008E53A0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Oil &amp; Gas Safety Management</w:t>
      </w:r>
    </w:p>
    <w:p w:rsidR="00147E72" w:rsidRPr="00147E72" w:rsidRDefault="008E53A0" w:rsidP="00B07946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Maritime Safety Management</w:t>
      </w:r>
    </w:p>
    <w:p w:rsidR="00147E72" w:rsidRPr="00147E72" w:rsidRDefault="00147E72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Agile Project Management</w:t>
      </w:r>
    </w:p>
    <w:p w:rsidR="00147E72" w:rsidRPr="00147E72" w:rsidRDefault="00147E72" w:rsidP="00B07946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 xml:space="preserve">Applied Water Resources </w:t>
      </w:r>
      <w:r w:rsidR="00911AC4">
        <w:rPr>
          <w:rFonts w:ascii="Calibri" w:hAnsi="Calibri"/>
          <w:b/>
          <w:color w:val="1F1F1F"/>
          <w:sz w:val="21"/>
        </w:rPr>
        <w:t>Management</w:t>
      </w:r>
    </w:p>
    <w:p w:rsidR="00147E72" w:rsidRPr="00147E72" w:rsidRDefault="00147E72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Data Science &amp; Analytics</w:t>
      </w:r>
    </w:p>
    <w:p w:rsidR="00035489" w:rsidRDefault="00147E72" w:rsidP="00B07946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>A</w:t>
      </w:r>
      <w:r w:rsidR="000F6E5F">
        <w:rPr>
          <w:rFonts w:ascii="Calibri" w:hAnsi="Calibri"/>
          <w:b/>
          <w:color w:val="1F1F1F"/>
          <w:sz w:val="21"/>
        </w:rPr>
        <w:t>rtificial intelligence</w:t>
      </w:r>
      <w:r>
        <w:rPr>
          <w:rFonts w:ascii="Calibri" w:hAnsi="Calibri"/>
          <w:b/>
          <w:color w:val="1F1F1F"/>
          <w:sz w:val="21"/>
        </w:rPr>
        <w:t xml:space="preserve"> in Healthcare Management level 1</w:t>
      </w:r>
      <w:r>
        <w:rPr>
          <w:rFonts w:ascii="Calibri" w:hAnsi="Calibri"/>
          <w:color w:val="555555"/>
          <w:sz w:val="20"/>
        </w:rPr>
        <w:t xml:space="preserve">  </w:t>
      </w:r>
    </w:p>
    <w:p w:rsidR="00035489" w:rsidRDefault="00035489" w:rsidP="00035489">
      <w:pPr>
        <w:pStyle w:val="ListBullet"/>
        <w:spacing w:before="20" w:after="20"/>
      </w:pPr>
      <w:r>
        <w:rPr>
          <w:rFonts w:ascii="Calibri" w:hAnsi="Calibri"/>
          <w:b/>
          <w:color w:val="1F1F1F"/>
          <w:sz w:val="21"/>
        </w:rPr>
        <w:t xml:space="preserve">Health, </w:t>
      </w:r>
      <w:r w:rsidR="008E53A0">
        <w:rPr>
          <w:rFonts w:ascii="Calibri" w:hAnsi="Calibri"/>
          <w:b/>
          <w:color w:val="1F1F1F"/>
          <w:sz w:val="21"/>
        </w:rPr>
        <w:t>Safety &amp; Environment (HSE Level 1 &amp; 2 &amp; 3)</w:t>
      </w:r>
    </w:p>
    <w:p w:rsidR="00681934" w:rsidRDefault="009504FD">
      <w:pPr>
        <w:pBdr>
          <w:bottom w:val="single" w:sz="12" w:space="4" w:color="2E74B5"/>
        </w:pBdr>
        <w:spacing w:before="280" w:after="80"/>
      </w:pPr>
      <w:r>
        <w:rPr>
          <w:rFonts w:ascii="Calibri" w:hAnsi="Calibri"/>
          <w:b/>
          <w:color w:val="1A3A5C"/>
          <w:sz w:val="24"/>
        </w:rPr>
        <w:t>PERSONAL INFORMATION</w:t>
      </w:r>
    </w:p>
    <w:p w:rsidR="00681934" w:rsidRDefault="009504FD">
      <w:pPr>
        <w:spacing w:before="60" w:after="0"/>
      </w:pPr>
      <w:r>
        <w:rPr>
          <w:rFonts w:ascii="Calibri" w:hAnsi="Calibri"/>
          <w:b/>
          <w:color w:val="1A3A5C"/>
          <w:sz w:val="21"/>
        </w:rPr>
        <w:t xml:space="preserve">Date of Birth: </w:t>
      </w:r>
      <w:r>
        <w:rPr>
          <w:rFonts w:ascii="Calibri" w:hAnsi="Calibri"/>
          <w:color w:val="1F1F1F"/>
          <w:sz w:val="21"/>
        </w:rPr>
        <w:t>19 June 1996</w:t>
      </w:r>
    </w:p>
    <w:p w:rsidR="00681934" w:rsidRDefault="009504FD">
      <w:pPr>
        <w:spacing w:before="60" w:after="0"/>
      </w:pPr>
      <w:r>
        <w:rPr>
          <w:rFonts w:ascii="Calibri" w:hAnsi="Calibri"/>
          <w:b/>
          <w:color w:val="1A3A5C"/>
          <w:sz w:val="21"/>
        </w:rPr>
        <w:t xml:space="preserve">Nationality: </w:t>
      </w:r>
      <w:r>
        <w:rPr>
          <w:rFonts w:ascii="Calibri" w:hAnsi="Calibri"/>
          <w:color w:val="1F1F1F"/>
          <w:sz w:val="21"/>
        </w:rPr>
        <w:t>Nigerian</w:t>
      </w:r>
    </w:p>
    <w:p w:rsidR="00681934" w:rsidRDefault="009504FD">
      <w:pPr>
        <w:spacing w:before="60" w:after="0"/>
      </w:pPr>
      <w:r>
        <w:rPr>
          <w:rFonts w:ascii="Calibri" w:hAnsi="Calibri"/>
          <w:b/>
          <w:color w:val="1A3A5C"/>
          <w:sz w:val="21"/>
        </w:rPr>
        <w:t xml:space="preserve">State of Origin: </w:t>
      </w:r>
      <w:r>
        <w:rPr>
          <w:rFonts w:ascii="Calibri" w:hAnsi="Calibri"/>
          <w:color w:val="1F1F1F"/>
          <w:sz w:val="21"/>
        </w:rPr>
        <w:t>Ondo State, Nigeria</w:t>
      </w:r>
    </w:p>
    <w:p w:rsidR="00681934" w:rsidRDefault="009504FD">
      <w:pPr>
        <w:spacing w:before="60" w:after="0"/>
      </w:pPr>
      <w:r>
        <w:rPr>
          <w:rFonts w:ascii="Calibri" w:hAnsi="Calibri"/>
          <w:b/>
          <w:color w:val="1A3A5C"/>
          <w:sz w:val="21"/>
        </w:rPr>
        <w:t xml:space="preserve">Marital Status: </w:t>
      </w:r>
      <w:r>
        <w:rPr>
          <w:rFonts w:ascii="Calibri" w:hAnsi="Calibri"/>
          <w:color w:val="1F1F1F"/>
          <w:sz w:val="21"/>
        </w:rPr>
        <w:t>Single</w:t>
      </w:r>
    </w:p>
    <w:p w:rsidR="00681934" w:rsidRDefault="009504FD">
      <w:pPr>
        <w:spacing w:before="60" w:after="0"/>
      </w:pPr>
      <w:r>
        <w:rPr>
          <w:rFonts w:ascii="Calibri" w:hAnsi="Calibri"/>
          <w:b/>
          <w:color w:val="1A3A5C"/>
          <w:sz w:val="21"/>
        </w:rPr>
        <w:t xml:space="preserve">Hobbies: </w:t>
      </w:r>
      <w:r>
        <w:rPr>
          <w:rFonts w:ascii="Calibri" w:hAnsi="Calibri"/>
          <w:color w:val="1F1F1F"/>
          <w:sz w:val="21"/>
        </w:rPr>
        <w:t>Research, C</w:t>
      </w:r>
      <w:r w:rsidR="000F6E5F">
        <w:rPr>
          <w:rFonts w:ascii="Calibri" w:hAnsi="Calibri"/>
          <w:color w:val="1F1F1F"/>
          <w:sz w:val="21"/>
        </w:rPr>
        <w:t xml:space="preserve">hess, Sports, </w:t>
      </w:r>
      <w:r>
        <w:rPr>
          <w:rFonts w:ascii="Calibri" w:hAnsi="Calibri"/>
          <w:color w:val="1F1F1F"/>
          <w:sz w:val="21"/>
        </w:rPr>
        <w:t>Travelling, Science L</w:t>
      </w:r>
      <w:r w:rsidR="000F6E5F">
        <w:rPr>
          <w:rFonts w:ascii="Calibri" w:hAnsi="Calibri"/>
          <w:color w:val="1F1F1F"/>
          <w:sz w:val="21"/>
        </w:rPr>
        <w:t>iterature, Networking</w:t>
      </w:r>
    </w:p>
    <w:p w:rsidR="00681934" w:rsidRDefault="00B07946">
      <w:pPr>
        <w:spacing w:before="60" w:after="0"/>
      </w:pPr>
      <w:r>
        <w:rPr>
          <w:rFonts w:ascii="Calibri" w:hAnsi="Calibri"/>
          <w:b/>
          <w:color w:val="1A3A5C"/>
          <w:sz w:val="21"/>
        </w:rPr>
        <w:t>Language</w:t>
      </w:r>
      <w:r w:rsidR="009504FD">
        <w:rPr>
          <w:rFonts w:ascii="Calibri" w:hAnsi="Calibri"/>
          <w:b/>
          <w:color w:val="1A3A5C"/>
          <w:sz w:val="21"/>
        </w:rPr>
        <w:t xml:space="preserve">: </w:t>
      </w:r>
      <w:r>
        <w:rPr>
          <w:rFonts w:ascii="Calibri" w:hAnsi="Calibri"/>
          <w:sz w:val="21"/>
        </w:rPr>
        <w:t>English (Native), Pidgin (Native), Hausa (Fluent), Yoruba (Native), French (Basics)</w:t>
      </w:r>
    </w:p>
    <w:p w:rsidR="00681934" w:rsidRDefault="009504FD">
      <w:pPr>
        <w:pBdr>
          <w:bottom w:val="single" w:sz="12" w:space="4" w:color="2E74B5"/>
        </w:pBdr>
        <w:spacing w:before="280" w:after="80"/>
      </w:pPr>
      <w:r>
        <w:rPr>
          <w:rFonts w:ascii="Calibri" w:hAnsi="Calibri"/>
          <w:b/>
          <w:color w:val="1A3A5C"/>
          <w:sz w:val="24"/>
        </w:rPr>
        <w:t>REFEREES</w:t>
      </w:r>
    </w:p>
    <w:p w:rsidR="00681934" w:rsidRDefault="009504FD">
      <w:pPr>
        <w:spacing w:before="120" w:after="0"/>
      </w:pPr>
      <w:r>
        <w:rPr>
          <w:rFonts w:ascii="Calibri" w:hAnsi="Calibri"/>
          <w:b/>
          <w:color w:val="1F1F1F"/>
        </w:rPr>
        <w:t>Dr. Olaleye Martins</w:t>
      </w:r>
    </w:p>
    <w:p w:rsidR="00681934" w:rsidRDefault="009504FD">
      <w:pPr>
        <w:spacing w:before="20" w:after="0"/>
      </w:pPr>
      <w:r>
        <w:rPr>
          <w:rFonts w:ascii="Calibri" w:hAnsi="Calibri"/>
          <w:i/>
          <w:color w:val="2E74B5"/>
          <w:sz w:val="21"/>
        </w:rPr>
        <w:t>Director of Planning, Development, Research &amp; Personnel (TESCOM), Ondo State</w:t>
      </w:r>
    </w:p>
    <w:p w:rsidR="00681934" w:rsidRDefault="009504FD">
      <w:pPr>
        <w:spacing w:before="20" w:after="120"/>
      </w:pPr>
      <w:r>
        <w:rPr>
          <w:rFonts w:ascii="Calibri" w:hAnsi="Calibri"/>
          <w:color w:val="555555"/>
          <w:sz w:val="20"/>
        </w:rPr>
        <w:t>Tel: +234 805 353 1074 / +234 706 241 8217  |  Email: N/A</w:t>
      </w:r>
    </w:p>
    <w:p w:rsidR="00681934" w:rsidRDefault="009504FD">
      <w:pPr>
        <w:spacing w:before="120" w:after="0"/>
      </w:pPr>
      <w:r>
        <w:rPr>
          <w:rFonts w:ascii="Calibri" w:hAnsi="Calibri"/>
          <w:b/>
          <w:color w:val="1F1F1F"/>
        </w:rPr>
        <w:t>Dr. Joseph Adeyeye</w:t>
      </w:r>
    </w:p>
    <w:p w:rsidR="00681934" w:rsidRDefault="009504FD">
      <w:pPr>
        <w:spacing w:before="20" w:after="0"/>
      </w:pPr>
      <w:r>
        <w:rPr>
          <w:rFonts w:ascii="Calibri" w:hAnsi="Calibri"/>
          <w:i/>
          <w:color w:val="2E74B5"/>
          <w:sz w:val="21"/>
        </w:rPr>
        <w:t>Federal University Oye Ekiti, Ekiti State</w:t>
      </w:r>
    </w:p>
    <w:p w:rsidR="00681934" w:rsidRDefault="009504FD">
      <w:pPr>
        <w:spacing w:before="20" w:after="120"/>
      </w:pPr>
      <w:r>
        <w:rPr>
          <w:rFonts w:ascii="Calibri" w:hAnsi="Calibri"/>
          <w:color w:val="555555"/>
          <w:sz w:val="20"/>
        </w:rPr>
        <w:t>Tel: +234 806 698 7390  |  Email: josephadeyeye@fuoye.edu.ng</w:t>
      </w:r>
    </w:p>
    <w:sectPr w:rsidR="00681934" w:rsidSect="00034616">
      <w:pgSz w:w="12240" w:h="15840"/>
      <w:pgMar w:top="1080" w:right="1296" w:bottom="108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0040"/>
    <w:rsid w:val="00034616"/>
    <w:rsid w:val="00035489"/>
    <w:rsid w:val="0006063C"/>
    <w:rsid w:val="000C7D89"/>
    <w:rsid w:val="000F6E5F"/>
    <w:rsid w:val="00114789"/>
    <w:rsid w:val="00147E72"/>
    <w:rsid w:val="0015074B"/>
    <w:rsid w:val="00227241"/>
    <w:rsid w:val="0029639D"/>
    <w:rsid w:val="002A0136"/>
    <w:rsid w:val="002F2955"/>
    <w:rsid w:val="00326F90"/>
    <w:rsid w:val="00431C7D"/>
    <w:rsid w:val="0046799E"/>
    <w:rsid w:val="004942E0"/>
    <w:rsid w:val="00614ECD"/>
    <w:rsid w:val="00634D1A"/>
    <w:rsid w:val="00681934"/>
    <w:rsid w:val="008432D2"/>
    <w:rsid w:val="008B7DB2"/>
    <w:rsid w:val="008E53A0"/>
    <w:rsid w:val="00911AC4"/>
    <w:rsid w:val="009504FD"/>
    <w:rsid w:val="009A28E1"/>
    <w:rsid w:val="00AA1D8D"/>
    <w:rsid w:val="00AF2D56"/>
    <w:rsid w:val="00AF786B"/>
    <w:rsid w:val="00B07946"/>
    <w:rsid w:val="00B47730"/>
    <w:rsid w:val="00CB0664"/>
    <w:rsid w:val="00D5682D"/>
    <w:rsid w:val="00ED4C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079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079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HP\Desktop\SEGUN%20FILES\APPLY\segunolutayoolotu@gmail.com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HP\Desktop\SEGUN%20FILES\APPLY\+234%20810%20044%200278%20|%20+234%20703%20292%20611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HP\Music\www.linkedin.com\in\segun-olotu-4762382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6B6C84-4E1B-4E1B-8FBA-9B2B68669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HP</cp:lastModifiedBy>
  <cp:revision>2</cp:revision>
  <cp:lastPrinted>2026-09-17T18:02:00Z</cp:lastPrinted>
  <dcterms:created xsi:type="dcterms:W3CDTF">2026-10-13T11:13:00Z</dcterms:created>
  <dcterms:modified xsi:type="dcterms:W3CDTF">2026-10-13T11:13:00Z</dcterms:modified>
</cp:coreProperties>
</file>