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028C" w14:textId="0506988F" w:rsidR="00A005D4" w:rsidRPr="00F316BE" w:rsidRDefault="005C30C3" w:rsidP="004F05EA">
      <w:pPr>
        <w:pStyle w:val="Heading1"/>
        <w:spacing w:after="240"/>
        <w:jc w:val="center"/>
        <w:rPr>
          <w:sz w:val="36"/>
          <w:szCs w:val="36"/>
        </w:rPr>
      </w:pPr>
      <w:r w:rsidRPr="00F316BE">
        <w:rPr>
          <w:sz w:val="36"/>
          <w:szCs w:val="36"/>
        </w:rPr>
        <w:t>O</w:t>
      </w:r>
      <w:r w:rsidR="0065349B" w:rsidRPr="00F316BE">
        <w:rPr>
          <w:sz w:val="36"/>
          <w:szCs w:val="36"/>
        </w:rPr>
        <w:t xml:space="preserve">LUGBODE KOREDE GBENGA </w:t>
      </w:r>
    </w:p>
    <w:p w14:paraId="5A456DD1" w14:textId="77777777" w:rsidR="0094515D" w:rsidRDefault="00F316BE" w:rsidP="001C2192">
      <w:pPr>
        <w:spacing w:after="0"/>
        <w:rPr>
          <w:sz w:val="20"/>
          <w:szCs w:val="20"/>
        </w:rPr>
      </w:pPr>
      <w:r w:rsidRPr="00822F7C">
        <w:rPr>
          <w:sz w:val="20"/>
          <w:szCs w:val="20"/>
        </w:rPr>
        <w:t xml:space="preserve">                   </w:t>
      </w:r>
      <w:r w:rsidR="0094515D">
        <w:rPr>
          <w:sz w:val="20"/>
          <w:szCs w:val="20"/>
        </w:rPr>
        <w:t xml:space="preserve">                          </w:t>
      </w:r>
      <w:r w:rsidR="001C2192">
        <w:rPr>
          <w:sz w:val="20"/>
          <w:szCs w:val="20"/>
        </w:rPr>
        <w:t xml:space="preserve"> </w:t>
      </w:r>
      <w:r w:rsidRPr="00822F7C">
        <w:rPr>
          <w:sz w:val="20"/>
          <w:szCs w:val="20"/>
        </w:rPr>
        <w:t xml:space="preserve">  </w:t>
      </w:r>
      <w:r w:rsidR="00E433F2" w:rsidRPr="00822F7C">
        <w:rPr>
          <w:sz w:val="20"/>
          <w:szCs w:val="20"/>
        </w:rPr>
        <w:t>CUSTOMER SERVICE | CASH HANDLI</w:t>
      </w:r>
      <w:r w:rsidR="001C2192">
        <w:rPr>
          <w:sz w:val="20"/>
          <w:szCs w:val="20"/>
        </w:rPr>
        <w:t>ING</w:t>
      </w:r>
      <w:r w:rsidR="003D08FA">
        <w:rPr>
          <w:sz w:val="20"/>
          <w:szCs w:val="20"/>
        </w:rPr>
        <w:t>|</w:t>
      </w:r>
    </w:p>
    <w:p w14:paraId="7E2A174B" w14:textId="21E7CDE9" w:rsidR="00E433F2" w:rsidRPr="00822F7C" w:rsidRDefault="00E67FE6" w:rsidP="001C219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3D08FA">
        <w:rPr>
          <w:sz w:val="20"/>
          <w:szCs w:val="20"/>
        </w:rPr>
        <w:t xml:space="preserve"> </w:t>
      </w:r>
      <w:r w:rsidR="0094515D">
        <w:rPr>
          <w:sz w:val="20"/>
          <w:szCs w:val="20"/>
        </w:rPr>
        <w:t xml:space="preserve">SALES </w:t>
      </w:r>
      <w:proofErr w:type="gramStart"/>
      <w:r w:rsidR="0094515D">
        <w:rPr>
          <w:sz w:val="20"/>
          <w:szCs w:val="20"/>
        </w:rPr>
        <w:t>&amp;</w:t>
      </w:r>
      <w:r w:rsidR="004F05EA">
        <w:rPr>
          <w:sz w:val="20"/>
          <w:szCs w:val="20"/>
        </w:rPr>
        <w:t xml:space="preserve"> </w:t>
      </w:r>
      <w:r w:rsidR="0037712F" w:rsidRPr="00822F7C">
        <w:rPr>
          <w:sz w:val="20"/>
          <w:szCs w:val="20"/>
        </w:rPr>
        <w:t xml:space="preserve"> OPERATION</w:t>
      </w:r>
      <w:proofErr w:type="gramEnd"/>
      <w:r w:rsidR="0037712F" w:rsidRPr="00822F7C">
        <w:rPr>
          <w:sz w:val="20"/>
          <w:szCs w:val="20"/>
        </w:rPr>
        <w:t xml:space="preserve"> </w:t>
      </w:r>
      <w:r w:rsidR="004F05EA">
        <w:rPr>
          <w:sz w:val="20"/>
          <w:szCs w:val="20"/>
        </w:rPr>
        <w:t>| GRAPHIC DESIGN</w:t>
      </w:r>
    </w:p>
    <w:p w14:paraId="058AFC88" w14:textId="4006B3FD" w:rsidR="0037712F" w:rsidRPr="004F05EA" w:rsidRDefault="005C30C3" w:rsidP="00E67FE6">
      <w:pPr>
        <w:spacing w:after="0"/>
        <w:jc w:val="center"/>
        <w:rPr>
          <w:sz w:val="20"/>
          <w:szCs w:val="20"/>
          <w:lang w:val="fr-FR"/>
        </w:rPr>
      </w:pPr>
      <w:proofErr w:type="gramStart"/>
      <w:r w:rsidRPr="004F05EA">
        <w:rPr>
          <w:sz w:val="20"/>
          <w:szCs w:val="20"/>
          <w:lang w:val="fr-FR"/>
        </w:rPr>
        <w:t>Email:</w:t>
      </w:r>
      <w:proofErr w:type="gramEnd"/>
      <w:r w:rsidRPr="004F05EA">
        <w:rPr>
          <w:sz w:val="20"/>
          <w:szCs w:val="20"/>
          <w:lang w:val="fr-FR"/>
        </w:rPr>
        <w:t xml:space="preserve"> olugbodekorede@gmail.com </w:t>
      </w:r>
    </w:p>
    <w:p w14:paraId="345C9644" w14:textId="5AFBB63C" w:rsidR="00A005D4" w:rsidRPr="004F05EA" w:rsidRDefault="005C30C3" w:rsidP="00E67FE6">
      <w:pPr>
        <w:spacing w:after="0"/>
        <w:jc w:val="center"/>
        <w:rPr>
          <w:sz w:val="20"/>
          <w:szCs w:val="20"/>
          <w:lang w:val="fr-FR"/>
        </w:rPr>
      </w:pPr>
      <w:r w:rsidRPr="004F05EA">
        <w:rPr>
          <w:sz w:val="20"/>
          <w:szCs w:val="20"/>
          <w:lang w:val="fr-FR"/>
        </w:rPr>
        <w:t xml:space="preserve"> </w:t>
      </w:r>
      <w:proofErr w:type="gramStart"/>
      <w:r w:rsidRPr="004F05EA">
        <w:rPr>
          <w:sz w:val="20"/>
          <w:szCs w:val="20"/>
          <w:lang w:val="fr-FR"/>
        </w:rPr>
        <w:t>Phone:</w:t>
      </w:r>
      <w:proofErr w:type="gramEnd"/>
      <w:r w:rsidRPr="004F05EA">
        <w:rPr>
          <w:sz w:val="20"/>
          <w:szCs w:val="20"/>
          <w:lang w:val="fr-FR"/>
        </w:rPr>
        <w:t xml:space="preserve"> 09034110415</w:t>
      </w:r>
    </w:p>
    <w:p w14:paraId="5EFD8DA3" w14:textId="543FF64B" w:rsidR="00A005D4" w:rsidRPr="00ED2F08" w:rsidRDefault="0037712F" w:rsidP="00E67FE6">
      <w:pPr>
        <w:spacing w:after="0"/>
        <w:jc w:val="center"/>
        <w:rPr>
          <w:sz w:val="20"/>
          <w:szCs w:val="20"/>
        </w:rPr>
      </w:pPr>
      <w:r w:rsidRPr="004404B7">
        <w:rPr>
          <w:sz w:val="20"/>
          <w:szCs w:val="20"/>
        </w:rPr>
        <w:t xml:space="preserve">Location: </w:t>
      </w:r>
      <w:proofErr w:type="gramStart"/>
      <w:r w:rsidR="00F316BE" w:rsidRPr="004404B7">
        <w:rPr>
          <w:sz w:val="20"/>
          <w:szCs w:val="20"/>
        </w:rPr>
        <w:t>Ketu ,</w:t>
      </w:r>
      <w:proofErr w:type="gramEnd"/>
      <w:r w:rsidR="00F316BE" w:rsidRPr="004404B7">
        <w:rPr>
          <w:sz w:val="20"/>
          <w:szCs w:val="20"/>
        </w:rPr>
        <w:t xml:space="preserve"> Lagos</w:t>
      </w:r>
    </w:p>
    <w:p w14:paraId="402F8560" w14:textId="77777777" w:rsidR="00A005D4" w:rsidRPr="00E67FE6" w:rsidRDefault="005C30C3">
      <w:pPr>
        <w:pStyle w:val="Heading2"/>
        <w:rPr>
          <w:sz w:val="20"/>
          <w:szCs w:val="20"/>
        </w:rPr>
      </w:pPr>
      <w:r w:rsidRPr="00E67FE6">
        <w:rPr>
          <w:sz w:val="20"/>
          <w:szCs w:val="20"/>
        </w:rPr>
        <w:t>Career Summary</w:t>
      </w:r>
    </w:p>
    <w:p w14:paraId="36BD6EE7" w14:textId="75DD9527" w:rsidR="008A1238" w:rsidRPr="00E67FE6" w:rsidRDefault="008A1238" w:rsidP="008A1238">
      <w:pPr>
        <w:rPr>
          <w:sz w:val="20"/>
          <w:szCs w:val="20"/>
        </w:rPr>
      </w:pPr>
      <w:r w:rsidRPr="00E67FE6">
        <w:rPr>
          <w:sz w:val="20"/>
          <w:szCs w:val="20"/>
        </w:rPr>
        <w:t xml:space="preserve">A motivated, reliable, and detail-oriented professional with experience in customer service, cash handling, and business operations. </w:t>
      </w:r>
      <w:r w:rsidR="00A340CF" w:rsidRPr="00E67FE6">
        <w:rPr>
          <w:sz w:val="20"/>
          <w:szCs w:val="20"/>
        </w:rPr>
        <w:t>Possesses strong</w:t>
      </w:r>
      <w:r w:rsidRPr="00E67FE6">
        <w:rPr>
          <w:sz w:val="20"/>
          <w:szCs w:val="20"/>
        </w:rPr>
        <w:t xml:space="preserve"> communication, </w:t>
      </w:r>
      <w:proofErr w:type="spellStart"/>
      <w:r w:rsidR="00A340CF" w:rsidRPr="00E67FE6">
        <w:rPr>
          <w:sz w:val="20"/>
          <w:szCs w:val="20"/>
        </w:rPr>
        <w:t>organisational</w:t>
      </w:r>
      <w:proofErr w:type="spellEnd"/>
      <w:r w:rsidRPr="00E67FE6">
        <w:rPr>
          <w:sz w:val="20"/>
          <w:szCs w:val="20"/>
        </w:rPr>
        <w:t>, problem-solving, and teamwork skills, with the ability to adapt quickly, maintain accuracy, and</w:t>
      </w:r>
      <w:r w:rsidR="00A340CF" w:rsidRPr="00E67FE6">
        <w:rPr>
          <w:sz w:val="20"/>
          <w:szCs w:val="20"/>
        </w:rPr>
        <w:t xml:space="preserve"> </w:t>
      </w:r>
      <w:r w:rsidRPr="00E67FE6">
        <w:rPr>
          <w:sz w:val="20"/>
          <w:szCs w:val="20"/>
        </w:rPr>
        <w:t>work effectively under</w:t>
      </w:r>
      <w:r w:rsidR="00A340CF" w:rsidRPr="00E67FE6">
        <w:rPr>
          <w:sz w:val="20"/>
          <w:szCs w:val="20"/>
        </w:rPr>
        <w:t xml:space="preserve"> pressure. Committed to providing excellent service, supporting business growth, and achieving </w:t>
      </w:r>
      <w:proofErr w:type="spellStart"/>
      <w:r w:rsidR="00A340CF" w:rsidRPr="00E67FE6">
        <w:rPr>
          <w:sz w:val="20"/>
          <w:szCs w:val="20"/>
        </w:rPr>
        <w:t>organisational</w:t>
      </w:r>
      <w:proofErr w:type="spellEnd"/>
      <w:r w:rsidR="00A340CF" w:rsidRPr="00E67FE6">
        <w:rPr>
          <w:sz w:val="20"/>
          <w:szCs w:val="20"/>
        </w:rPr>
        <w:t xml:space="preserve"> goals,</w:t>
      </w:r>
    </w:p>
    <w:p w14:paraId="32A3CC1B" w14:textId="77777777" w:rsidR="00A005D4" w:rsidRPr="00E67FE6" w:rsidRDefault="005C30C3">
      <w:pPr>
        <w:pStyle w:val="Heading2"/>
        <w:rPr>
          <w:sz w:val="20"/>
          <w:szCs w:val="20"/>
        </w:rPr>
      </w:pPr>
      <w:r w:rsidRPr="00E67FE6">
        <w:rPr>
          <w:sz w:val="20"/>
          <w:szCs w:val="20"/>
        </w:rPr>
        <w:t>Education</w:t>
      </w:r>
    </w:p>
    <w:p w14:paraId="50D9EA45" w14:textId="05E5528B" w:rsidR="00A005D4" w:rsidRPr="00E67FE6" w:rsidRDefault="005C30C3" w:rsidP="00A340CF">
      <w:pPr>
        <w:rPr>
          <w:sz w:val="20"/>
          <w:szCs w:val="20"/>
        </w:rPr>
      </w:pPr>
      <w:r w:rsidRPr="00E67FE6">
        <w:rPr>
          <w:sz w:val="20"/>
          <w:szCs w:val="20"/>
        </w:rPr>
        <w:t>Tai Solarin University of Education</w:t>
      </w:r>
      <w:r w:rsidRPr="00E67FE6">
        <w:rPr>
          <w:sz w:val="20"/>
          <w:szCs w:val="20"/>
        </w:rPr>
        <w:br/>
        <w:t>B.A.Ed. in Fine and Applied Arts</w:t>
      </w:r>
      <w:r w:rsidRPr="00E67FE6">
        <w:rPr>
          <w:sz w:val="20"/>
          <w:szCs w:val="20"/>
        </w:rPr>
        <w:br/>
        <w:t>2019 – 2024</w:t>
      </w:r>
    </w:p>
    <w:p w14:paraId="52FD3753" w14:textId="77777777" w:rsidR="00A005D4" w:rsidRPr="00E67FE6" w:rsidRDefault="005C30C3">
      <w:pPr>
        <w:rPr>
          <w:sz w:val="20"/>
          <w:szCs w:val="20"/>
        </w:rPr>
      </w:pPr>
      <w:r w:rsidRPr="00E67FE6">
        <w:rPr>
          <w:sz w:val="20"/>
          <w:szCs w:val="20"/>
        </w:rPr>
        <w:t>Harfard Secondary School</w:t>
      </w:r>
      <w:r w:rsidRPr="00E67FE6">
        <w:rPr>
          <w:sz w:val="20"/>
          <w:szCs w:val="20"/>
        </w:rPr>
        <w:br/>
        <w:t>Senior Secondary School Certificate (SSCE)</w:t>
      </w:r>
      <w:r w:rsidRPr="00E67FE6">
        <w:rPr>
          <w:sz w:val="20"/>
          <w:szCs w:val="20"/>
        </w:rPr>
        <w:br/>
        <w:t>2010 – 2014</w:t>
      </w:r>
    </w:p>
    <w:p w14:paraId="5A893494" w14:textId="77777777" w:rsidR="00A005D4" w:rsidRPr="00E67FE6" w:rsidRDefault="005C30C3">
      <w:pPr>
        <w:pStyle w:val="Heading2"/>
        <w:rPr>
          <w:sz w:val="20"/>
          <w:szCs w:val="20"/>
        </w:rPr>
      </w:pPr>
      <w:r w:rsidRPr="00E67FE6">
        <w:rPr>
          <w:sz w:val="20"/>
          <w:szCs w:val="20"/>
        </w:rPr>
        <w:t>Work Experience</w:t>
      </w:r>
    </w:p>
    <w:p w14:paraId="1447EE04" w14:textId="77777777" w:rsidR="00596D2D" w:rsidRPr="00E67FE6" w:rsidRDefault="00596D2D" w:rsidP="00E861A4">
      <w:pPr>
        <w:spacing w:after="0" w:line="240" w:lineRule="auto"/>
        <w:rPr>
          <w:sz w:val="20"/>
          <w:szCs w:val="20"/>
        </w:rPr>
      </w:pPr>
      <w:r w:rsidRPr="00E67FE6">
        <w:rPr>
          <w:sz w:val="20"/>
          <w:szCs w:val="20"/>
        </w:rPr>
        <w:t>Cashier</w:t>
      </w:r>
    </w:p>
    <w:p w14:paraId="2682DA3C" w14:textId="0F10F839" w:rsidR="00596D2D" w:rsidRPr="00E67FE6" w:rsidRDefault="00596D2D" w:rsidP="00E861A4">
      <w:pPr>
        <w:spacing w:after="0" w:line="240" w:lineRule="auto"/>
        <w:rPr>
          <w:sz w:val="20"/>
          <w:szCs w:val="20"/>
        </w:rPr>
      </w:pPr>
      <w:r w:rsidRPr="00E67FE6">
        <w:rPr>
          <w:sz w:val="20"/>
          <w:szCs w:val="20"/>
        </w:rPr>
        <w:t xml:space="preserve">Chilis Bar </w:t>
      </w:r>
      <w:r w:rsidR="00672E0F" w:rsidRPr="00E67FE6">
        <w:rPr>
          <w:sz w:val="20"/>
          <w:szCs w:val="20"/>
        </w:rPr>
        <w:t>and</w:t>
      </w:r>
      <w:r w:rsidRPr="00E67FE6">
        <w:rPr>
          <w:sz w:val="20"/>
          <w:szCs w:val="20"/>
        </w:rPr>
        <w:t xml:space="preserve"> Grill, Asaba | 2026</w:t>
      </w:r>
    </w:p>
    <w:p w14:paraId="04FAEDEB" w14:textId="77777777" w:rsidR="00596D2D" w:rsidRPr="00E67FE6" w:rsidRDefault="00596D2D" w:rsidP="00E861A4">
      <w:pPr>
        <w:pStyle w:val="ListParagraph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E67FE6">
        <w:rPr>
          <w:sz w:val="20"/>
          <w:szCs w:val="20"/>
        </w:rPr>
        <w:t>Processed customer payments and handled daily cash transactions.</w:t>
      </w:r>
    </w:p>
    <w:p w14:paraId="2985F3BD" w14:textId="77777777" w:rsidR="00596D2D" w:rsidRPr="00E67FE6" w:rsidRDefault="00596D2D" w:rsidP="00E861A4">
      <w:pPr>
        <w:pStyle w:val="ListParagraph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E67FE6">
        <w:rPr>
          <w:sz w:val="20"/>
          <w:szCs w:val="20"/>
        </w:rPr>
        <w:t>Provided excellent customer service, answered enquiries, and supported upselling.</w:t>
      </w:r>
    </w:p>
    <w:p w14:paraId="12E46950" w14:textId="7ADD6C97" w:rsidR="00596D2D" w:rsidRPr="00E67FE6" w:rsidRDefault="00596D2D" w:rsidP="00E861A4">
      <w:pPr>
        <w:pStyle w:val="ListParagraph"/>
        <w:numPr>
          <w:ilvl w:val="0"/>
          <w:numId w:val="13"/>
        </w:numPr>
        <w:spacing w:after="0" w:line="240" w:lineRule="auto"/>
        <w:rPr>
          <w:sz w:val="20"/>
          <w:szCs w:val="20"/>
        </w:rPr>
      </w:pPr>
      <w:r w:rsidRPr="00E67FE6">
        <w:rPr>
          <w:sz w:val="20"/>
          <w:szCs w:val="20"/>
        </w:rPr>
        <w:t xml:space="preserve">Assisted with sales recording and maintained accuracy </w:t>
      </w:r>
      <w:r w:rsidR="00672E0F" w:rsidRPr="00E67FE6">
        <w:rPr>
          <w:sz w:val="20"/>
          <w:szCs w:val="20"/>
        </w:rPr>
        <w:t>in</w:t>
      </w:r>
      <w:r w:rsidRPr="00E67FE6">
        <w:rPr>
          <w:sz w:val="20"/>
          <w:szCs w:val="20"/>
        </w:rPr>
        <w:t xml:space="preserve"> cash handling.</w:t>
      </w:r>
    </w:p>
    <w:p w14:paraId="356F922F" w14:textId="77777777" w:rsidR="00596D2D" w:rsidRPr="00E67FE6" w:rsidRDefault="00596D2D" w:rsidP="00E861A4">
      <w:pPr>
        <w:spacing w:after="0"/>
        <w:rPr>
          <w:sz w:val="20"/>
          <w:szCs w:val="20"/>
        </w:rPr>
      </w:pPr>
    </w:p>
    <w:p w14:paraId="36A8ABAB" w14:textId="77777777" w:rsidR="002B26EE" w:rsidRPr="00E67FE6" w:rsidRDefault="002B26EE" w:rsidP="00E861A4">
      <w:p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Cashier</w:t>
      </w:r>
      <w:r w:rsidRPr="00E67FE6">
        <w:rPr>
          <w:sz w:val="20"/>
          <w:szCs w:val="20"/>
        </w:rPr>
        <w:br/>
        <w:t>Bet9ja | 2015 – 2017</w:t>
      </w:r>
    </w:p>
    <w:p w14:paraId="7FCE8301" w14:textId="77777777" w:rsidR="002B26EE" w:rsidRPr="00E67FE6" w:rsidRDefault="002B26EE" w:rsidP="00E861A4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Processed customer transactions and managed cash balances.</w:t>
      </w:r>
    </w:p>
    <w:p w14:paraId="3084ACEF" w14:textId="77777777" w:rsidR="002B26EE" w:rsidRPr="00E67FE6" w:rsidRDefault="002B26EE" w:rsidP="00E861A4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proofErr w:type="gramStart"/>
      <w:r w:rsidRPr="00E67FE6">
        <w:rPr>
          <w:sz w:val="20"/>
          <w:szCs w:val="20"/>
        </w:rPr>
        <w:t>Assisted customers</w:t>
      </w:r>
      <w:proofErr w:type="gramEnd"/>
      <w:r w:rsidRPr="00E67FE6">
        <w:rPr>
          <w:sz w:val="20"/>
          <w:szCs w:val="20"/>
        </w:rPr>
        <w:t xml:space="preserve"> with betting procedures and general enquiries.</w:t>
      </w:r>
    </w:p>
    <w:p w14:paraId="6CEB1221" w14:textId="77777777" w:rsidR="002B26EE" w:rsidRPr="00E67FE6" w:rsidRDefault="002B26EE" w:rsidP="00E861A4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Maintained accurate transaction records and supported daily financial reporting.</w:t>
      </w:r>
    </w:p>
    <w:p w14:paraId="6A22DD54" w14:textId="77777777" w:rsidR="00E861A4" w:rsidRPr="00E67FE6" w:rsidRDefault="00E861A4" w:rsidP="00E861A4">
      <w:p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Cashier</w:t>
      </w:r>
      <w:r w:rsidRPr="00E67FE6">
        <w:rPr>
          <w:sz w:val="20"/>
          <w:szCs w:val="20"/>
        </w:rPr>
        <w:br/>
        <w:t>Golden Chance Lotto | 2013 – 2015</w:t>
      </w:r>
    </w:p>
    <w:p w14:paraId="5691DEE5" w14:textId="77777777" w:rsidR="00E861A4" w:rsidRPr="00E67FE6" w:rsidRDefault="00E861A4" w:rsidP="00E861A4">
      <w:pPr>
        <w:pStyle w:val="ListParagraph"/>
        <w:numPr>
          <w:ilvl w:val="0"/>
          <w:numId w:val="18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Processed daily sales and handled cash register operations.</w:t>
      </w:r>
    </w:p>
    <w:p w14:paraId="3520C8F0" w14:textId="77777777" w:rsidR="00E861A4" w:rsidRPr="00E67FE6" w:rsidRDefault="00E861A4" w:rsidP="00E861A4">
      <w:pPr>
        <w:pStyle w:val="ListParagraph"/>
        <w:numPr>
          <w:ilvl w:val="0"/>
          <w:numId w:val="18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Assisted customers with lotto ticket purchases and related enquiries.</w:t>
      </w:r>
    </w:p>
    <w:p w14:paraId="11237CDE" w14:textId="62B9F79A" w:rsidR="002B26EE" w:rsidRPr="00E67FE6" w:rsidRDefault="00ED2F08" w:rsidP="00C852EC">
      <w:pPr>
        <w:pStyle w:val="ListParagraph"/>
        <w:numPr>
          <w:ilvl w:val="0"/>
          <w:numId w:val="18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Maintained</w:t>
      </w:r>
      <w:r w:rsidR="00E861A4" w:rsidRPr="00E67FE6">
        <w:rPr>
          <w:sz w:val="20"/>
          <w:szCs w:val="20"/>
        </w:rPr>
        <w:t xml:space="preserve"> an orderly work area and promoted company services.</w:t>
      </w:r>
    </w:p>
    <w:p w14:paraId="3EEB93EA" w14:textId="256B587F" w:rsidR="00DA4D92" w:rsidRPr="00E67FE6" w:rsidRDefault="00DA4D92" w:rsidP="00DA4D92">
      <w:p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Machine Operator</w:t>
      </w:r>
      <w:r w:rsidRPr="00E67FE6">
        <w:rPr>
          <w:sz w:val="20"/>
          <w:szCs w:val="20"/>
        </w:rPr>
        <w:br/>
      </w:r>
      <w:proofErr w:type="spellStart"/>
      <w:r w:rsidR="00ED2F08" w:rsidRPr="00E67FE6">
        <w:rPr>
          <w:sz w:val="20"/>
          <w:szCs w:val="20"/>
        </w:rPr>
        <w:t>Jo</w:t>
      </w:r>
      <w:r w:rsidRPr="00E67FE6">
        <w:rPr>
          <w:sz w:val="20"/>
          <w:szCs w:val="20"/>
        </w:rPr>
        <w:t>bican</w:t>
      </w:r>
      <w:proofErr w:type="spellEnd"/>
      <w:r w:rsidRPr="00E67FE6">
        <w:rPr>
          <w:sz w:val="20"/>
          <w:szCs w:val="20"/>
        </w:rPr>
        <w:t xml:space="preserve"> Industry</w:t>
      </w:r>
      <w:r w:rsidRPr="00E67FE6">
        <w:rPr>
          <w:sz w:val="20"/>
          <w:szCs w:val="20"/>
        </w:rPr>
        <w:t xml:space="preserve"> | </w:t>
      </w:r>
      <w:r w:rsidRPr="00E67FE6">
        <w:rPr>
          <w:sz w:val="20"/>
          <w:szCs w:val="20"/>
        </w:rPr>
        <w:t>2018 – 2019</w:t>
      </w:r>
    </w:p>
    <w:p w14:paraId="6E965178" w14:textId="77777777" w:rsidR="00DA4D92" w:rsidRPr="00E67FE6" w:rsidRDefault="00DA4D92" w:rsidP="00DA4D92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Operated machinery in line with workplace procedure and safety standards.</w:t>
      </w:r>
    </w:p>
    <w:p w14:paraId="17875C45" w14:textId="3B9E0EC1" w:rsidR="00DA4D92" w:rsidRPr="00E67FE6" w:rsidRDefault="00DA4D92" w:rsidP="00DA4D92">
      <w:pPr>
        <w:pStyle w:val="ListParagraph"/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Supported daily production activities and maintained </w:t>
      </w:r>
      <w:proofErr w:type="gramStart"/>
      <w:r w:rsidRPr="00E67FE6">
        <w:rPr>
          <w:sz w:val="20"/>
          <w:szCs w:val="20"/>
        </w:rPr>
        <w:t xml:space="preserve">an </w:t>
      </w:r>
      <w:proofErr w:type="spellStart"/>
      <w:r w:rsidRPr="00E67FE6">
        <w:rPr>
          <w:sz w:val="20"/>
          <w:szCs w:val="20"/>
        </w:rPr>
        <w:t>organi</w:t>
      </w:r>
      <w:r w:rsidR="00A60C7D">
        <w:rPr>
          <w:sz w:val="20"/>
          <w:szCs w:val="20"/>
        </w:rPr>
        <w:t>s</w:t>
      </w:r>
      <w:r w:rsidRPr="00E67FE6">
        <w:rPr>
          <w:sz w:val="20"/>
          <w:szCs w:val="20"/>
        </w:rPr>
        <w:t>ed</w:t>
      </w:r>
      <w:proofErr w:type="spellEnd"/>
      <w:proofErr w:type="gramEnd"/>
      <w:r w:rsidRPr="00E67FE6">
        <w:rPr>
          <w:sz w:val="20"/>
          <w:szCs w:val="20"/>
        </w:rPr>
        <w:t xml:space="preserve"> work</w:t>
      </w:r>
    </w:p>
    <w:p w14:paraId="5172A820" w14:textId="77777777" w:rsidR="002B26EE" w:rsidRPr="00E67FE6" w:rsidRDefault="002B26EE" w:rsidP="00A340CF">
      <w:pPr>
        <w:rPr>
          <w:sz w:val="20"/>
          <w:szCs w:val="20"/>
        </w:rPr>
      </w:pPr>
    </w:p>
    <w:p w14:paraId="4FC454A9" w14:textId="39F0A89E" w:rsidR="00DA4D92" w:rsidRPr="00E67FE6" w:rsidRDefault="00DA4D92" w:rsidP="00DA4D92">
      <w:p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lastRenderedPageBreak/>
        <w:t>Cashier</w:t>
      </w:r>
    </w:p>
    <w:p w14:paraId="5CB2F618" w14:textId="66C8716D" w:rsidR="00A005D4" w:rsidRPr="00E67FE6" w:rsidRDefault="005C30C3" w:rsidP="00DA4D92">
      <w:p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Graphic Designer</w:t>
      </w:r>
      <w:r w:rsidRPr="00E67FE6">
        <w:rPr>
          <w:sz w:val="20"/>
          <w:szCs w:val="20"/>
        </w:rPr>
        <w:br/>
        <w:t>Freelance / Various Clients</w:t>
      </w:r>
      <w:r w:rsidR="00BF6AED" w:rsidRPr="00E67FE6">
        <w:rPr>
          <w:sz w:val="20"/>
          <w:szCs w:val="20"/>
        </w:rPr>
        <w:t xml:space="preserve"> | </w:t>
      </w:r>
      <w:r w:rsidRPr="00E67FE6">
        <w:rPr>
          <w:sz w:val="20"/>
          <w:szCs w:val="20"/>
        </w:rPr>
        <w:t>2019 – Present</w:t>
      </w:r>
    </w:p>
    <w:p w14:paraId="26A78D6C" w14:textId="2BDF2CB1" w:rsidR="00A340CF" w:rsidRPr="00E67FE6" w:rsidRDefault="00A340CF" w:rsidP="00DA4D92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Designed logos, flyers, banners, and social media content using Adobe Photoshop and Corel Draw</w:t>
      </w:r>
    </w:p>
    <w:p w14:paraId="1A2F91DC" w14:textId="77777777" w:rsidR="002D552F" w:rsidRPr="00E67FE6" w:rsidRDefault="00A340CF" w:rsidP="00DA4D92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Worked with clients to understand</w:t>
      </w:r>
      <w:r w:rsidR="00633602" w:rsidRPr="00E67FE6">
        <w:rPr>
          <w:sz w:val="20"/>
          <w:szCs w:val="20"/>
        </w:rPr>
        <w:t xml:space="preserve"> their needs and deliver </w:t>
      </w:r>
      <w:r w:rsidR="002D552F" w:rsidRPr="00E67FE6">
        <w:rPr>
          <w:sz w:val="20"/>
          <w:szCs w:val="20"/>
        </w:rPr>
        <w:t>suitable design solutions.</w:t>
      </w:r>
    </w:p>
    <w:p w14:paraId="00A62CB0" w14:textId="64CB6F8E" w:rsidR="001E7F18" w:rsidRPr="00E67FE6" w:rsidRDefault="002D552F" w:rsidP="00DA4D92">
      <w:pPr>
        <w:pStyle w:val="ListParagraph"/>
        <w:numPr>
          <w:ilvl w:val="0"/>
          <w:numId w:val="11"/>
        </w:numPr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Managed multiple projects and met deadlines while maintaining </w:t>
      </w:r>
      <w:r w:rsidR="00870A7F" w:rsidRPr="00E67FE6">
        <w:rPr>
          <w:sz w:val="20"/>
          <w:szCs w:val="20"/>
        </w:rPr>
        <w:t>client satisfaction.</w:t>
      </w:r>
    </w:p>
    <w:p w14:paraId="3407CCE7" w14:textId="77777777" w:rsidR="00A005D4" w:rsidRPr="00E67FE6" w:rsidRDefault="005C30C3">
      <w:pPr>
        <w:pStyle w:val="Heading2"/>
        <w:rPr>
          <w:sz w:val="20"/>
          <w:szCs w:val="20"/>
        </w:rPr>
      </w:pPr>
      <w:r w:rsidRPr="00E67FE6">
        <w:rPr>
          <w:sz w:val="20"/>
          <w:szCs w:val="20"/>
        </w:rPr>
        <w:t>Skills</w:t>
      </w:r>
    </w:p>
    <w:p w14:paraId="43F5A699" w14:textId="61A3C6BE" w:rsidR="00995864" w:rsidRPr="00E67FE6" w:rsidRDefault="004B5C66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Cash </w:t>
      </w:r>
      <w:r w:rsidR="00410786" w:rsidRPr="00E67FE6">
        <w:rPr>
          <w:sz w:val="20"/>
          <w:szCs w:val="20"/>
        </w:rPr>
        <w:t>H</w:t>
      </w:r>
      <w:r w:rsidRPr="00E67FE6">
        <w:rPr>
          <w:sz w:val="20"/>
          <w:szCs w:val="20"/>
        </w:rPr>
        <w:t xml:space="preserve">andling &amp; </w:t>
      </w:r>
      <w:r w:rsidR="00410786" w:rsidRPr="00E67FE6">
        <w:rPr>
          <w:sz w:val="20"/>
          <w:szCs w:val="20"/>
        </w:rPr>
        <w:t>R</w:t>
      </w:r>
      <w:r w:rsidRPr="00E67FE6">
        <w:rPr>
          <w:sz w:val="20"/>
          <w:szCs w:val="20"/>
        </w:rPr>
        <w:t>econ</w:t>
      </w:r>
      <w:r w:rsidR="00762A15" w:rsidRPr="00E67FE6">
        <w:rPr>
          <w:sz w:val="20"/>
          <w:szCs w:val="20"/>
        </w:rPr>
        <w:t>ciliation</w:t>
      </w:r>
    </w:p>
    <w:p w14:paraId="6C859D6C" w14:textId="6C4E7FD8" w:rsidR="00762A15" w:rsidRPr="00E67FE6" w:rsidRDefault="00762A15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Microsoft </w:t>
      </w:r>
      <w:r w:rsidR="00410786" w:rsidRPr="00E67FE6">
        <w:rPr>
          <w:sz w:val="20"/>
          <w:szCs w:val="20"/>
        </w:rPr>
        <w:t>E</w:t>
      </w:r>
      <w:r w:rsidRPr="00E67FE6">
        <w:rPr>
          <w:sz w:val="20"/>
          <w:szCs w:val="20"/>
        </w:rPr>
        <w:t>xcel &amp; Word</w:t>
      </w:r>
    </w:p>
    <w:p w14:paraId="3FAAD369" w14:textId="269D47DB" w:rsidR="00762A15" w:rsidRPr="00E67FE6" w:rsidRDefault="00762A15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Record Keeping </w:t>
      </w:r>
      <w:r w:rsidR="00593F92" w:rsidRPr="00E67FE6">
        <w:rPr>
          <w:sz w:val="20"/>
          <w:szCs w:val="20"/>
        </w:rPr>
        <w:t>&amp; Documentation</w:t>
      </w:r>
    </w:p>
    <w:p w14:paraId="29B23C17" w14:textId="45B13357" w:rsidR="00593F92" w:rsidRPr="00E67FE6" w:rsidRDefault="00593F92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Customer Service </w:t>
      </w:r>
      <w:r w:rsidR="00F223B0" w:rsidRPr="00E67FE6">
        <w:rPr>
          <w:sz w:val="20"/>
          <w:szCs w:val="20"/>
        </w:rPr>
        <w:t>&amp; Sales</w:t>
      </w:r>
    </w:p>
    <w:p w14:paraId="614D5C9D" w14:textId="6682EB0E" w:rsidR="00F223B0" w:rsidRPr="00E67FE6" w:rsidRDefault="00F223B0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Communication &amp; Teamwork</w:t>
      </w:r>
    </w:p>
    <w:p w14:paraId="226BF068" w14:textId="664DD6E3" w:rsidR="00F223B0" w:rsidRPr="00E67FE6" w:rsidRDefault="00E55A7A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Organization &amp; Time Management </w:t>
      </w:r>
    </w:p>
    <w:p w14:paraId="6686F2FA" w14:textId="52BDFEDD" w:rsidR="00E55A7A" w:rsidRPr="00E67FE6" w:rsidRDefault="00E41E3A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>Graphic Design (CorelDraw &amp; Photoshop</w:t>
      </w:r>
      <w:r w:rsidR="002B6DE6" w:rsidRPr="00E67FE6">
        <w:rPr>
          <w:sz w:val="20"/>
          <w:szCs w:val="20"/>
        </w:rPr>
        <w:t>)</w:t>
      </w:r>
    </w:p>
    <w:p w14:paraId="0B80A0B7" w14:textId="6209C58D" w:rsidR="002B6DE6" w:rsidRPr="00E67FE6" w:rsidRDefault="002B6DE6" w:rsidP="00B66A9C">
      <w:pPr>
        <w:pStyle w:val="ListParagraph"/>
        <w:numPr>
          <w:ilvl w:val="0"/>
          <w:numId w:val="19"/>
        </w:numPr>
        <w:tabs>
          <w:tab w:val="left" w:pos="4536"/>
        </w:tabs>
        <w:spacing w:after="0"/>
        <w:rPr>
          <w:sz w:val="20"/>
          <w:szCs w:val="20"/>
        </w:rPr>
      </w:pPr>
      <w:r w:rsidRPr="00E67FE6">
        <w:rPr>
          <w:sz w:val="20"/>
          <w:szCs w:val="20"/>
        </w:rPr>
        <w:t xml:space="preserve">Problem- Solving &amp; Attention </w:t>
      </w:r>
      <w:r w:rsidR="00410786" w:rsidRPr="00E67FE6">
        <w:rPr>
          <w:sz w:val="20"/>
          <w:szCs w:val="20"/>
        </w:rPr>
        <w:t>to</w:t>
      </w:r>
      <w:r w:rsidRPr="00E67FE6">
        <w:rPr>
          <w:sz w:val="20"/>
          <w:szCs w:val="20"/>
        </w:rPr>
        <w:t xml:space="preserve"> Details</w:t>
      </w:r>
    </w:p>
    <w:sectPr w:rsidR="002B6DE6" w:rsidRPr="00E67F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D04D1"/>
    <w:multiLevelType w:val="hybridMultilevel"/>
    <w:tmpl w:val="FD5C69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E11A4"/>
    <w:multiLevelType w:val="hybridMultilevel"/>
    <w:tmpl w:val="EA5C77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E2B61"/>
    <w:multiLevelType w:val="hybridMultilevel"/>
    <w:tmpl w:val="A446B9C6"/>
    <w:lvl w:ilvl="0" w:tplc="200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49CE3373"/>
    <w:multiLevelType w:val="hybridMultilevel"/>
    <w:tmpl w:val="1D2691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14D2F"/>
    <w:multiLevelType w:val="hybridMultilevel"/>
    <w:tmpl w:val="8A6CF20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068B6"/>
    <w:multiLevelType w:val="hybridMultilevel"/>
    <w:tmpl w:val="9F0648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4088E"/>
    <w:multiLevelType w:val="hybridMultilevel"/>
    <w:tmpl w:val="DF86C5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AD34A7"/>
    <w:multiLevelType w:val="hybridMultilevel"/>
    <w:tmpl w:val="753848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17025"/>
    <w:multiLevelType w:val="hybridMultilevel"/>
    <w:tmpl w:val="7C0444F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4671F"/>
    <w:multiLevelType w:val="hybridMultilevel"/>
    <w:tmpl w:val="9732C08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33146">
    <w:abstractNumId w:val="8"/>
  </w:num>
  <w:num w:numId="2" w16cid:durableId="1003514263">
    <w:abstractNumId w:val="6"/>
  </w:num>
  <w:num w:numId="3" w16cid:durableId="539513664">
    <w:abstractNumId w:val="5"/>
  </w:num>
  <w:num w:numId="4" w16cid:durableId="2056931574">
    <w:abstractNumId w:val="4"/>
  </w:num>
  <w:num w:numId="5" w16cid:durableId="1639800009">
    <w:abstractNumId w:val="7"/>
  </w:num>
  <w:num w:numId="6" w16cid:durableId="393427372">
    <w:abstractNumId w:val="3"/>
  </w:num>
  <w:num w:numId="7" w16cid:durableId="848176117">
    <w:abstractNumId w:val="2"/>
  </w:num>
  <w:num w:numId="8" w16cid:durableId="1201551061">
    <w:abstractNumId w:val="1"/>
  </w:num>
  <w:num w:numId="9" w16cid:durableId="1795713601">
    <w:abstractNumId w:val="0"/>
  </w:num>
  <w:num w:numId="10" w16cid:durableId="1659574576">
    <w:abstractNumId w:val="18"/>
  </w:num>
  <w:num w:numId="11" w16cid:durableId="1593316781">
    <w:abstractNumId w:val="12"/>
  </w:num>
  <w:num w:numId="12" w16cid:durableId="2000964211">
    <w:abstractNumId w:val="17"/>
  </w:num>
  <w:num w:numId="13" w16cid:durableId="915089019">
    <w:abstractNumId w:val="16"/>
  </w:num>
  <w:num w:numId="14" w16cid:durableId="1940722128">
    <w:abstractNumId w:val="9"/>
  </w:num>
  <w:num w:numId="15" w16cid:durableId="786654241">
    <w:abstractNumId w:val="10"/>
  </w:num>
  <w:num w:numId="16" w16cid:durableId="2006584816">
    <w:abstractNumId w:val="14"/>
  </w:num>
  <w:num w:numId="17" w16cid:durableId="1954819684">
    <w:abstractNumId w:val="15"/>
  </w:num>
  <w:num w:numId="18" w16cid:durableId="834954728">
    <w:abstractNumId w:val="13"/>
  </w:num>
  <w:num w:numId="19" w16cid:durableId="8729604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999"/>
    <w:rsid w:val="000F2B94"/>
    <w:rsid w:val="0015074B"/>
    <w:rsid w:val="001C2192"/>
    <w:rsid w:val="001E7F18"/>
    <w:rsid w:val="0029639D"/>
    <w:rsid w:val="002B26EE"/>
    <w:rsid w:val="002B6DE6"/>
    <w:rsid w:val="002D2BA6"/>
    <w:rsid w:val="002D552F"/>
    <w:rsid w:val="002F6C20"/>
    <w:rsid w:val="00326F90"/>
    <w:rsid w:val="0037712F"/>
    <w:rsid w:val="00384605"/>
    <w:rsid w:val="003D08FA"/>
    <w:rsid w:val="0040364E"/>
    <w:rsid w:val="00410786"/>
    <w:rsid w:val="00427376"/>
    <w:rsid w:val="004404B7"/>
    <w:rsid w:val="00490F62"/>
    <w:rsid w:val="004A11E4"/>
    <w:rsid w:val="004B5C66"/>
    <w:rsid w:val="004F05EA"/>
    <w:rsid w:val="0051417E"/>
    <w:rsid w:val="00593F92"/>
    <w:rsid w:val="00596D2D"/>
    <w:rsid w:val="005B0F2C"/>
    <w:rsid w:val="005C30C3"/>
    <w:rsid w:val="00633602"/>
    <w:rsid w:val="006520A2"/>
    <w:rsid w:val="0065349B"/>
    <w:rsid w:val="00672E0F"/>
    <w:rsid w:val="00676727"/>
    <w:rsid w:val="00692ECF"/>
    <w:rsid w:val="006F5502"/>
    <w:rsid w:val="007001BB"/>
    <w:rsid w:val="00753D0F"/>
    <w:rsid w:val="00762A15"/>
    <w:rsid w:val="00822F7C"/>
    <w:rsid w:val="00870A7F"/>
    <w:rsid w:val="008A1238"/>
    <w:rsid w:val="0094515D"/>
    <w:rsid w:val="00995864"/>
    <w:rsid w:val="00A005D4"/>
    <w:rsid w:val="00A340CF"/>
    <w:rsid w:val="00A60C7D"/>
    <w:rsid w:val="00A75A72"/>
    <w:rsid w:val="00AA1D8D"/>
    <w:rsid w:val="00B4723B"/>
    <w:rsid w:val="00B47730"/>
    <w:rsid w:val="00B561A3"/>
    <w:rsid w:val="00B66A9C"/>
    <w:rsid w:val="00BF6AED"/>
    <w:rsid w:val="00C852EC"/>
    <w:rsid w:val="00C95710"/>
    <w:rsid w:val="00CB0664"/>
    <w:rsid w:val="00CF5AE6"/>
    <w:rsid w:val="00DA4D92"/>
    <w:rsid w:val="00E41E3A"/>
    <w:rsid w:val="00E433F2"/>
    <w:rsid w:val="00E55A7A"/>
    <w:rsid w:val="00E61E4E"/>
    <w:rsid w:val="00E67FE6"/>
    <w:rsid w:val="00E861A4"/>
    <w:rsid w:val="00E97F09"/>
    <w:rsid w:val="00EA1B15"/>
    <w:rsid w:val="00ED2F08"/>
    <w:rsid w:val="00F223B0"/>
    <w:rsid w:val="00F316BE"/>
    <w:rsid w:val="00F757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EABFF2E-71E8-4F00-9DA4-1A0C35A4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D92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korede olugbode</cp:lastModifiedBy>
  <cp:revision>2</cp:revision>
  <dcterms:created xsi:type="dcterms:W3CDTF">2026-10-11T13:57:00Z</dcterms:created>
  <dcterms:modified xsi:type="dcterms:W3CDTF">2026-10-11T13:57:00Z</dcterms:modified>
  <cp:category/>
</cp:coreProperties>
</file>