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C61134" w14:textId="77777777" w:rsidR="00E36849" w:rsidRDefault="008D34CA" w:rsidP="00E36849">
      <w:pPr>
        <w:spacing w:after="0"/>
        <w:rPr>
          <w:b/>
          <w:bCs/>
          <w:sz w:val="24"/>
          <w:szCs w:val="24"/>
        </w:rPr>
      </w:pPr>
      <w:r w:rsidRPr="00E36849">
        <w:rPr>
          <w:b/>
          <w:bCs/>
          <w:sz w:val="24"/>
          <w:szCs w:val="24"/>
        </w:rPr>
        <w:t>ONYENANU CHIDINMA JULIET</w:t>
      </w:r>
    </w:p>
    <w:p w14:paraId="246420DB" w14:textId="77777777" w:rsidR="00E36849" w:rsidRPr="00E36849" w:rsidRDefault="00E36849" w:rsidP="00E36849">
      <w:pPr>
        <w:spacing w:after="0"/>
        <w:rPr>
          <w:b/>
          <w:bCs/>
          <w:sz w:val="10"/>
          <w:szCs w:val="10"/>
        </w:rPr>
      </w:pPr>
    </w:p>
    <w:p w14:paraId="6AACC087" w14:textId="50F91961" w:rsidR="00E36849" w:rsidRDefault="008D34CA" w:rsidP="00E36849">
      <w:pPr>
        <w:spacing w:after="0"/>
        <w:rPr>
          <w:sz w:val="24"/>
          <w:szCs w:val="24"/>
        </w:rPr>
      </w:pPr>
      <w:r w:rsidRPr="00E36849">
        <w:rPr>
          <w:b/>
          <w:bCs/>
          <w:sz w:val="24"/>
          <w:szCs w:val="24"/>
        </w:rPr>
        <w:t>SALES EXECUTIVE, ADMINISTRATIVE, AND RELATIONSHIP</w:t>
      </w:r>
      <w:r w:rsidRPr="00E36849">
        <w:rPr>
          <w:b/>
          <w:bCs/>
          <w:sz w:val="24"/>
          <w:szCs w:val="24"/>
        </w:rPr>
        <w:br/>
        <w:t>MANAGEMENT EXECUTIVE.</w:t>
      </w:r>
      <w:r w:rsidRPr="00E36849">
        <w:rPr>
          <w:b/>
          <w:bCs/>
          <w:sz w:val="24"/>
          <w:szCs w:val="24"/>
        </w:rPr>
        <w:br/>
      </w:r>
      <w:r w:rsidRPr="00E36849">
        <w:rPr>
          <w:b/>
          <w:bCs/>
          <w:sz w:val="24"/>
          <w:szCs w:val="24"/>
        </w:rPr>
        <w:br/>
        <w:t>OBJECTIVE</w:t>
      </w:r>
      <w:r w:rsidRPr="00E36849">
        <w:rPr>
          <w:b/>
          <w:bCs/>
          <w:sz w:val="24"/>
          <w:szCs w:val="24"/>
        </w:rPr>
        <w:br/>
      </w:r>
      <w:r w:rsidRPr="00E36849">
        <w:rPr>
          <w:sz w:val="24"/>
          <w:szCs w:val="24"/>
        </w:rPr>
        <w:t>Result oriented and industrious Sales Executive, Administrative and Relationship</w:t>
      </w:r>
      <w:r w:rsidRPr="00E36849">
        <w:rPr>
          <w:sz w:val="24"/>
          <w:szCs w:val="24"/>
        </w:rPr>
        <w:br/>
      </w:r>
      <w:r w:rsidR="005D1AB4">
        <w:rPr>
          <w:sz w:val="24"/>
          <w:szCs w:val="24"/>
        </w:rPr>
        <w:t>Management Executive with over 8</w:t>
      </w:r>
      <w:r w:rsidRPr="00E36849">
        <w:rPr>
          <w:sz w:val="24"/>
          <w:szCs w:val="24"/>
        </w:rPr>
        <w:t xml:space="preserve"> years of expertise experience. Offering</w:t>
      </w:r>
      <w:r w:rsidRPr="00E36849">
        <w:rPr>
          <w:sz w:val="24"/>
          <w:szCs w:val="24"/>
        </w:rPr>
        <w:br/>
        <w:t>comprehensive background in building relationships, cultivating partnership, and</w:t>
      </w:r>
      <w:r w:rsidRPr="00E36849">
        <w:rPr>
          <w:sz w:val="24"/>
          <w:szCs w:val="24"/>
        </w:rPr>
        <w:br/>
        <w:t>proffering 100% organizational problems with the right staffing, selection, performance</w:t>
      </w:r>
      <w:r w:rsidR="00E36849">
        <w:rPr>
          <w:sz w:val="24"/>
          <w:szCs w:val="24"/>
        </w:rPr>
        <w:t xml:space="preserve"> </w:t>
      </w:r>
      <w:r w:rsidRPr="00E36849">
        <w:rPr>
          <w:sz w:val="24"/>
          <w:szCs w:val="24"/>
        </w:rPr>
        <w:t>appraisal and establishing trust. Also, seeking placement within the organizational set-up where career satisfaction and skills upliftment could be achieved in synergy to meet</w:t>
      </w:r>
      <w:r w:rsidR="00E36849">
        <w:rPr>
          <w:sz w:val="24"/>
          <w:szCs w:val="24"/>
        </w:rPr>
        <w:t xml:space="preserve"> </w:t>
      </w:r>
      <w:r w:rsidRPr="00E36849">
        <w:rPr>
          <w:sz w:val="24"/>
          <w:szCs w:val="24"/>
        </w:rPr>
        <w:t>the yearning’s and aspirations of the organizational goals, thus making impact, and</w:t>
      </w:r>
      <w:r w:rsidR="00E36849">
        <w:rPr>
          <w:sz w:val="24"/>
          <w:szCs w:val="24"/>
        </w:rPr>
        <w:t xml:space="preserve"> </w:t>
      </w:r>
      <w:r w:rsidRPr="00E36849">
        <w:rPr>
          <w:sz w:val="24"/>
          <w:szCs w:val="24"/>
        </w:rPr>
        <w:t>excelling in today’s competitive business and financial environment.</w:t>
      </w:r>
      <w:r w:rsidRPr="00E36849">
        <w:rPr>
          <w:sz w:val="24"/>
          <w:szCs w:val="24"/>
        </w:rPr>
        <w:br/>
      </w:r>
      <w:r w:rsidRPr="00E36849">
        <w:rPr>
          <w:sz w:val="24"/>
          <w:szCs w:val="24"/>
        </w:rPr>
        <w:br/>
      </w:r>
      <w:r w:rsidRPr="00E36849">
        <w:rPr>
          <w:b/>
          <w:bCs/>
          <w:sz w:val="24"/>
          <w:szCs w:val="24"/>
        </w:rPr>
        <w:t>Address</w:t>
      </w:r>
      <w:r w:rsidRPr="00E36849">
        <w:rPr>
          <w:b/>
          <w:bCs/>
          <w:sz w:val="24"/>
          <w:szCs w:val="24"/>
        </w:rPr>
        <w:br/>
        <w:t>14 B, Ali Close Chevy View Estate Chevron Lekki</w:t>
      </w:r>
      <w:r w:rsidRPr="00E36849">
        <w:rPr>
          <w:b/>
          <w:bCs/>
          <w:sz w:val="24"/>
          <w:szCs w:val="24"/>
        </w:rPr>
        <w:br/>
      </w:r>
      <w:r w:rsidRPr="00E36849">
        <w:rPr>
          <w:sz w:val="24"/>
          <w:szCs w:val="24"/>
        </w:rPr>
        <w:br/>
      </w:r>
      <w:r w:rsidRPr="00E36849">
        <w:rPr>
          <w:b/>
          <w:bCs/>
          <w:sz w:val="24"/>
          <w:szCs w:val="24"/>
        </w:rPr>
        <w:t>CONTACT</w:t>
      </w:r>
      <w:r w:rsidRPr="00E36849">
        <w:rPr>
          <w:b/>
          <w:bCs/>
          <w:sz w:val="24"/>
          <w:szCs w:val="24"/>
        </w:rPr>
        <w:br/>
        <w:t>09018883688 +2349066906426</w:t>
      </w:r>
      <w:r w:rsidRPr="00E36849">
        <w:rPr>
          <w:b/>
          <w:bCs/>
          <w:sz w:val="24"/>
          <w:szCs w:val="24"/>
        </w:rPr>
        <w:br/>
      </w:r>
      <w:r w:rsidRPr="00E36849">
        <w:rPr>
          <w:sz w:val="24"/>
          <w:szCs w:val="24"/>
        </w:rPr>
        <w:t>Email.onyenanuchidinma@</w:t>
      </w:r>
      <w:r w:rsidR="00E36849">
        <w:rPr>
          <w:sz w:val="24"/>
          <w:szCs w:val="24"/>
        </w:rPr>
        <w:t>gma</w:t>
      </w:r>
      <w:r w:rsidRPr="00E36849">
        <w:rPr>
          <w:sz w:val="24"/>
          <w:szCs w:val="24"/>
        </w:rPr>
        <w:t>il.com</w:t>
      </w:r>
      <w:r w:rsidRPr="00E36849">
        <w:rPr>
          <w:sz w:val="24"/>
          <w:szCs w:val="24"/>
        </w:rPr>
        <w:br/>
      </w:r>
    </w:p>
    <w:p w14:paraId="62AF989B" w14:textId="7DEE3838" w:rsidR="002D05BD" w:rsidRPr="005D1AB4" w:rsidRDefault="008D34CA" w:rsidP="005D1AB4">
      <w:pPr>
        <w:spacing w:after="0"/>
        <w:rPr>
          <w:sz w:val="24"/>
          <w:szCs w:val="24"/>
        </w:rPr>
      </w:pPr>
      <w:r w:rsidRPr="005D1AB4">
        <w:rPr>
          <w:b/>
          <w:sz w:val="24"/>
          <w:szCs w:val="24"/>
        </w:rPr>
        <w:t>SKILLS</w:t>
      </w:r>
      <w:r w:rsidRPr="005D1AB4">
        <w:rPr>
          <w:sz w:val="24"/>
          <w:szCs w:val="24"/>
        </w:rPr>
        <w:br/>
        <w:t>Lead prospective</w:t>
      </w:r>
      <w:r w:rsidRPr="005D1AB4">
        <w:rPr>
          <w:sz w:val="24"/>
          <w:szCs w:val="24"/>
        </w:rPr>
        <w:br/>
        <w:t>Retention strategies</w:t>
      </w:r>
      <w:r w:rsidRPr="005D1AB4">
        <w:rPr>
          <w:sz w:val="24"/>
          <w:szCs w:val="24"/>
        </w:rPr>
        <w:br/>
        <w:t>Problem solving strength</w:t>
      </w:r>
      <w:r w:rsidRPr="005D1AB4">
        <w:rPr>
          <w:sz w:val="24"/>
          <w:szCs w:val="24"/>
        </w:rPr>
        <w:br/>
        <w:t>Performance improvement</w:t>
      </w:r>
      <w:r w:rsidRPr="005D1AB4">
        <w:rPr>
          <w:sz w:val="24"/>
          <w:szCs w:val="24"/>
        </w:rPr>
        <w:br/>
        <w:t>Customer relation</w:t>
      </w:r>
      <w:r w:rsidRPr="005D1AB4">
        <w:rPr>
          <w:sz w:val="24"/>
          <w:szCs w:val="24"/>
        </w:rPr>
        <w:br/>
        <w:t>Empathy</w:t>
      </w:r>
      <w:r w:rsidRPr="005D1AB4">
        <w:rPr>
          <w:sz w:val="24"/>
          <w:szCs w:val="24"/>
        </w:rPr>
        <w:br/>
        <w:t>Self-control</w:t>
      </w:r>
      <w:r w:rsidRPr="005D1AB4">
        <w:rPr>
          <w:sz w:val="24"/>
          <w:szCs w:val="24"/>
        </w:rPr>
        <w:br/>
        <w:t>Interpersonal communication skills</w:t>
      </w:r>
      <w:r w:rsidRPr="005D1AB4">
        <w:rPr>
          <w:sz w:val="24"/>
          <w:szCs w:val="24"/>
        </w:rPr>
        <w:br/>
        <w:t>Expense reporting</w:t>
      </w:r>
      <w:r w:rsidRPr="005D1AB4">
        <w:rPr>
          <w:sz w:val="24"/>
          <w:szCs w:val="24"/>
        </w:rPr>
        <w:br/>
        <w:t>General math skills and Data entry</w:t>
      </w:r>
      <w:r w:rsidRPr="005D1AB4">
        <w:rPr>
          <w:sz w:val="24"/>
          <w:szCs w:val="24"/>
        </w:rPr>
        <w:br/>
      </w:r>
      <w:proofErr w:type="spellStart"/>
      <w:r w:rsidRPr="005D1AB4">
        <w:rPr>
          <w:sz w:val="24"/>
          <w:szCs w:val="24"/>
        </w:rPr>
        <w:t>Ms</w:t>
      </w:r>
      <w:proofErr w:type="spellEnd"/>
      <w:r w:rsidRPr="005D1AB4">
        <w:rPr>
          <w:sz w:val="24"/>
          <w:szCs w:val="24"/>
        </w:rPr>
        <w:t xml:space="preserve"> </w:t>
      </w:r>
      <w:proofErr w:type="gramStart"/>
      <w:r w:rsidRPr="005D1AB4">
        <w:rPr>
          <w:sz w:val="24"/>
          <w:szCs w:val="24"/>
        </w:rPr>
        <w:t>application</w:t>
      </w:r>
      <w:proofErr w:type="gramEnd"/>
      <w:r w:rsidRPr="005D1AB4">
        <w:rPr>
          <w:sz w:val="24"/>
          <w:szCs w:val="24"/>
        </w:rPr>
        <w:t>, Excel, power point</w:t>
      </w:r>
      <w:r w:rsidRPr="005D1AB4">
        <w:rPr>
          <w:sz w:val="24"/>
          <w:szCs w:val="24"/>
        </w:rPr>
        <w:br/>
        <w:t>Ability to work without supervision.</w:t>
      </w:r>
      <w:r w:rsidRPr="005D1AB4">
        <w:rPr>
          <w:sz w:val="24"/>
          <w:szCs w:val="24"/>
        </w:rPr>
        <w:br/>
        <w:t>Time management</w:t>
      </w:r>
      <w:r w:rsidRPr="005D1AB4">
        <w:rPr>
          <w:sz w:val="24"/>
          <w:szCs w:val="24"/>
        </w:rPr>
        <w:br/>
        <w:t>Effective listening</w:t>
      </w:r>
      <w:r w:rsidRPr="005D1AB4">
        <w:rPr>
          <w:sz w:val="24"/>
          <w:szCs w:val="24"/>
        </w:rPr>
        <w:br/>
        <w:t>Willingness to improve</w:t>
      </w:r>
      <w:r w:rsidRPr="005D1AB4">
        <w:rPr>
          <w:sz w:val="24"/>
          <w:szCs w:val="24"/>
        </w:rPr>
        <w:br/>
      </w:r>
    </w:p>
    <w:p w14:paraId="3B31F091" w14:textId="77777777" w:rsidR="005D1AB4" w:rsidRDefault="005D1AB4">
      <w:pPr>
        <w:rPr>
          <w:b/>
          <w:bCs/>
          <w:sz w:val="24"/>
          <w:szCs w:val="24"/>
        </w:rPr>
      </w:pPr>
    </w:p>
    <w:p w14:paraId="05E6B0BD" w14:textId="77777777" w:rsidR="005D1AB4" w:rsidRDefault="005D1AB4">
      <w:pPr>
        <w:rPr>
          <w:b/>
          <w:bCs/>
          <w:sz w:val="24"/>
          <w:szCs w:val="24"/>
        </w:rPr>
      </w:pPr>
    </w:p>
    <w:p w14:paraId="68C318C7" w14:textId="77777777" w:rsidR="00560305" w:rsidRDefault="008D34CA">
      <w:pPr>
        <w:rPr>
          <w:b/>
          <w:bCs/>
          <w:sz w:val="24"/>
          <w:szCs w:val="24"/>
        </w:rPr>
      </w:pPr>
      <w:r w:rsidRPr="00E36849">
        <w:rPr>
          <w:b/>
          <w:bCs/>
          <w:sz w:val="24"/>
          <w:szCs w:val="24"/>
        </w:rPr>
        <w:lastRenderedPageBreak/>
        <w:t>WORK HISTORY</w:t>
      </w:r>
    </w:p>
    <w:p w14:paraId="201DFFD4" w14:textId="77777777" w:rsidR="00560305" w:rsidRDefault="00560305" w:rsidP="00560305">
      <w:pPr>
        <w:spacing w:after="0" w:line="240" w:lineRule="auto"/>
        <w:rPr>
          <w:b/>
          <w:bCs/>
          <w:sz w:val="24"/>
          <w:szCs w:val="24"/>
        </w:rPr>
      </w:pPr>
      <w:r w:rsidRPr="00560305">
        <w:rPr>
          <w:b/>
          <w:bCs/>
          <w:sz w:val="24"/>
          <w:szCs w:val="24"/>
        </w:rPr>
        <w:t xml:space="preserve">2024-2026: </w:t>
      </w:r>
      <w:proofErr w:type="spellStart"/>
      <w:r w:rsidRPr="00560305">
        <w:rPr>
          <w:b/>
          <w:bCs/>
          <w:sz w:val="24"/>
          <w:szCs w:val="24"/>
        </w:rPr>
        <w:t>Ikota</w:t>
      </w:r>
      <w:proofErr w:type="spellEnd"/>
      <w:r w:rsidRPr="00560305">
        <w:rPr>
          <w:b/>
          <w:bCs/>
          <w:sz w:val="24"/>
          <w:szCs w:val="24"/>
        </w:rPr>
        <w:t xml:space="preserve"> Branch Manager  </w:t>
      </w:r>
    </w:p>
    <w:p w14:paraId="0968817F" w14:textId="507903B8" w:rsidR="00560305" w:rsidRDefault="005D1AB4" w:rsidP="005D1AB4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</w:t>
      </w:r>
      <w:proofErr w:type="spellStart"/>
      <w:r w:rsidR="00560305" w:rsidRPr="005D1AB4">
        <w:rPr>
          <w:b/>
          <w:bCs/>
          <w:sz w:val="24"/>
          <w:szCs w:val="24"/>
        </w:rPr>
        <w:t>Teesas</w:t>
      </w:r>
      <w:proofErr w:type="spellEnd"/>
      <w:r w:rsidR="00560305" w:rsidRPr="005D1AB4">
        <w:rPr>
          <w:b/>
          <w:bCs/>
          <w:sz w:val="24"/>
          <w:szCs w:val="24"/>
        </w:rPr>
        <w:t xml:space="preserve"> Educational </w:t>
      </w:r>
      <w:proofErr w:type="gramStart"/>
      <w:r w:rsidR="00560305" w:rsidRPr="005D1AB4">
        <w:rPr>
          <w:b/>
          <w:bCs/>
          <w:sz w:val="24"/>
          <w:szCs w:val="24"/>
        </w:rPr>
        <w:t>technology company</w:t>
      </w:r>
      <w:proofErr w:type="gramEnd"/>
    </w:p>
    <w:p w14:paraId="2FA54DE8" w14:textId="77777777" w:rsidR="00642FA7" w:rsidRDefault="00642FA7" w:rsidP="005D1AB4">
      <w:pPr>
        <w:spacing w:after="0" w:line="240" w:lineRule="auto"/>
        <w:rPr>
          <w:b/>
          <w:bCs/>
          <w:sz w:val="24"/>
          <w:szCs w:val="24"/>
        </w:rPr>
      </w:pPr>
    </w:p>
    <w:p w14:paraId="73AA7720" w14:textId="60D88091" w:rsidR="00642FA7" w:rsidRPr="005D1AB4" w:rsidRDefault="00642FA7" w:rsidP="005D1AB4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RESPONSIBILITIES</w:t>
      </w:r>
    </w:p>
    <w:p w14:paraId="093CA488" w14:textId="4EAE8A70" w:rsidR="00560305" w:rsidRPr="00560305" w:rsidRDefault="00560305" w:rsidP="000F6B5C">
      <w:pPr>
        <w:pStyle w:val="ListParagraph"/>
        <w:numPr>
          <w:ilvl w:val="2"/>
          <w:numId w:val="19"/>
        </w:numPr>
        <w:spacing w:after="0" w:line="240" w:lineRule="auto"/>
        <w:rPr>
          <w:b/>
          <w:bCs/>
          <w:sz w:val="24"/>
          <w:szCs w:val="24"/>
        </w:rPr>
      </w:pPr>
      <w:r w:rsidRPr="00560305">
        <w:rPr>
          <w:b/>
          <w:bCs/>
          <w:sz w:val="24"/>
          <w:szCs w:val="24"/>
        </w:rPr>
        <w:t xml:space="preserve">Oversee the daily operations of the learning </w:t>
      </w:r>
      <w:r w:rsidR="0041402F" w:rsidRPr="00560305">
        <w:rPr>
          <w:b/>
          <w:bCs/>
          <w:sz w:val="24"/>
          <w:szCs w:val="24"/>
        </w:rPr>
        <w:t>center</w:t>
      </w:r>
      <w:r w:rsidRPr="00560305">
        <w:rPr>
          <w:b/>
          <w:bCs/>
          <w:sz w:val="24"/>
          <w:szCs w:val="24"/>
        </w:rPr>
        <w:t>.</w:t>
      </w:r>
    </w:p>
    <w:p w14:paraId="76809C24" w14:textId="02B74020" w:rsidR="00560305" w:rsidRPr="00560305" w:rsidRDefault="00560305" w:rsidP="000F6B5C">
      <w:pPr>
        <w:pStyle w:val="ListParagraph"/>
        <w:numPr>
          <w:ilvl w:val="2"/>
          <w:numId w:val="19"/>
        </w:numPr>
        <w:spacing w:after="0" w:line="240" w:lineRule="auto"/>
        <w:rPr>
          <w:b/>
          <w:bCs/>
          <w:sz w:val="24"/>
          <w:szCs w:val="24"/>
        </w:rPr>
      </w:pPr>
      <w:r w:rsidRPr="00560305">
        <w:rPr>
          <w:b/>
          <w:bCs/>
          <w:sz w:val="24"/>
          <w:szCs w:val="24"/>
        </w:rPr>
        <w:t>Ensure classes, tutorials, and learning activities run smoothly.</w:t>
      </w:r>
    </w:p>
    <w:p w14:paraId="3EF30DC2" w14:textId="62CE394B" w:rsidR="00560305" w:rsidRPr="00560305" w:rsidRDefault="00560305" w:rsidP="000F6B5C">
      <w:pPr>
        <w:pStyle w:val="ListParagraph"/>
        <w:numPr>
          <w:ilvl w:val="2"/>
          <w:numId w:val="19"/>
        </w:numPr>
        <w:spacing w:after="0" w:line="240" w:lineRule="auto"/>
        <w:rPr>
          <w:b/>
          <w:bCs/>
          <w:sz w:val="24"/>
          <w:szCs w:val="24"/>
        </w:rPr>
      </w:pPr>
      <w:r w:rsidRPr="00560305">
        <w:rPr>
          <w:b/>
          <w:bCs/>
          <w:sz w:val="24"/>
          <w:szCs w:val="24"/>
        </w:rPr>
        <w:t>Maintain a safe, organized, and conducive learning environment.</w:t>
      </w:r>
    </w:p>
    <w:p w14:paraId="19737A18" w14:textId="77777777" w:rsidR="00560305" w:rsidRDefault="00560305" w:rsidP="000F6B5C">
      <w:pPr>
        <w:pStyle w:val="ListParagraph"/>
        <w:numPr>
          <w:ilvl w:val="2"/>
          <w:numId w:val="19"/>
        </w:numPr>
        <w:spacing w:after="0" w:line="240" w:lineRule="auto"/>
        <w:rPr>
          <w:b/>
          <w:bCs/>
          <w:sz w:val="24"/>
          <w:szCs w:val="24"/>
        </w:rPr>
      </w:pPr>
      <w:r w:rsidRPr="00560305">
        <w:rPr>
          <w:b/>
          <w:bCs/>
          <w:sz w:val="24"/>
          <w:szCs w:val="24"/>
        </w:rPr>
        <w:t xml:space="preserve">Ensure compliance with company policies and educational standards. </w:t>
      </w:r>
    </w:p>
    <w:p w14:paraId="79C21879" w14:textId="39D727A5" w:rsidR="00560305" w:rsidRDefault="00560305" w:rsidP="000F6B5C">
      <w:pPr>
        <w:pStyle w:val="ListParagraph"/>
        <w:numPr>
          <w:ilvl w:val="2"/>
          <w:numId w:val="19"/>
        </w:numPr>
        <w:spacing w:after="0" w:line="240" w:lineRule="auto"/>
        <w:rPr>
          <w:b/>
          <w:bCs/>
          <w:sz w:val="24"/>
          <w:szCs w:val="24"/>
        </w:rPr>
      </w:pPr>
      <w:r w:rsidRPr="00560305">
        <w:rPr>
          <w:b/>
          <w:bCs/>
          <w:sz w:val="24"/>
          <w:szCs w:val="24"/>
        </w:rPr>
        <w:t>Drive student admissions and enrollment targets.</w:t>
      </w:r>
    </w:p>
    <w:p w14:paraId="2631D823" w14:textId="26385E09" w:rsidR="00560305" w:rsidRPr="000F6B5C" w:rsidRDefault="00560305" w:rsidP="000F6B5C">
      <w:pPr>
        <w:pStyle w:val="ListParagraph"/>
        <w:numPr>
          <w:ilvl w:val="2"/>
          <w:numId w:val="19"/>
        </w:numPr>
        <w:spacing w:after="0" w:line="240" w:lineRule="auto"/>
        <w:rPr>
          <w:b/>
          <w:bCs/>
          <w:sz w:val="24"/>
          <w:szCs w:val="24"/>
        </w:rPr>
      </w:pPr>
      <w:r w:rsidRPr="000F6B5C">
        <w:rPr>
          <w:b/>
          <w:bCs/>
          <w:sz w:val="24"/>
          <w:szCs w:val="24"/>
        </w:rPr>
        <w:t xml:space="preserve">Develop local marketing initiatives within </w:t>
      </w:r>
      <w:proofErr w:type="spellStart"/>
      <w:r w:rsidRPr="000F6B5C">
        <w:rPr>
          <w:b/>
          <w:bCs/>
          <w:sz w:val="24"/>
          <w:szCs w:val="24"/>
        </w:rPr>
        <w:t>Ikota</w:t>
      </w:r>
      <w:proofErr w:type="spellEnd"/>
      <w:r w:rsidRPr="000F6B5C">
        <w:rPr>
          <w:b/>
          <w:bCs/>
          <w:sz w:val="24"/>
          <w:szCs w:val="24"/>
        </w:rPr>
        <w:t xml:space="preserve">, Ajah, </w:t>
      </w:r>
    </w:p>
    <w:p w14:paraId="10EE0B2B" w14:textId="61621C6B" w:rsidR="00560305" w:rsidRPr="000F6B5C" w:rsidRDefault="00560305" w:rsidP="000F6B5C">
      <w:pPr>
        <w:pStyle w:val="ListParagraph"/>
        <w:numPr>
          <w:ilvl w:val="2"/>
          <w:numId w:val="19"/>
        </w:numPr>
        <w:spacing w:after="0" w:line="240" w:lineRule="auto"/>
        <w:rPr>
          <w:b/>
          <w:bCs/>
          <w:sz w:val="24"/>
          <w:szCs w:val="24"/>
        </w:rPr>
      </w:pPr>
      <w:r w:rsidRPr="000F6B5C">
        <w:rPr>
          <w:b/>
          <w:bCs/>
          <w:sz w:val="24"/>
          <w:szCs w:val="24"/>
        </w:rPr>
        <w:t>Lekki, and surrounding areas.</w:t>
      </w:r>
    </w:p>
    <w:p w14:paraId="613D8C0E" w14:textId="588CD266" w:rsidR="00560305" w:rsidRPr="000F6B5C" w:rsidRDefault="00560305" w:rsidP="000F6B5C">
      <w:pPr>
        <w:pStyle w:val="ListParagraph"/>
        <w:numPr>
          <w:ilvl w:val="2"/>
          <w:numId w:val="19"/>
        </w:numPr>
        <w:spacing w:after="0" w:line="240" w:lineRule="auto"/>
        <w:rPr>
          <w:b/>
          <w:bCs/>
          <w:sz w:val="24"/>
          <w:szCs w:val="24"/>
        </w:rPr>
      </w:pPr>
      <w:r w:rsidRPr="000F6B5C">
        <w:rPr>
          <w:b/>
          <w:bCs/>
          <w:sz w:val="24"/>
          <w:szCs w:val="24"/>
        </w:rPr>
        <w:t xml:space="preserve">Build relationships with secondary schools, parents, and </w:t>
      </w:r>
    </w:p>
    <w:p w14:paraId="7F08F08F" w14:textId="735BE688" w:rsidR="00560305" w:rsidRPr="000F6B5C" w:rsidRDefault="0041402F" w:rsidP="000F6B5C">
      <w:pPr>
        <w:pStyle w:val="ListParagraph"/>
        <w:numPr>
          <w:ilvl w:val="2"/>
          <w:numId w:val="19"/>
        </w:numPr>
        <w:spacing w:after="0" w:line="240" w:lineRule="auto"/>
        <w:rPr>
          <w:b/>
          <w:bCs/>
          <w:sz w:val="24"/>
          <w:szCs w:val="24"/>
        </w:rPr>
      </w:pPr>
      <w:r w:rsidRPr="000F6B5C">
        <w:rPr>
          <w:b/>
          <w:bCs/>
          <w:sz w:val="24"/>
          <w:szCs w:val="24"/>
        </w:rPr>
        <w:t>Educational</w:t>
      </w:r>
      <w:r w:rsidR="00560305" w:rsidRPr="000F6B5C">
        <w:rPr>
          <w:b/>
          <w:bCs/>
          <w:sz w:val="24"/>
          <w:szCs w:val="24"/>
        </w:rPr>
        <w:t xml:space="preserve"> stakeholders.</w:t>
      </w:r>
    </w:p>
    <w:p w14:paraId="1132F105" w14:textId="1C44FEFB" w:rsidR="00560305" w:rsidRPr="000F6B5C" w:rsidRDefault="00560305" w:rsidP="000F6B5C">
      <w:pPr>
        <w:pStyle w:val="ListParagraph"/>
        <w:numPr>
          <w:ilvl w:val="2"/>
          <w:numId w:val="19"/>
        </w:numPr>
        <w:spacing w:after="0" w:line="240" w:lineRule="auto"/>
        <w:rPr>
          <w:b/>
          <w:bCs/>
          <w:sz w:val="24"/>
          <w:szCs w:val="24"/>
        </w:rPr>
      </w:pPr>
      <w:r w:rsidRPr="000F6B5C">
        <w:rPr>
          <w:b/>
          <w:bCs/>
          <w:sz w:val="24"/>
          <w:szCs w:val="24"/>
        </w:rPr>
        <w:t xml:space="preserve">Promote </w:t>
      </w:r>
      <w:proofErr w:type="spellStart"/>
      <w:r w:rsidRPr="000F6B5C">
        <w:rPr>
          <w:b/>
          <w:bCs/>
          <w:sz w:val="24"/>
          <w:szCs w:val="24"/>
        </w:rPr>
        <w:t>Teesas</w:t>
      </w:r>
      <w:proofErr w:type="spellEnd"/>
      <w:r w:rsidRPr="000F6B5C">
        <w:rPr>
          <w:b/>
          <w:bCs/>
          <w:sz w:val="24"/>
          <w:szCs w:val="24"/>
        </w:rPr>
        <w:t xml:space="preserve"> educational products, learning </w:t>
      </w:r>
    </w:p>
    <w:p w14:paraId="6909E7B0" w14:textId="1DF6934A" w:rsidR="000F6B5C" w:rsidRPr="000F6B5C" w:rsidRDefault="00560305" w:rsidP="000F6B5C">
      <w:pPr>
        <w:pStyle w:val="ListParagraph"/>
        <w:numPr>
          <w:ilvl w:val="2"/>
          <w:numId w:val="19"/>
        </w:numPr>
        <w:spacing w:after="0" w:line="240" w:lineRule="auto"/>
        <w:rPr>
          <w:b/>
          <w:bCs/>
          <w:sz w:val="24"/>
          <w:szCs w:val="24"/>
        </w:rPr>
      </w:pPr>
      <w:proofErr w:type="spellStart"/>
      <w:proofErr w:type="gramStart"/>
      <w:r w:rsidRPr="000F6B5C">
        <w:rPr>
          <w:b/>
          <w:bCs/>
          <w:sz w:val="24"/>
          <w:szCs w:val="24"/>
        </w:rPr>
        <w:t>programmes</w:t>
      </w:r>
      <w:proofErr w:type="spellEnd"/>
      <w:proofErr w:type="gramEnd"/>
      <w:r w:rsidRPr="000F6B5C">
        <w:rPr>
          <w:b/>
          <w:bCs/>
          <w:sz w:val="24"/>
          <w:szCs w:val="24"/>
        </w:rPr>
        <w:t xml:space="preserve">,  and tutorial services.  </w:t>
      </w:r>
    </w:p>
    <w:p w14:paraId="5C773235" w14:textId="3C0A45E5" w:rsidR="00560305" w:rsidRPr="000F6B5C" w:rsidRDefault="00560305" w:rsidP="000F6B5C">
      <w:pPr>
        <w:pStyle w:val="ListParagraph"/>
        <w:numPr>
          <w:ilvl w:val="2"/>
          <w:numId w:val="19"/>
        </w:numPr>
        <w:spacing w:after="0" w:line="240" w:lineRule="auto"/>
        <w:rPr>
          <w:b/>
          <w:bCs/>
          <w:sz w:val="24"/>
          <w:szCs w:val="24"/>
        </w:rPr>
      </w:pPr>
      <w:r w:rsidRPr="000F6B5C">
        <w:rPr>
          <w:b/>
          <w:bCs/>
          <w:sz w:val="24"/>
          <w:szCs w:val="24"/>
        </w:rPr>
        <w:t>Manage branch budgets and expenses.</w:t>
      </w:r>
    </w:p>
    <w:p w14:paraId="63CDFA7C" w14:textId="1C308FB9" w:rsidR="00560305" w:rsidRPr="000F6B5C" w:rsidRDefault="00560305" w:rsidP="000F6B5C">
      <w:pPr>
        <w:pStyle w:val="ListParagraph"/>
        <w:numPr>
          <w:ilvl w:val="2"/>
          <w:numId w:val="19"/>
        </w:numPr>
        <w:spacing w:after="0" w:line="240" w:lineRule="auto"/>
        <w:rPr>
          <w:b/>
          <w:bCs/>
          <w:sz w:val="24"/>
          <w:szCs w:val="24"/>
        </w:rPr>
      </w:pPr>
      <w:r w:rsidRPr="000F6B5C">
        <w:rPr>
          <w:b/>
          <w:bCs/>
          <w:sz w:val="24"/>
          <w:szCs w:val="24"/>
        </w:rPr>
        <w:t>Track revenue, enrollment income, and operational costs.</w:t>
      </w:r>
    </w:p>
    <w:p w14:paraId="700F6214" w14:textId="3C61FF7C" w:rsidR="00560305" w:rsidRPr="000F6B5C" w:rsidRDefault="00560305" w:rsidP="000F6B5C">
      <w:pPr>
        <w:pStyle w:val="ListParagraph"/>
        <w:numPr>
          <w:ilvl w:val="2"/>
          <w:numId w:val="19"/>
        </w:numPr>
        <w:spacing w:after="0" w:line="240" w:lineRule="auto"/>
        <w:rPr>
          <w:b/>
          <w:bCs/>
          <w:sz w:val="24"/>
          <w:szCs w:val="24"/>
        </w:rPr>
      </w:pPr>
      <w:r w:rsidRPr="000F6B5C">
        <w:rPr>
          <w:b/>
          <w:bCs/>
          <w:sz w:val="24"/>
          <w:szCs w:val="24"/>
        </w:rPr>
        <w:t>Prepare periodic financial and operational reports for management.</w:t>
      </w:r>
    </w:p>
    <w:p w14:paraId="4CF336FA" w14:textId="77777777" w:rsidR="005D1AB4" w:rsidRDefault="00560305" w:rsidP="005D1AB4">
      <w:pPr>
        <w:pStyle w:val="ListParagraph"/>
        <w:numPr>
          <w:ilvl w:val="2"/>
          <w:numId w:val="19"/>
        </w:numPr>
        <w:spacing w:after="0" w:line="240" w:lineRule="auto"/>
        <w:rPr>
          <w:b/>
          <w:bCs/>
          <w:sz w:val="24"/>
          <w:szCs w:val="24"/>
        </w:rPr>
      </w:pPr>
      <w:r w:rsidRPr="000F6B5C">
        <w:rPr>
          <w:b/>
          <w:bCs/>
          <w:sz w:val="24"/>
          <w:szCs w:val="24"/>
        </w:rPr>
        <w:t>Ensure efficient use of resources and cost control.</w:t>
      </w:r>
    </w:p>
    <w:p w14:paraId="455581BB" w14:textId="2990FE8C" w:rsidR="00560305" w:rsidRPr="005D1AB4" w:rsidRDefault="00560305" w:rsidP="005D1AB4">
      <w:pPr>
        <w:pStyle w:val="ListParagraph"/>
        <w:numPr>
          <w:ilvl w:val="2"/>
          <w:numId w:val="19"/>
        </w:numPr>
        <w:spacing w:after="0" w:line="240" w:lineRule="auto"/>
        <w:rPr>
          <w:b/>
          <w:bCs/>
          <w:sz w:val="24"/>
          <w:szCs w:val="24"/>
        </w:rPr>
      </w:pPr>
      <w:r w:rsidRPr="005D1AB4">
        <w:rPr>
          <w:b/>
          <w:bCs/>
          <w:sz w:val="24"/>
          <w:szCs w:val="24"/>
        </w:rPr>
        <w:t>Leadership and team management</w:t>
      </w:r>
    </w:p>
    <w:p w14:paraId="7C5EB760" w14:textId="77777777" w:rsidR="00560305" w:rsidRPr="00560305" w:rsidRDefault="00560305" w:rsidP="005D1AB4">
      <w:pPr>
        <w:spacing w:after="0" w:line="240" w:lineRule="auto"/>
        <w:ind w:left="1701"/>
        <w:rPr>
          <w:b/>
          <w:bCs/>
          <w:sz w:val="24"/>
          <w:szCs w:val="24"/>
        </w:rPr>
      </w:pPr>
      <w:r w:rsidRPr="00560305">
        <w:rPr>
          <w:b/>
          <w:bCs/>
          <w:sz w:val="24"/>
          <w:szCs w:val="24"/>
        </w:rPr>
        <w:tab/>
        <w:t>•</w:t>
      </w:r>
      <w:r w:rsidRPr="00560305">
        <w:rPr>
          <w:b/>
          <w:bCs/>
          <w:sz w:val="24"/>
          <w:szCs w:val="24"/>
        </w:rPr>
        <w:tab/>
        <w:t>Sales and marketing ability</w:t>
      </w:r>
    </w:p>
    <w:p w14:paraId="58ADD2E9" w14:textId="77777777" w:rsidR="00560305" w:rsidRPr="00560305" w:rsidRDefault="00560305" w:rsidP="005D1AB4">
      <w:pPr>
        <w:spacing w:after="0" w:line="240" w:lineRule="auto"/>
        <w:ind w:left="1701"/>
        <w:rPr>
          <w:b/>
          <w:bCs/>
          <w:sz w:val="24"/>
          <w:szCs w:val="24"/>
        </w:rPr>
      </w:pPr>
      <w:r w:rsidRPr="00560305">
        <w:rPr>
          <w:b/>
          <w:bCs/>
          <w:sz w:val="24"/>
          <w:szCs w:val="24"/>
        </w:rPr>
        <w:tab/>
        <w:t>•</w:t>
      </w:r>
      <w:r w:rsidRPr="00560305">
        <w:rPr>
          <w:b/>
          <w:bCs/>
          <w:sz w:val="24"/>
          <w:szCs w:val="24"/>
        </w:rPr>
        <w:tab/>
        <w:t>Customer relationship management</w:t>
      </w:r>
    </w:p>
    <w:p w14:paraId="1F812A5C" w14:textId="77777777" w:rsidR="00560305" w:rsidRPr="00560305" w:rsidRDefault="00560305" w:rsidP="005D1AB4">
      <w:pPr>
        <w:spacing w:after="0" w:line="240" w:lineRule="auto"/>
        <w:ind w:left="1701"/>
        <w:rPr>
          <w:b/>
          <w:bCs/>
          <w:sz w:val="24"/>
          <w:szCs w:val="24"/>
        </w:rPr>
      </w:pPr>
      <w:r w:rsidRPr="00560305">
        <w:rPr>
          <w:b/>
          <w:bCs/>
          <w:sz w:val="24"/>
          <w:szCs w:val="24"/>
        </w:rPr>
        <w:tab/>
        <w:t>•</w:t>
      </w:r>
      <w:r w:rsidRPr="00560305">
        <w:rPr>
          <w:b/>
          <w:bCs/>
          <w:sz w:val="24"/>
          <w:szCs w:val="24"/>
        </w:rPr>
        <w:tab/>
        <w:t>Educational administration</w:t>
      </w:r>
    </w:p>
    <w:p w14:paraId="3942CC9C" w14:textId="77777777" w:rsidR="00560305" w:rsidRPr="00560305" w:rsidRDefault="00560305" w:rsidP="005D1AB4">
      <w:pPr>
        <w:spacing w:after="0" w:line="240" w:lineRule="auto"/>
        <w:ind w:left="1701"/>
        <w:rPr>
          <w:b/>
          <w:bCs/>
          <w:sz w:val="24"/>
          <w:szCs w:val="24"/>
        </w:rPr>
      </w:pPr>
      <w:r w:rsidRPr="00560305">
        <w:rPr>
          <w:b/>
          <w:bCs/>
          <w:sz w:val="24"/>
          <w:szCs w:val="24"/>
        </w:rPr>
        <w:tab/>
        <w:t>•</w:t>
      </w:r>
      <w:r w:rsidRPr="00560305">
        <w:rPr>
          <w:b/>
          <w:bCs/>
          <w:sz w:val="24"/>
          <w:szCs w:val="24"/>
        </w:rPr>
        <w:tab/>
        <w:t>Financial and operational management</w:t>
      </w:r>
    </w:p>
    <w:p w14:paraId="52B0578F" w14:textId="77777777" w:rsidR="00560305" w:rsidRPr="00560305" w:rsidRDefault="00560305" w:rsidP="005D1AB4">
      <w:pPr>
        <w:spacing w:after="0" w:line="240" w:lineRule="auto"/>
        <w:ind w:left="1701"/>
        <w:rPr>
          <w:b/>
          <w:bCs/>
          <w:sz w:val="24"/>
          <w:szCs w:val="24"/>
        </w:rPr>
      </w:pPr>
      <w:r w:rsidRPr="00560305">
        <w:rPr>
          <w:b/>
          <w:bCs/>
          <w:sz w:val="24"/>
          <w:szCs w:val="24"/>
        </w:rPr>
        <w:tab/>
        <w:t>•</w:t>
      </w:r>
      <w:r w:rsidRPr="00560305">
        <w:rPr>
          <w:b/>
          <w:bCs/>
          <w:sz w:val="24"/>
          <w:szCs w:val="24"/>
        </w:rPr>
        <w:tab/>
        <w:t>Communication and presentation skills</w:t>
      </w:r>
    </w:p>
    <w:p w14:paraId="7A91C314" w14:textId="521BEF73" w:rsidR="00E36849" w:rsidRPr="00560305" w:rsidRDefault="00560305" w:rsidP="005D1AB4">
      <w:pPr>
        <w:spacing w:after="0" w:line="240" w:lineRule="auto"/>
        <w:ind w:left="1701"/>
        <w:rPr>
          <w:b/>
          <w:bCs/>
          <w:sz w:val="24"/>
          <w:szCs w:val="24"/>
        </w:rPr>
      </w:pPr>
      <w:r w:rsidRPr="00560305">
        <w:rPr>
          <w:b/>
          <w:bCs/>
          <w:sz w:val="24"/>
          <w:szCs w:val="24"/>
        </w:rPr>
        <w:tab/>
        <w:t>•</w:t>
      </w:r>
      <w:r w:rsidRPr="00560305">
        <w:rPr>
          <w:b/>
          <w:bCs/>
          <w:sz w:val="24"/>
          <w:szCs w:val="24"/>
        </w:rPr>
        <w:tab/>
        <w:t xml:space="preserve">Problem-solving and decision-making abilities  </w:t>
      </w:r>
      <w:r w:rsidR="008D34CA" w:rsidRPr="00560305">
        <w:rPr>
          <w:b/>
          <w:bCs/>
          <w:sz w:val="24"/>
          <w:szCs w:val="24"/>
        </w:rPr>
        <w:br/>
      </w:r>
    </w:p>
    <w:p w14:paraId="3CD0DAD1" w14:textId="086B2D24" w:rsidR="000F6B5C" w:rsidRPr="00642FA7" w:rsidRDefault="00642FA7">
      <w:pPr>
        <w:rPr>
          <w:b/>
          <w:bCs/>
          <w:sz w:val="4"/>
          <w:szCs w:val="28"/>
        </w:rPr>
      </w:pPr>
      <w:r>
        <w:rPr>
          <w:b/>
          <w:bCs/>
          <w:sz w:val="24"/>
          <w:szCs w:val="24"/>
        </w:rPr>
        <w:t xml:space="preserve">  2023</w:t>
      </w:r>
      <w:r w:rsidR="00E36849" w:rsidRPr="00E36849">
        <w:rPr>
          <w:b/>
          <w:bCs/>
          <w:sz w:val="24"/>
          <w:szCs w:val="24"/>
        </w:rPr>
        <w:t>-202</w:t>
      </w:r>
      <w:r w:rsidR="00560305">
        <w:rPr>
          <w:b/>
          <w:bCs/>
          <w:sz w:val="24"/>
          <w:szCs w:val="24"/>
        </w:rPr>
        <w:t>4</w:t>
      </w:r>
      <w:r w:rsidR="00E36849" w:rsidRPr="00E36849">
        <w:rPr>
          <w:b/>
          <w:bCs/>
          <w:sz w:val="24"/>
          <w:szCs w:val="24"/>
        </w:rPr>
        <w:t xml:space="preserve">       </w:t>
      </w:r>
      <w:r w:rsidR="008D34CA" w:rsidRPr="00E36849">
        <w:rPr>
          <w:b/>
          <w:bCs/>
          <w:sz w:val="24"/>
          <w:szCs w:val="24"/>
        </w:rPr>
        <w:t>RELATIONSHIP MANAGEMENT EXECUTIVE</w:t>
      </w:r>
      <w:r w:rsidR="008D34CA" w:rsidRPr="00E36849">
        <w:rPr>
          <w:b/>
          <w:bCs/>
          <w:sz w:val="24"/>
          <w:szCs w:val="24"/>
        </w:rPr>
        <w:br/>
      </w:r>
      <w:r w:rsidR="00E36849" w:rsidRPr="00E36849">
        <w:rPr>
          <w:b/>
          <w:bCs/>
          <w:sz w:val="24"/>
          <w:szCs w:val="24"/>
        </w:rPr>
        <w:t xml:space="preserve">                                </w:t>
      </w:r>
      <w:r w:rsidR="008D34CA" w:rsidRPr="00E36849">
        <w:rPr>
          <w:b/>
          <w:bCs/>
          <w:sz w:val="24"/>
          <w:szCs w:val="24"/>
        </w:rPr>
        <w:t>OPTIVA CAPITAL PARTNERS</w:t>
      </w:r>
      <w:r w:rsidR="008D34CA" w:rsidRPr="00E36849">
        <w:rPr>
          <w:b/>
          <w:bCs/>
          <w:sz w:val="24"/>
          <w:szCs w:val="24"/>
        </w:rPr>
        <w:br/>
      </w:r>
      <w:r w:rsidR="00E36849" w:rsidRPr="00E36849">
        <w:rPr>
          <w:b/>
          <w:bCs/>
          <w:sz w:val="24"/>
          <w:szCs w:val="24"/>
        </w:rPr>
        <w:t xml:space="preserve">                                </w:t>
      </w:r>
      <w:r w:rsidR="008D34CA" w:rsidRPr="00E36849">
        <w:rPr>
          <w:b/>
          <w:bCs/>
          <w:sz w:val="24"/>
          <w:szCs w:val="24"/>
        </w:rPr>
        <w:t>Kappa Building Chevy View Estate Lekki- Chevron Lagos Island</w:t>
      </w:r>
      <w:r w:rsidR="008D34CA" w:rsidRPr="00E36849">
        <w:rPr>
          <w:b/>
          <w:bCs/>
          <w:sz w:val="24"/>
          <w:szCs w:val="24"/>
        </w:rPr>
        <w:br/>
      </w:r>
      <w:r w:rsidR="00E36849" w:rsidRPr="00E36849">
        <w:rPr>
          <w:b/>
          <w:bCs/>
          <w:sz w:val="24"/>
          <w:szCs w:val="24"/>
        </w:rPr>
        <w:t xml:space="preserve">                                </w:t>
      </w:r>
      <w:r w:rsidR="008D34CA" w:rsidRPr="00E36849">
        <w:rPr>
          <w:b/>
          <w:bCs/>
          <w:sz w:val="24"/>
          <w:szCs w:val="24"/>
        </w:rPr>
        <w:t>Nigeria.</w:t>
      </w:r>
      <w:r w:rsidR="008D34CA" w:rsidRPr="00E36849">
        <w:rPr>
          <w:b/>
          <w:bCs/>
          <w:sz w:val="24"/>
          <w:szCs w:val="24"/>
        </w:rPr>
        <w:br/>
      </w:r>
    </w:p>
    <w:p w14:paraId="37B10239" w14:textId="34ECE413" w:rsidR="00F97A7C" w:rsidRPr="000F6B5C" w:rsidRDefault="008D34CA" w:rsidP="00642FA7">
      <w:pPr>
        <w:spacing w:after="0" w:line="240" w:lineRule="auto"/>
        <w:ind w:firstLine="720"/>
        <w:rPr>
          <w:sz w:val="10"/>
          <w:szCs w:val="24"/>
        </w:rPr>
      </w:pPr>
      <w:r w:rsidRPr="00642FA7">
        <w:rPr>
          <w:b/>
          <w:bCs/>
          <w:sz w:val="24"/>
          <w:szCs w:val="28"/>
        </w:rPr>
        <w:t>RESPONSIBILITIES</w:t>
      </w:r>
    </w:p>
    <w:p w14:paraId="0A3BA36F" w14:textId="5CDD7A7D" w:rsidR="00E36849" w:rsidRPr="00F97A7C" w:rsidRDefault="008D34CA" w:rsidP="00642FA7">
      <w:pPr>
        <w:pStyle w:val="ListParagraph"/>
        <w:numPr>
          <w:ilvl w:val="0"/>
          <w:numId w:val="10"/>
        </w:numPr>
        <w:spacing w:after="0" w:line="240" w:lineRule="auto"/>
        <w:rPr>
          <w:sz w:val="24"/>
          <w:szCs w:val="24"/>
        </w:rPr>
      </w:pPr>
      <w:r w:rsidRPr="00F97A7C">
        <w:rPr>
          <w:sz w:val="24"/>
          <w:szCs w:val="24"/>
        </w:rPr>
        <w:t>Proactively identity and pursue new business opportunities, building and maintaining a pipeline of</w:t>
      </w:r>
      <w:r w:rsidR="00E36849" w:rsidRPr="00F97A7C">
        <w:rPr>
          <w:sz w:val="24"/>
          <w:szCs w:val="24"/>
        </w:rPr>
        <w:t xml:space="preserve"> </w:t>
      </w:r>
      <w:r w:rsidRPr="00F97A7C">
        <w:rPr>
          <w:sz w:val="24"/>
          <w:szCs w:val="24"/>
        </w:rPr>
        <w:t>prospective client</w:t>
      </w:r>
      <w:r w:rsidR="00E36849" w:rsidRPr="00F97A7C">
        <w:rPr>
          <w:sz w:val="24"/>
          <w:szCs w:val="24"/>
        </w:rPr>
        <w:t>.</w:t>
      </w:r>
    </w:p>
    <w:p w14:paraId="4BE81241" w14:textId="4465A36F" w:rsidR="00E36849" w:rsidRPr="00F97A7C" w:rsidRDefault="008D34CA" w:rsidP="00F97A7C">
      <w:pPr>
        <w:pStyle w:val="ListParagraph"/>
        <w:numPr>
          <w:ilvl w:val="0"/>
          <w:numId w:val="10"/>
        </w:numPr>
        <w:rPr>
          <w:sz w:val="24"/>
          <w:szCs w:val="24"/>
        </w:rPr>
      </w:pPr>
      <w:r w:rsidRPr="00F97A7C">
        <w:rPr>
          <w:sz w:val="24"/>
          <w:szCs w:val="24"/>
        </w:rPr>
        <w:t>Manage client relationships, providing exceptional service and delivering tailored investment solution</w:t>
      </w:r>
      <w:r w:rsidR="00E36849" w:rsidRPr="00F97A7C">
        <w:rPr>
          <w:sz w:val="24"/>
          <w:szCs w:val="24"/>
        </w:rPr>
        <w:t xml:space="preserve"> </w:t>
      </w:r>
    </w:p>
    <w:p w14:paraId="5A2DF976" w14:textId="77777777" w:rsidR="00642FA7" w:rsidRDefault="008D34CA" w:rsidP="00642FA7">
      <w:pPr>
        <w:pStyle w:val="ListParagraph"/>
        <w:numPr>
          <w:ilvl w:val="0"/>
          <w:numId w:val="10"/>
        </w:numPr>
        <w:rPr>
          <w:sz w:val="24"/>
          <w:szCs w:val="24"/>
        </w:rPr>
      </w:pPr>
      <w:r w:rsidRPr="00642FA7">
        <w:rPr>
          <w:sz w:val="24"/>
          <w:szCs w:val="24"/>
        </w:rPr>
        <w:t>Plan and execute dail</w:t>
      </w:r>
      <w:r w:rsidR="00642FA7">
        <w:rPr>
          <w:sz w:val="24"/>
          <w:szCs w:val="24"/>
        </w:rPr>
        <w:t>y field sales prospecting calls</w:t>
      </w:r>
    </w:p>
    <w:p w14:paraId="7BD6CDC5" w14:textId="30C7FE28" w:rsidR="00F97A7C" w:rsidRDefault="008D34CA" w:rsidP="00642FA7">
      <w:pPr>
        <w:pStyle w:val="ListParagraph"/>
        <w:numPr>
          <w:ilvl w:val="0"/>
          <w:numId w:val="10"/>
        </w:numPr>
        <w:rPr>
          <w:sz w:val="24"/>
          <w:szCs w:val="24"/>
        </w:rPr>
      </w:pPr>
      <w:r w:rsidRPr="00642FA7">
        <w:rPr>
          <w:sz w:val="24"/>
          <w:szCs w:val="24"/>
        </w:rPr>
        <w:t xml:space="preserve">Ensure every client is contacted at least once a month via phone, </w:t>
      </w:r>
      <w:proofErr w:type="spellStart"/>
      <w:r w:rsidRPr="00642FA7">
        <w:rPr>
          <w:sz w:val="24"/>
          <w:szCs w:val="24"/>
        </w:rPr>
        <w:t>visit,email,etc</w:t>
      </w:r>
      <w:proofErr w:type="spellEnd"/>
    </w:p>
    <w:p w14:paraId="786E15F6" w14:textId="77777777" w:rsidR="00642FA7" w:rsidRPr="00642FA7" w:rsidRDefault="00642FA7" w:rsidP="00642FA7">
      <w:pPr>
        <w:pStyle w:val="ListParagraph"/>
        <w:rPr>
          <w:sz w:val="24"/>
          <w:szCs w:val="24"/>
        </w:rPr>
      </w:pPr>
    </w:p>
    <w:p w14:paraId="7ED95F96" w14:textId="77777777" w:rsidR="00F97A7C" w:rsidRDefault="008D34CA" w:rsidP="00F97A7C">
      <w:pPr>
        <w:pStyle w:val="ListParagraph"/>
        <w:numPr>
          <w:ilvl w:val="0"/>
          <w:numId w:val="10"/>
        </w:numPr>
        <w:rPr>
          <w:sz w:val="24"/>
          <w:szCs w:val="24"/>
        </w:rPr>
      </w:pPr>
      <w:r w:rsidRPr="00F97A7C">
        <w:rPr>
          <w:sz w:val="24"/>
          <w:szCs w:val="24"/>
        </w:rPr>
        <w:t>Ensure every client is visited and seen at least once every quarter</w:t>
      </w:r>
    </w:p>
    <w:p w14:paraId="3E322872" w14:textId="77777777" w:rsidR="00F97A7C" w:rsidRDefault="008D34CA" w:rsidP="00F97A7C">
      <w:pPr>
        <w:pStyle w:val="ListParagraph"/>
        <w:numPr>
          <w:ilvl w:val="0"/>
          <w:numId w:val="10"/>
        </w:numPr>
        <w:rPr>
          <w:sz w:val="24"/>
          <w:szCs w:val="24"/>
        </w:rPr>
      </w:pPr>
      <w:r w:rsidRPr="00F97A7C">
        <w:rPr>
          <w:sz w:val="24"/>
          <w:szCs w:val="24"/>
        </w:rPr>
        <w:t>As the relationship manager/business development, you will be responsible for establishing and</w:t>
      </w:r>
      <w:r w:rsidR="00E36849" w:rsidRPr="00F97A7C">
        <w:rPr>
          <w:sz w:val="24"/>
          <w:szCs w:val="24"/>
        </w:rPr>
        <w:t xml:space="preserve"> maintaining relationships</w:t>
      </w:r>
      <w:r w:rsidRPr="00F97A7C">
        <w:rPr>
          <w:sz w:val="24"/>
          <w:szCs w:val="24"/>
        </w:rPr>
        <w:t xml:space="preserve"> with clients and driving business growth for </w:t>
      </w:r>
      <w:proofErr w:type="spellStart"/>
      <w:r w:rsidRPr="00F97A7C">
        <w:rPr>
          <w:sz w:val="24"/>
          <w:szCs w:val="24"/>
        </w:rPr>
        <w:t>Optiva</w:t>
      </w:r>
      <w:proofErr w:type="spellEnd"/>
      <w:r w:rsidRPr="00F97A7C">
        <w:rPr>
          <w:sz w:val="24"/>
          <w:szCs w:val="24"/>
        </w:rPr>
        <w:t xml:space="preserve"> Capital Partners</w:t>
      </w:r>
    </w:p>
    <w:p w14:paraId="48508656" w14:textId="7EBC163A" w:rsidR="002D05BD" w:rsidRPr="00F97A7C" w:rsidRDefault="008D34CA" w:rsidP="00F97A7C">
      <w:pPr>
        <w:pStyle w:val="ListParagraph"/>
        <w:numPr>
          <w:ilvl w:val="0"/>
          <w:numId w:val="10"/>
        </w:numPr>
        <w:rPr>
          <w:sz w:val="24"/>
          <w:szCs w:val="24"/>
        </w:rPr>
      </w:pPr>
      <w:r w:rsidRPr="00F97A7C">
        <w:rPr>
          <w:sz w:val="24"/>
          <w:szCs w:val="24"/>
        </w:rPr>
        <w:t>You will play a crucial role in identifying and securing new business opportunities, as well as</w:t>
      </w:r>
      <w:r w:rsidR="00E36849" w:rsidRPr="00F97A7C">
        <w:rPr>
          <w:sz w:val="24"/>
          <w:szCs w:val="24"/>
        </w:rPr>
        <w:t xml:space="preserve"> maintaining and</w:t>
      </w:r>
      <w:r w:rsidRPr="00F97A7C">
        <w:rPr>
          <w:sz w:val="24"/>
          <w:szCs w:val="24"/>
        </w:rPr>
        <w:t xml:space="preserve"> expanding existing client relationships</w:t>
      </w:r>
      <w:r w:rsidRPr="00F97A7C">
        <w:rPr>
          <w:sz w:val="24"/>
          <w:szCs w:val="24"/>
        </w:rPr>
        <w:br/>
      </w:r>
    </w:p>
    <w:p w14:paraId="1D0F8B3F" w14:textId="57BD75FB" w:rsidR="001E055D" w:rsidRPr="001E055D" w:rsidRDefault="008D34CA" w:rsidP="00F97A7C">
      <w:pPr>
        <w:pStyle w:val="ListParagraph"/>
        <w:numPr>
          <w:ilvl w:val="0"/>
          <w:numId w:val="10"/>
        </w:numPr>
        <w:rPr>
          <w:sz w:val="24"/>
          <w:szCs w:val="24"/>
        </w:rPr>
      </w:pPr>
      <w:r w:rsidRPr="00F97A7C">
        <w:rPr>
          <w:b/>
          <w:bCs/>
          <w:sz w:val="24"/>
          <w:szCs w:val="24"/>
        </w:rPr>
        <w:t>2020 -202</w:t>
      </w:r>
      <w:r w:rsidR="00642FA7">
        <w:rPr>
          <w:b/>
          <w:bCs/>
          <w:sz w:val="24"/>
          <w:szCs w:val="24"/>
        </w:rPr>
        <w:t>3</w:t>
      </w:r>
      <w:r w:rsidRPr="00F97A7C">
        <w:rPr>
          <w:b/>
          <w:bCs/>
          <w:sz w:val="24"/>
          <w:szCs w:val="24"/>
        </w:rPr>
        <w:t xml:space="preserve"> </w:t>
      </w:r>
      <w:r w:rsidR="00F97A7C" w:rsidRPr="00F97A7C">
        <w:rPr>
          <w:b/>
          <w:bCs/>
          <w:sz w:val="24"/>
          <w:szCs w:val="24"/>
        </w:rPr>
        <w:t xml:space="preserve">         </w:t>
      </w:r>
      <w:r w:rsidRPr="00F97A7C">
        <w:rPr>
          <w:b/>
          <w:bCs/>
          <w:sz w:val="24"/>
          <w:szCs w:val="24"/>
        </w:rPr>
        <w:t>SALES EXECUTIVE, ADMINISTRATIVE,</w:t>
      </w:r>
      <w:r w:rsidRPr="00F97A7C">
        <w:rPr>
          <w:b/>
          <w:bCs/>
          <w:sz w:val="24"/>
          <w:szCs w:val="24"/>
        </w:rPr>
        <w:br/>
      </w:r>
      <w:r w:rsidR="00F97A7C" w:rsidRPr="00F97A7C">
        <w:rPr>
          <w:b/>
          <w:bCs/>
          <w:sz w:val="24"/>
          <w:szCs w:val="24"/>
        </w:rPr>
        <w:t xml:space="preserve">                                 </w:t>
      </w:r>
      <w:r w:rsidRPr="00F97A7C">
        <w:rPr>
          <w:b/>
          <w:bCs/>
          <w:sz w:val="24"/>
          <w:szCs w:val="24"/>
        </w:rPr>
        <w:t>REGAD STAR PROPERTIES NIGERIA LIMITED</w:t>
      </w:r>
      <w:r w:rsidRPr="00F97A7C">
        <w:rPr>
          <w:b/>
          <w:bCs/>
          <w:sz w:val="24"/>
          <w:szCs w:val="24"/>
        </w:rPr>
        <w:br/>
      </w:r>
      <w:r w:rsidR="00F97A7C" w:rsidRPr="00F97A7C">
        <w:rPr>
          <w:b/>
          <w:bCs/>
          <w:sz w:val="24"/>
          <w:szCs w:val="24"/>
        </w:rPr>
        <w:t xml:space="preserve">                                 </w:t>
      </w:r>
      <w:r w:rsidRPr="00F97A7C">
        <w:rPr>
          <w:b/>
          <w:bCs/>
          <w:sz w:val="24"/>
          <w:szCs w:val="24"/>
        </w:rPr>
        <w:t xml:space="preserve">Ashley Mall </w:t>
      </w:r>
      <w:proofErr w:type="spellStart"/>
      <w:r w:rsidRPr="00F97A7C">
        <w:rPr>
          <w:b/>
          <w:bCs/>
          <w:sz w:val="24"/>
          <w:szCs w:val="24"/>
        </w:rPr>
        <w:t>Eleganza</w:t>
      </w:r>
      <w:proofErr w:type="spellEnd"/>
      <w:r w:rsidRPr="00F97A7C">
        <w:rPr>
          <w:b/>
          <w:bCs/>
          <w:sz w:val="24"/>
          <w:szCs w:val="24"/>
        </w:rPr>
        <w:t xml:space="preserve"> Lekki Lagos Island</w:t>
      </w:r>
    </w:p>
    <w:p w14:paraId="355E4ED2" w14:textId="77777777" w:rsidR="001E055D" w:rsidRDefault="001E055D" w:rsidP="001E055D">
      <w:pPr>
        <w:pStyle w:val="ListParagraph"/>
        <w:rPr>
          <w:sz w:val="24"/>
          <w:szCs w:val="24"/>
        </w:rPr>
      </w:pPr>
    </w:p>
    <w:p w14:paraId="0BBBB086" w14:textId="1B696542" w:rsidR="00F97A7C" w:rsidRPr="00D63DDD" w:rsidRDefault="008D34CA" w:rsidP="00642FA7">
      <w:pPr>
        <w:pStyle w:val="ListParagraph"/>
        <w:ind w:left="1418"/>
        <w:rPr>
          <w:b/>
          <w:bCs/>
          <w:sz w:val="24"/>
          <w:szCs w:val="24"/>
        </w:rPr>
      </w:pPr>
      <w:r w:rsidRPr="00D63DDD">
        <w:rPr>
          <w:b/>
          <w:bCs/>
          <w:sz w:val="24"/>
          <w:szCs w:val="24"/>
        </w:rPr>
        <w:t>RESPONSIBILITIES</w:t>
      </w:r>
    </w:p>
    <w:p w14:paraId="640A3843" w14:textId="77777777" w:rsidR="001F37BE" w:rsidRDefault="008D34CA" w:rsidP="00642FA7">
      <w:pPr>
        <w:pStyle w:val="ListParagraph"/>
        <w:numPr>
          <w:ilvl w:val="0"/>
          <w:numId w:val="10"/>
        </w:numPr>
        <w:ind w:left="1418"/>
        <w:rPr>
          <w:sz w:val="24"/>
          <w:szCs w:val="24"/>
        </w:rPr>
      </w:pPr>
      <w:r w:rsidRPr="001E055D">
        <w:rPr>
          <w:sz w:val="24"/>
          <w:szCs w:val="24"/>
        </w:rPr>
        <w:t xml:space="preserve">Prepare meeting agenda, </w:t>
      </w:r>
    </w:p>
    <w:p w14:paraId="1A80E3FF" w14:textId="42A2C4B3" w:rsidR="001E055D" w:rsidRPr="000F6B5C" w:rsidRDefault="008D34CA" w:rsidP="00642FA7">
      <w:pPr>
        <w:pStyle w:val="ListParagraph"/>
        <w:numPr>
          <w:ilvl w:val="0"/>
          <w:numId w:val="10"/>
        </w:numPr>
        <w:ind w:left="1418"/>
        <w:rPr>
          <w:sz w:val="24"/>
          <w:szCs w:val="24"/>
        </w:rPr>
      </w:pPr>
      <w:r w:rsidRPr="000F6B5C">
        <w:rPr>
          <w:sz w:val="24"/>
          <w:szCs w:val="24"/>
        </w:rPr>
        <w:t>minute taking and organizing events, meeting logistics e.g., booking venue/room</w:t>
      </w:r>
      <w:r w:rsidR="00F97A7C" w:rsidRPr="000F6B5C">
        <w:rPr>
          <w:sz w:val="24"/>
          <w:szCs w:val="24"/>
        </w:rPr>
        <w:t xml:space="preserve"> </w:t>
      </w:r>
      <w:r w:rsidRPr="000F6B5C">
        <w:rPr>
          <w:sz w:val="24"/>
          <w:szCs w:val="24"/>
        </w:rPr>
        <w:t>etc.</w:t>
      </w:r>
      <w:r w:rsidRPr="000F6B5C">
        <w:rPr>
          <w:sz w:val="24"/>
          <w:szCs w:val="24"/>
        </w:rPr>
        <w:br/>
        <w:t>Disseminate formal communication to staff as instructed by MD.</w:t>
      </w:r>
    </w:p>
    <w:p w14:paraId="50C1DD27" w14:textId="77777777" w:rsidR="001E055D" w:rsidRDefault="008D34CA" w:rsidP="00642FA7">
      <w:pPr>
        <w:pStyle w:val="ListParagraph"/>
        <w:numPr>
          <w:ilvl w:val="0"/>
          <w:numId w:val="10"/>
        </w:numPr>
        <w:ind w:left="1418"/>
        <w:rPr>
          <w:sz w:val="24"/>
          <w:szCs w:val="24"/>
        </w:rPr>
      </w:pPr>
      <w:r w:rsidRPr="001E055D">
        <w:rPr>
          <w:sz w:val="24"/>
          <w:szCs w:val="24"/>
        </w:rPr>
        <w:t>Assist in booking arrangement for the team</w:t>
      </w:r>
    </w:p>
    <w:p w14:paraId="0A9AD2E9" w14:textId="45EAB4EA" w:rsidR="001E055D" w:rsidRDefault="008D34CA" w:rsidP="00642FA7">
      <w:pPr>
        <w:pStyle w:val="ListParagraph"/>
        <w:numPr>
          <w:ilvl w:val="0"/>
          <w:numId w:val="10"/>
        </w:numPr>
        <w:ind w:left="1418"/>
        <w:rPr>
          <w:sz w:val="24"/>
          <w:szCs w:val="24"/>
        </w:rPr>
      </w:pPr>
      <w:r w:rsidRPr="001E055D">
        <w:rPr>
          <w:sz w:val="24"/>
          <w:szCs w:val="24"/>
        </w:rPr>
        <w:t xml:space="preserve">Proactively manage </w:t>
      </w:r>
      <w:r w:rsidR="00811C66" w:rsidRPr="001E055D">
        <w:rPr>
          <w:sz w:val="24"/>
          <w:szCs w:val="24"/>
        </w:rPr>
        <w:t>client’s</w:t>
      </w:r>
      <w:r w:rsidRPr="001E055D">
        <w:rPr>
          <w:sz w:val="24"/>
          <w:szCs w:val="24"/>
        </w:rPr>
        <w:t xml:space="preserve"> correspondence and keep track of all written form of communication.</w:t>
      </w:r>
    </w:p>
    <w:p w14:paraId="14902435" w14:textId="77777777" w:rsidR="001E055D" w:rsidRDefault="008D34CA" w:rsidP="00642FA7">
      <w:pPr>
        <w:pStyle w:val="ListParagraph"/>
        <w:numPr>
          <w:ilvl w:val="0"/>
          <w:numId w:val="10"/>
        </w:numPr>
        <w:ind w:left="1418"/>
        <w:rPr>
          <w:sz w:val="24"/>
          <w:szCs w:val="24"/>
        </w:rPr>
      </w:pPr>
      <w:r w:rsidRPr="001E055D">
        <w:rPr>
          <w:sz w:val="24"/>
          <w:szCs w:val="24"/>
        </w:rPr>
        <w:t>Receive and send out official communication.</w:t>
      </w:r>
    </w:p>
    <w:p w14:paraId="48672D85" w14:textId="77777777" w:rsidR="001E055D" w:rsidRDefault="008D34CA" w:rsidP="00642FA7">
      <w:pPr>
        <w:pStyle w:val="ListParagraph"/>
        <w:numPr>
          <w:ilvl w:val="0"/>
          <w:numId w:val="10"/>
        </w:numPr>
        <w:ind w:left="1418"/>
        <w:rPr>
          <w:sz w:val="24"/>
          <w:szCs w:val="24"/>
        </w:rPr>
      </w:pPr>
      <w:r w:rsidRPr="001E055D">
        <w:rPr>
          <w:sz w:val="24"/>
          <w:szCs w:val="24"/>
        </w:rPr>
        <w:t>Ensures the completion of preventive maintenance on company assets such as printers, generators etc.</w:t>
      </w:r>
    </w:p>
    <w:p w14:paraId="051CF6FB" w14:textId="77777777" w:rsidR="001E055D" w:rsidRDefault="008D34CA" w:rsidP="00642FA7">
      <w:pPr>
        <w:pStyle w:val="ListParagraph"/>
        <w:numPr>
          <w:ilvl w:val="0"/>
          <w:numId w:val="10"/>
        </w:numPr>
        <w:ind w:left="1418"/>
        <w:rPr>
          <w:sz w:val="24"/>
          <w:szCs w:val="24"/>
        </w:rPr>
      </w:pPr>
      <w:r w:rsidRPr="001E055D">
        <w:rPr>
          <w:sz w:val="24"/>
          <w:szCs w:val="24"/>
        </w:rPr>
        <w:t>Directs and coordinates the support services in the office, including coordinating with suppliers.</w:t>
      </w:r>
    </w:p>
    <w:p w14:paraId="077EFFC6" w14:textId="77777777" w:rsidR="001E055D" w:rsidRDefault="008D34CA" w:rsidP="00642FA7">
      <w:pPr>
        <w:pStyle w:val="ListParagraph"/>
        <w:numPr>
          <w:ilvl w:val="0"/>
          <w:numId w:val="10"/>
        </w:numPr>
        <w:ind w:left="1418"/>
        <w:rPr>
          <w:sz w:val="24"/>
          <w:szCs w:val="24"/>
        </w:rPr>
      </w:pPr>
      <w:r w:rsidRPr="001E055D">
        <w:rPr>
          <w:sz w:val="24"/>
          <w:szCs w:val="24"/>
        </w:rPr>
        <w:t>Process purchase orders to ensure timely filling of requisition request.</w:t>
      </w:r>
    </w:p>
    <w:p w14:paraId="4742C353" w14:textId="77777777" w:rsidR="001E055D" w:rsidRDefault="008D34CA" w:rsidP="00642FA7">
      <w:pPr>
        <w:pStyle w:val="ListParagraph"/>
        <w:numPr>
          <w:ilvl w:val="0"/>
          <w:numId w:val="10"/>
        </w:numPr>
        <w:ind w:left="1418"/>
        <w:rPr>
          <w:sz w:val="24"/>
          <w:szCs w:val="24"/>
        </w:rPr>
      </w:pPr>
      <w:r w:rsidRPr="001E055D">
        <w:rPr>
          <w:sz w:val="24"/>
          <w:szCs w:val="24"/>
        </w:rPr>
        <w:t>Assist in preparing written documentation as requested</w:t>
      </w:r>
    </w:p>
    <w:p w14:paraId="1975D3D9" w14:textId="77777777" w:rsidR="001E055D" w:rsidRDefault="008D34CA" w:rsidP="00642FA7">
      <w:pPr>
        <w:pStyle w:val="ListParagraph"/>
        <w:numPr>
          <w:ilvl w:val="0"/>
          <w:numId w:val="10"/>
        </w:numPr>
        <w:ind w:left="1418"/>
        <w:rPr>
          <w:sz w:val="24"/>
          <w:szCs w:val="24"/>
        </w:rPr>
      </w:pPr>
      <w:r w:rsidRPr="001E055D">
        <w:rPr>
          <w:sz w:val="24"/>
          <w:szCs w:val="24"/>
        </w:rPr>
        <w:t>Maintain good relationship with relevant vendors and visitors.</w:t>
      </w:r>
    </w:p>
    <w:p w14:paraId="30679D22" w14:textId="77777777" w:rsidR="001E055D" w:rsidRDefault="008D34CA" w:rsidP="00642FA7">
      <w:pPr>
        <w:pStyle w:val="ListParagraph"/>
        <w:numPr>
          <w:ilvl w:val="0"/>
          <w:numId w:val="10"/>
        </w:numPr>
        <w:ind w:left="1418"/>
        <w:rPr>
          <w:sz w:val="24"/>
          <w:szCs w:val="24"/>
        </w:rPr>
      </w:pPr>
      <w:r w:rsidRPr="001E055D">
        <w:rPr>
          <w:sz w:val="24"/>
          <w:szCs w:val="24"/>
        </w:rPr>
        <w:t>Carry out the preparation for meetings and manage conference room bookings</w:t>
      </w:r>
    </w:p>
    <w:p w14:paraId="084B5A83" w14:textId="77777777" w:rsidR="001E055D" w:rsidRDefault="008D34CA" w:rsidP="00642FA7">
      <w:pPr>
        <w:pStyle w:val="ListParagraph"/>
        <w:numPr>
          <w:ilvl w:val="0"/>
          <w:numId w:val="10"/>
        </w:numPr>
        <w:ind w:left="1418"/>
        <w:rPr>
          <w:sz w:val="24"/>
          <w:szCs w:val="24"/>
        </w:rPr>
      </w:pPr>
      <w:r w:rsidRPr="001E055D">
        <w:rPr>
          <w:sz w:val="24"/>
          <w:szCs w:val="24"/>
        </w:rPr>
        <w:t>Provides administrative support with accuracy and consistency.</w:t>
      </w:r>
    </w:p>
    <w:p w14:paraId="354CCCF6" w14:textId="77777777" w:rsidR="001E055D" w:rsidRDefault="008D34CA" w:rsidP="00642FA7">
      <w:pPr>
        <w:pStyle w:val="ListParagraph"/>
        <w:numPr>
          <w:ilvl w:val="0"/>
          <w:numId w:val="10"/>
        </w:numPr>
        <w:ind w:left="1418"/>
        <w:rPr>
          <w:sz w:val="24"/>
          <w:szCs w:val="24"/>
        </w:rPr>
      </w:pPr>
      <w:r w:rsidRPr="001E055D">
        <w:rPr>
          <w:sz w:val="24"/>
          <w:szCs w:val="24"/>
        </w:rPr>
        <w:t>Transmits messages and checks the fax machine frequently</w:t>
      </w:r>
    </w:p>
    <w:p w14:paraId="32FE2DB8" w14:textId="77777777" w:rsidR="001E055D" w:rsidRDefault="008D34CA" w:rsidP="00642FA7">
      <w:pPr>
        <w:pStyle w:val="ListParagraph"/>
        <w:numPr>
          <w:ilvl w:val="0"/>
          <w:numId w:val="10"/>
        </w:numPr>
        <w:ind w:left="1418"/>
        <w:rPr>
          <w:sz w:val="24"/>
          <w:szCs w:val="24"/>
        </w:rPr>
      </w:pPr>
      <w:r w:rsidRPr="001E055D">
        <w:rPr>
          <w:sz w:val="24"/>
          <w:szCs w:val="24"/>
        </w:rPr>
        <w:t>Suggest changes or improvement to increase accuracy, efficiency, and cost reductions.</w:t>
      </w:r>
    </w:p>
    <w:p w14:paraId="2F147490" w14:textId="77777777" w:rsidR="001E055D" w:rsidRDefault="008D34CA" w:rsidP="00642FA7">
      <w:pPr>
        <w:pStyle w:val="ListParagraph"/>
        <w:numPr>
          <w:ilvl w:val="0"/>
          <w:numId w:val="10"/>
        </w:numPr>
        <w:ind w:left="1418"/>
        <w:rPr>
          <w:sz w:val="24"/>
          <w:szCs w:val="24"/>
        </w:rPr>
      </w:pPr>
      <w:r w:rsidRPr="001E055D">
        <w:rPr>
          <w:sz w:val="24"/>
          <w:szCs w:val="24"/>
        </w:rPr>
        <w:t xml:space="preserve">Resolved issues and escalated problems with knowledgeable support and quality service. </w:t>
      </w:r>
    </w:p>
    <w:p w14:paraId="4A754A4E" w14:textId="77777777" w:rsidR="001E055D" w:rsidRDefault="008D34CA" w:rsidP="00642FA7">
      <w:pPr>
        <w:pStyle w:val="ListParagraph"/>
        <w:numPr>
          <w:ilvl w:val="0"/>
          <w:numId w:val="10"/>
        </w:numPr>
        <w:ind w:left="1418"/>
        <w:rPr>
          <w:sz w:val="24"/>
          <w:szCs w:val="24"/>
        </w:rPr>
      </w:pPr>
      <w:r w:rsidRPr="001E055D">
        <w:rPr>
          <w:sz w:val="24"/>
          <w:szCs w:val="24"/>
        </w:rPr>
        <w:t>Reached out to customers after completed sales to evaluate satisfaction and determine immediate</w:t>
      </w:r>
      <w:r w:rsidR="00F97A7C" w:rsidRPr="001E055D">
        <w:rPr>
          <w:sz w:val="24"/>
          <w:szCs w:val="24"/>
        </w:rPr>
        <w:t xml:space="preserve"> </w:t>
      </w:r>
      <w:r w:rsidRPr="001E055D">
        <w:rPr>
          <w:sz w:val="24"/>
          <w:szCs w:val="24"/>
        </w:rPr>
        <w:t>service satisfaction.</w:t>
      </w:r>
    </w:p>
    <w:p w14:paraId="5AC4B124" w14:textId="77777777" w:rsidR="001E055D" w:rsidRDefault="008D34CA" w:rsidP="00642FA7">
      <w:pPr>
        <w:pStyle w:val="ListParagraph"/>
        <w:numPr>
          <w:ilvl w:val="0"/>
          <w:numId w:val="10"/>
        </w:numPr>
        <w:ind w:left="1418"/>
        <w:rPr>
          <w:sz w:val="24"/>
          <w:szCs w:val="24"/>
        </w:rPr>
      </w:pPr>
      <w:r w:rsidRPr="001E055D">
        <w:rPr>
          <w:sz w:val="24"/>
          <w:szCs w:val="24"/>
        </w:rPr>
        <w:t>Drafting out business plan and company’s organogram.</w:t>
      </w:r>
    </w:p>
    <w:p w14:paraId="543E7977" w14:textId="6F9A711C" w:rsidR="002D05BD" w:rsidRPr="001E055D" w:rsidRDefault="008D34CA" w:rsidP="00642FA7">
      <w:pPr>
        <w:pStyle w:val="ListParagraph"/>
        <w:numPr>
          <w:ilvl w:val="0"/>
          <w:numId w:val="10"/>
        </w:numPr>
        <w:ind w:left="1418"/>
        <w:rPr>
          <w:sz w:val="24"/>
          <w:szCs w:val="24"/>
        </w:rPr>
      </w:pPr>
      <w:r w:rsidRPr="001E055D">
        <w:rPr>
          <w:sz w:val="24"/>
          <w:szCs w:val="24"/>
        </w:rPr>
        <w:t>Evaluate employee’s strength and assigned tasks b</w:t>
      </w:r>
      <w:r w:rsidR="0041402F">
        <w:rPr>
          <w:sz w:val="24"/>
          <w:szCs w:val="24"/>
        </w:rPr>
        <w:t>ased upon experience.</w:t>
      </w:r>
      <w:r w:rsidRPr="001E055D">
        <w:rPr>
          <w:sz w:val="24"/>
          <w:szCs w:val="24"/>
        </w:rPr>
        <w:br/>
      </w:r>
    </w:p>
    <w:p w14:paraId="63E1B9AF" w14:textId="17C3823B" w:rsidR="00811C66" w:rsidRPr="00D63DDD" w:rsidRDefault="008D34CA" w:rsidP="00642FA7">
      <w:pPr>
        <w:spacing w:after="0"/>
        <w:rPr>
          <w:b/>
          <w:bCs/>
          <w:sz w:val="24"/>
          <w:szCs w:val="24"/>
        </w:rPr>
      </w:pPr>
      <w:r w:rsidRPr="00811C66">
        <w:rPr>
          <w:b/>
          <w:bCs/>
          <w:sz w:val="24"/>
          <w:szCs w:val="24"/>
        </w:rPr>
        <w:t>2018-2020</w:t>
      </w:r>
      <w:r w:rsidRPr="00811C66">
        <w:rPr>
          <w:b/>
          <w:bCs/>
          <w:sz w:val="24"/>
          <w:szCs w:val="24"/>
        </w:rPr>
        <w:br/>
      </w:r>
      <w:r w:rsidR="00811C66" w:rsidRPr="00811C66">
        <w:rPr>
          <w:b/>
          <w:bCs/>
          <w:sz w:val="24"/>
          <w:szCs w:val="24"/>
        </w:rPr>
        <w:t xml:space="preserve">                                             </w:t>
      </w:r>
      <w:r w:rsidRPr="00811C66">
        <w:rPr>
          <w:b/>
          <w:bCs/>
          <w:sz w:val="24"/>
          <w:szCs w:val="24"/>
        </w:rPr>
        <w:t>LAPETIT MONTESSORI SCHOOL</w:t>
      </w:r>
      <w:r w:rsidRPr="00811C66">
        <w:rPr>
          <w:b/>
          <w:bCs/>
          <w:sz w:val="24"/>
          <w:szCs w:val="24"/>
        </w:rPr>
        <w:br/>
      </w:r>
      <w:r w:rsidR="00811C66" w:rsidRPr="00811C66">
        <w:rPr>
          <w:b/>
          <w:bCs/>
          <w:sz w:val="24"/>
          <w:szCs w:val="24"/>
        </w:rPr>
        <w:t xml:space="preserve">                                             </w:t>
      </w:r>
      <w:proofErr w:type="spellStart"/>
      <w:r w:rsidRPr="00811C66">
        <w:rPr>
          <w:b/>
          <w:bCs/>
          <w:sz w:val="24"/>
          <w:szCs w:val="24"/>
        </w:rPr>
        <w:t>Iboefon</w:t>
      </w:r>
      <w:proofErr w:type="spellEnd"/>
      <w:r w:rsidRPr="00811C66">
        <w:rPr>
          <w:b/>
          <w:bCs/>
          <w:sz w:val="24"/>
          <w:szCs w:val="24"/>
        </w:rPr>
        <w:t xml:space="preserve"> </w:t>
      </w:r>
      <w:proofErr w:type="spellStart"/>
      <w:r w:rsidRPr="00811C66">
        <w:rPr>
          <w:b/>
          <w:bCs/>
          <w:sz w:val="24"/>
          <w:szCs w:val="24"/>
        </w:rPr>
        <w:t>lekki</w:t>
      </w:r>
      <w:proofErr w:type="spellEnd"/>
      <w:r w:rsidRPr="00811C66">
        <w:rPr>
          <w:b/>
          <w:bCs/>
          <w:sz w:val="24"/>
          <w:szCs w:val="24"/>
        </w:rPr>
        <w:br/>
      </w:r>
      <w:r w:rsidR="00642FA7">
        <w:rPr>
          <w:b/>
          <w:bCs/>
          <w:sz w:val="24"/>
          <w:szCs w:val="24"/>
        </w:rPr>
        <w:t xml:space="preserve">                                             </w:t>
      </w:r>
      <w:r w:rsidRPr="00811C66">
        <w:rPr>
          <w:b/>
          <w:bCs/>
          <w:sz w:val="24"/>
          <w:szCs w:val="24"/>
        </w:rPr>
        <w:t>Subject Instructor (English) and Nursery Teacher</w:t>
      </w:r>
      <w:r w:rsidRPr="00811C66">
        <w:rPr>
          <w:sz w:val="24"/>
          <w:szCs w:val="24"/>
        </w:rPr>
        <w:br/>
      </w:r>
      <w:r w:rsidRPr="00E36849">
        <w:rPr>
          <w:sz w:val="24"/>
          <w:szCs w:val="24"/>
        </w:rPr>
        <w:br/>
      </w:r>
      <w:r w:rsidR="00642FA7">
        <w:rPr>
          <w:b/>
          <w:bCs/>
          <w:sz w:val="24"/>
          <w:szCs w:val="24"/>
        </w:rPr>
        <w:t xml:space="preserve">         </w:t>
      </w:r>
      <w:r w:rsidRPr="00D63DDD">
        <w:rPr>
          <w:b/>
          <w:bCs/>
          <w:sz w:val="24"/>
          <w:szCs w:val="24"/>
        </w:rPr>
        <w:t>RESPONSIBILITIES</w:t>
      </w:r>
    </w:p>
    <w:p w14:paraId="7BB311A4" w14:textId="0D2D246E" w:rsidR="00811C66" w:rsidRDefault="008D34CA" w:rsidP="00642FA7">
      <w:pPr>
        <w:pStyle w:val="ListParagraph"/>
        <w:numPr>
          <w:ilvl w:val="0"/>
          <w:numId w:val="13"/>
        </w:numPr>
        <w:spacing w:after="0"/>
        <w:ind w:left="851"/>
        <w:rPr>
          <w:sz w:val="24"/>
          <w:szCs w:val="24"/>
        </w:rPr>
      </w:pPr>
      <w:r w:rsidRPr="00811C66">
        <w:rPr>
          <w:sz w:val="24"/>
          <w:szCs w:val="24"/>
        </w:rPr>
        <w:t>Conduct meetings with Pupils to clarify and review concepts taught in class</w:t>
      </w:r>
      <w:r w:rsidR="000F6B5C">
        <w:rPr>
          <w:sz w:val="24"/>
          <w:szCs w:val="24"/>
        </w:rPr>
        <w:t xml:space="preserve">, explain processes, and assist </w:t>
      </w:r>
      <w:r w:rsidRPr="00811C66">
        <w:rPr>
          <w:sz w:val="24"/>
          <w:szCs w:val="24"/>
        </w:rPr>
        <w:t>pupils in solving specific problems.</w:t>
      </w:r>
    </w:p>
    <w:p w14:paraId="04E0E6FE" w14:textId="77777777" w:rsidR="00811C66" w:rsidRDefault="008D34CA" w:rsidP="00642FA7">
      <w:pPr>
        <w:pStyle w:val="ListParagraph"/>
        <w:numPr>
          <w:ilvl w:val="0"/>
          <w:numId w:val="13"/>
        </w:numPr>
        <w:spacing w:after="0"/>
        <w:ind w:left="851"/>
        <w:rPr>
          <w:sz w:val="24"/>
          <w:szCs w:val="24"/>
        </w:rPr>
      </w:pPr>
      <w:r w:rsidRPr="00811C66">
        <w:rPr>
          <w:sz w:val="24"/>
          <w:szCs w:val="24"/>
        </w:rPr>
        <w:t>To facilitate language acquisition and literacy development.</w:t>
      </w:r>
    </w:p>
    <w:p w14:paraId="11E1485C" w14:textId="77777777" w:rsidR="00811C66" w:rsidRDefault="008D34CA" w:rsidP="00642FA7">
      <w:pPr>
        <w:pStyle w:val="ListParagraph"/>
        <w:numPr>
          <w:ilvl w:val="0"/>
          <w:numId w:val="13"/>
        </w:numPr>
        <w:spacing w:after="0"/>
        <w:ind w:left="851"/>
        <w:rPr>
          <w:sz w:val="24"/>
          <w:szCs w:val="24"/>
        </w:rPr>
      </w:pPr>
      <w:r w:rsidRPr="00811C66">
        <w:rPr>
          <w:sz w:val="24"/>
          <w:szCs w:val="24"/>
        </w:rPr>
        <w:t>Prepare materials and activities. Assign homework and interesting exercises.</w:t>
      </w:r>
    </w:p>
    <w:p w14:paraId="2570B37A" w14:textId="77777777" w:rsidR="00811C66" w:rsidRDefault="008D34CA" w:rsidP="00642FA7">
      <w:pPr>
        <w:pStyle w:val="ListParagraph"/>
        <w:numPr>
          <w:ilvl w:val="0"/>
          <w:numId w:val="13"/>
        </w:numPr>
        <w:spacing w:after="0"/>
        <w:ind w:left="851"/>
        <w:rPr>
          <w:sz w:val="24"/>
          <w:szCs w:val="24"/>
        </w:rPr>
      </w:pPr>
      <w:r w:rsidRPr="00811C66">
        <w:rPr>
          <w:sz w:val="24"/>
          <w:szCs w:val="24"/>
        </w:rPr>
        <w:t>Create a safe and inclusive classroom environment that encourages exploration, creativity, and</w:t>
      </w:r>
      <w:r w:rsidR="00811C66">
        <w:rPr>
          <w:sz w:val="24"/>
          <w:szCs w:val="24"/>
        </w:rPr>
        <w:t xml:space="preserve"> </w:t>
      </w:r>
      <w:r w:rsidRPr="00811C66">
        <w:rPr>
          <w:sz w:val="24"/>
          <w:szCs w:val="24"/>
        </w:rPr>
        <w:t>independence.</w:t>
      </w:r>
    </w:p>
    <w:p w14:paraId="796E4A9C" w14:textId="77777777" w:rsidR="00A2503A" w:rsidRDefault="008D34CA" w:rsidP="00642FA7">
      <w:pPr>
        <w:pStyle w:val="ListParagraph"/>
        <w:numPr>
          <w:ilvl w:val="0"/>
          <w:numId w:val="13"/>
        </w:numPr>
        <w:spacing w:after="0"/>
        <w:ind w:left="851"/>
        <w:rPr>
          <w:sz w:val="24"/>
          <w:szCs w:val="24"/>
        </w:rPr>
      </w:pPr>
      <w:r w:rsidRPr="00811C66">
        <w:rPr>
          <w:sz w:val="24"/>
          <w:szCs w:val="24"/>
        </w:rPr>
        <w:t>Assisting and encouraging pupils as they learn various subjects.</w:t>
      </w:r>
    </w:p>
    <w:p w14:paraId="125F8C5F" w14:textId="5D8702C5" w:rsidR="002D05BD" w:rsidRPr="00811C66" w:rsidRDefault="008D34CA" w:rsidP="00642FA7">
      <w:pPr>
        <w:pStyle w:val="ListParagraph"/>
        <w:numPr>
          <w:ilvl w:val="0"/>
          <w:numId w:val="13"/>
        </w:numPr>
        <w:spacing w:after="0"/>
        <w:ind w:left="851"/>
        <w:rPr>
          <w:sz w:val="24"/>
          <w:szCs w:val="24"/>
        </w:rPr>
      </w:pPr>
      <w:r w:rsidRPr="00811C66">
        <w:rPr>
          <w:sz w:val="24"/>
          <w:szCs w:val="24"/>
        </w:rPr>
        <w:t xml:space="preserve">Create and implement an age system. Appropriate lesson plans and activities to help children </w:t>
      </w:r>
      <w:r w:rsidR="00A2503A" w:rsidRPr="00811C66">
        <w:rPr>
          <w:sz w:val="24"/>
          <w:szCs w:val="24"/>
        </w:rPr>
        <w:t>develop cognitively</w:t>
      </w:r>
      <w:r w:rsidRPr="00811C66">
        <w:rPr>
          <w:sz w:val="24"/>
          <w:szCs w:val="24"/>
        </w:rPr>
        <w:t>, physically, socially, and emotionally.</w:t>
      </w:r>
      <w:r w:rsidRPr="00811C66">
        <w:rPr>
          <w:sz w:val="24"/>
          <w:szCs w:val="24"/>
        </w:rPr>
        <w:br/>
      </w:r>
    </w:p>
    <w:p w14:paraId="192CF5CC" w14:textId="7CD6C0F6" w:rsidR="00D63DDD" w:rsidRDefault="008D34CA">
      <w:pPr>
        <w:rPr>
          <w:sz w:val="24"/>
          <w:szCs w:val="24"/>
        </w:rPr>
      </w:pPr>
      <w:r w:rsidRPr="00D63DDD">
        <w:rPr>
          <w:b/>
          <w:bCs/>
          <w:sz w:val="24"/>
          <w:szCs w:val="24"/>
        </w:rPr>
        <w:t>EDUCATION</w:t>
      </w:r>
      <w:r w:rsidRPr="00E36849">
        <w:rPr>
          <w:sz w:val="24"/>
          <w:szCs w:val="24"/>
        </w:rPr>
        <w:br/>
        <w:t xml:space="preserve">2015: </w:t>
      </w:r>
      <w:r w:rsidR="00D63DDD">
        <w:rPr>
          <w:sz w:val="24"/>
          <w:szCs w:val="24"/>
        </w:rPr>
        <w:tab/>
      </w:r>
      <w:r w:rsidR="00D63DDD">
        <w:rPr>
          <w:sz w:val="24"/>
          <w:szCs w:val="24"/>
        </w:rPr>
        <w:tab/>
      </w:r>
      <w:r w:rsidRPr="00E36849">
        <w:rPr>
          <w:sz w:val="24"/>
          <w:szCs w:val="24"/>
        </w:rPr>
        <w:t>Bachelor of Education (B. ED): Business Education University</w:t>
      </w:r>
      <w:r w:rsidRPr="00E36849">
        <w:rPr>
          <w:sz w:val="24"/>
          <w:szCs w:val="24"/>
        </w:rPr>
        <w:br/>
      </w:r>
      <w:r w:rsidR="00D63DDD">
        <w:rPr>
          <w:sz w:val="24"/>
          <w:szCs w:val="24"/>
        </w:rPr>
        <w:t xml:space="preserve">                            </w:t>
      </w:r>
      <w:r w:rsidRPr="00E36849">
        <w:rPr>
          <w:sz w:val="24"/>
          <w:szCs w:val="24"/>
        </w:rPr>
        <w:t>of Nigeria, Enugu St</w:t>
      </w:r>
      <w:r w:rsidR="009964B0">
        <w:rPr>
          <w:sz w:val="24"/>
          <w:szCs w:val="24"/>
        </w:rPr>
        <w:t>ate. (Second class honors).</w:t>
      </w:r>
      <w:r w:rsidR="009964B0">
        <w:rPr>
          <w:sz w:val="24"/>
          <w:szCs w:val="24"/>
        </w:rPr>
        <w:br/>
        <w:t>2016</w:t>
      </w:r>
      <w:r w:rsidRPr="00E36849">
        <w:rPr>
          <w:sz w:val="24"/>
          <w:szCs w:val="24"/>
        </w:rPr>
        <w:t>:</w:t>
      </w:r>
      <w:r w:rsidR="00D63DDD">
        <w:rPr>
          <w:sz w:val="24"/>
          <w:szCs w:val="24"/>
        </w:rPr>
        <w:tab/>
      </w:r>
      <w:r w:rsidR="00D63DDD">
        <w:rPr>
          <w:sz w:val="24"/>
          <w:szCs w:val="24"/>
        </w:rPr>
        <w:tab/>
      </w:r>
      <w:r w:rsidRPr="00E36849">
        <w:rPr>
          <w:sz w:val="24"/>
          <w:szCs w:val="24"/>
        </w:rPr>
        <w:t>Certified Teacher: (TRCN) Teachers Registration Council of Nigeria</w:t>
      </w:r>
      <w:r w:rsidRPr="00E36849">
        <w:rPr>
          <w:sz w:val="24"/>
          <w:szCs w:val="24"/>
        </w:rPr>
        <w:br/>
      </w:r>
      <w:r w:rsidRPr="00E36849">
        <w:rPr>
          <w:sz w:val="24"/>
          <w:szCs w:val="24"/>
        </w:rPr>
        <w:br/>
        <w:t>2017:</w:t>
      </w:r>
      <w:r w:rsidR="00D63DDD">
        <w:rPr>
          <w:sz w:val="24"/>
          <w:szCs w:val="24"/>
        </w:rPr>
        <w:tab/>
      </w:r>
      <w:r w:rsidR="00D63DDD">
        <w:rPr>
          <w:sz w:val="24"/>
          <w:szCs w:val="24"/>
        </w:rPr>
        <w:tab/>
      </w:r>
      <w:r w:rsidRPr="00E36849">
        <w:rPr>
          <w:sz w:val="24"/>
          <w:szCs w:val="24"/>
        </w:rPr>
        <w:t>(NYSC) Akin secondary</w:t>
      </w:r>
      <w:r w:rsidR="009964B0">
        <w:rPr>
          <w:sz w:val="24"/>
          <w:szCs w:val="24"/>
        </w:rPr>
        <w:t xml:space="preserve"> school, </w:t>
      </w:r>
      <w:proofErr w:type="spellStart"/>
      <w:r w:rsidR="009964B0">
        <w:rPr>
          <w:sz w:val="24"/>
          <w:szCs w:val="24"/>
        </w:rPr>
        <w:t>Calabar</w:t>
      </w:r>
      <w:proofErr w:type="spellEnd"/>
      <w:r w:rsidR="009964B0">
        <w:rPr>
          <w:sz w:val="24"/>
          <w:szCs w:val="24"/>
        </w:rPr>
        <w:t xml:space="preserve"> municipal</w:t>
      </w:r>
      <w:r w:rsidR="009964B0">
        <w:rPr>
          <w:sz w:val="24"/>
          <w:szCs w:val="24"/>
        </w:rPr>
        <w:br/>
        <w:t>2016</w:t>
      </w:r>
      <w:r w:rsidRPr="00E36849">
        <w:rPr>
          <w:sz w:val="24"/>
          <w:szCs w:val="24"/>
        </w:rPr>
        <w:t>:</w:t>
      </w:r>
      <w:r w:rsidR="00D63DDD">
        <w:rPr>
          <w:sz w:val="24"/>
          <w:szCs w:val="24"/>
        </w:rPr>
        <w:tab/>
      </w:r>
      <w:r w:rsidR="00D63DDD">
        <w:rPr>
          <w:sz w:val="24"/>
          <w:szCs w:val="24"/>
        </w:rPr>
        <w:tab/>
      </w:r>
      <w:r w:rsidRPr="00E36849">
        <w:rPr>
          <w:sz w:val="24"/>
          <w:szCs w:val="24"/>
        </w:rPr>
        <w:t>Computer operations (MS application) CTN. Owerri.</w:t>
      </w:r>
      <w:r w:rsidRPr="00E36849">
        <w:rPr>
          <w:sz w:val="24"/>
          <w:szCs w:val="24"/>
        </w:rPr>
        <w:br/>
      </w:r>
      <w:r w:rsidRPr="00E36849">
        <w:rPr>
          <w:sz w:val="24"/>
          <w:szCs w:val="24"/>
        </w:rPr>
        <w:br/>
        <w:t>2009:</w:t>
      </w:r>
      <w:r w:rsidR="00D63DDD">
        <w:rPr>
          <w:sz w:val="24"/>
          <w:szCs w:val="24"/>
        </w:rPr>
        <w:tab/>
      </w:r>
      <w:r w:rsidR="00D63DDD">
        <w:rPr>
          <w:sz w:val="24"/>
          <w:szCs w:val="24"/>
        </w:rPr>
        <w:tab/>
      </w:r>
      <w:r w:rsidRPr="00E36849">
        <w:rPr>
          <w:sz w:val="24"/>
          <w:szCs w:val="24"/>
        </w:rPr>
        <w:t>St. Patrick secondary school, Imo state. (Senior school Cert)</w:t>
      </w:r>
      <w:r w:rsidR="00D63DDD">
        <w:rPr>
          <w:sz w:val="24"/>
          <w:szCs w:val="24"/>
        </w:rPr>
        <w:t xml:space="preserve"> </w:t>
      </w:r>
      <w:r w:rsidRPr="00E36849">
        <w:rPr>
          <w:sz w:val="24"/>
          <w:szCs w:val="24"/>
        </w:rPr>
        <w:t>Owerri.</w:t>
      </w:r>
      <w:r w:rsidRPr="00E36849">
        <w:rPr>
          <w:sz w:val="24"/>
          <w:szCs w:val="24"/>
        </w:rPr>
        <w:br/>
      </w:r>
      <w:r w:rsidRPr="00E36849">
        <w:rPr>
          <w:sz w:val="24"/>
          <w:szCs w:val="24"/>
        </w:rPr>
        <w:br/>
        <w:t>2022:</w:t>
      </w:r>
      <w:r w:rsidR="00D63DDD">
        <w:rPr>
          <w:sz w:val="24"/>
          <w:szCs w:val="24"/>
        </w:rPr>
        <w:tab/>
      </w:r>
      <w:r w:rsidR="00D63DDD">
        <w:rPr>
          <w:sz w:val="24"/>
          <w:szCs w:val="24"/>
        </w:rPr>
        <w:tab/>
      </w:r>
      <w:r w:rsidRPr="00E36849">
        <w:rPr>
          <w:sz w:val="24"/>
          <w:szCs w:val="24"/>
        </w:rPr>
        <w:t>Global mindset media achievers Excellent Awards as the fast rising</w:t>
      </w:r>
    </w:p>
    <w:p w14:paraId="6223948F" w14:textId="711A4758" w:rsidR="002D05BD" w:rsidRPr="00D63DDD" w:rsidRDefault="00D63DDD" w:rsidP="00D63DDD">
      <w:pPr>
        <w:ind w:firstLine="720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041402F" w:rsidRPr="00E36849">
        <w:rPr>
          <w:sz w:val="24"/>
          <w:szCs w:val="24"/>
        </w:rPr>
        <w:t>Female</w:t>
      </w:r>
      <w:r w:rsidRPr="00E36849">
        <w:rPr>
          <w:sz w:val="24"/>
          <w:szCs w:val="24"/>
        </w:rPr>
        <w:t xml:space="preserve"> real estate marketer of the year (2022).</w:t>
      </w:r>
      <w:r w:rsidRPr="00E36849">
        <w:rPr>
          <w:sz w:val="24"/>
          <w:szCs w:val="24"/>
        </w:rPr>
        <w:br/>
      </w:r>
      <w:r w:rsidR="008D34CA" w:rsidRPr="00E3684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</w:t>
      </w:r>
      <w:r w:rsidR="008D34CA" w:rsidRPr="00E36849">
        <w:rPr>
          <w:sz w:val="24"/>
          <w:szCs w:val="24"/>
        </w:rPr>
        <w:br/>
      </w:r>
      <w:r w:rsidR="008D34CA" w:rsidRPr="00D63DDD">
        <w:rPr>
          <w:b/>
          <w:bCs/>
          <w:sz w:val="24"/>
          <w:szCs w:val="24"/>
        </w:rPr>
        <w:t>INTERES</w:t>
      </w:r>
      <w:r w:rsidRPr="00D63DDD">
        <w:rPr>
          <w:b/>
          <w:bCs/>
          <w:sz w:val="24"/>
          <w:szCs w:val="24"/>
        </w:rPr>
        <w:t>T</w:t>
      </w:r>
      <w:r w:rsidR="009964B0">
        <w:rPr>
          <w:sz w:val="24"/>
          <w:szCs w:val="24"/>
        </w:rPr>
        <w:br/>
      </w:r>
      <w:bookmarkStart w:id="0" w:name="_GoBack"/>
      <w:bookmarkEnd w:id="0"/>
      <w:proofErr w:type="gramStart"/>
      <w:r w:rsidR="009964B0">
        <w:rPr>
          <w:sz w:val="24"/>
          <w:szCs w:val="24"/>
        </w:rPr>
        <w:t>To</w:t>
      </w:r>
      <w:proofErr w:type="gramEnd"/>
      <w:r w:rsidR="009964B0">
        <w:rPr>
          <w:sz w:val="24"/>
          <w:szCs w:val="24"/>
        </w:rPr>
        <w:t xml:space="preserve"> help organizations </w:t>
      </w:r>
      <w:r w:rsidR="008D34CA" w:rsidRPr="00E36849">
        <w:rPr>
          <w:sz w:val="24"/>
          <w:szCs w:val="24"/>
        </w:rPr>
        <w:t>optimize, protect, diversify, and safe guard their wealth through my strong background in sales</w:t>
      </w:r>
      <w:r>
        <w:rPr>
          <w:sz w:val="24"/>
          <w:szCs w:val="24"/>
        </w:rPr>
        <w:t xml:space="preserve"> </w:t>
      </w:r>
      <w:r w:rsidR="008D34CA" w:rsidRPr="00E36849">
        <w:rPr>
          <w:sz w:val="24"/>
          <w:szCs w:val="24"/>
        </w:rPr>
        <w:t>executive, administrative, and relationship management executive. Hence, problem solving, improve team work,</w:t>
      </w:r>
      <w:r>
        <w:rPr>
          <w:sz w:val="24"/>
          <w:szCs w:val="24"/>
        </w:rPr>
        <w:t xml:space="preserve"> </w:t>
      </w:r>
      <w:r w:rsidR="008D34CA" w:rsidRPr="00E36849">
        <w:rPr>
          <w:sz w:val="24"/>
          <w:szCs w:val="24"/>
        </w:rPr>
        <w:t>individual ability to engage in creative and artistic endeavor, exploring ideas and knowledge to think differently.</w:t>
      </w:r>
      <w:r w:rsidR="008D34CA" w:rsidRPr="00E36849">
        <w:rPr>
          <w:sz w:val="24"/>
          <w:szCs w:val="24"/>
        </w:rPr>
        <w:br/>
      </w:r>
      <w:r w:rsidR="008D34CA" w:rsidRPr="00E36849">
        <w:rPr>
          <w:sz w:val="24"/>
          <w:szCs w:val="24"/>
        </w:rPr>
        <w:br/>
      </w:r>
      <w:r w:rsidR="008D34CA" w:rsidRPr="00D63DDD">
        <w:rPr>
          <w:b/>
          <w:bCs/>
          <w:sz w:val="24"/>
          <w:szCs w:val="24"/>
        </w:rPr>
        <w:t>REFEREES</w:t>
      </w:r>
      <w:r w:rsidR="008D34CA" w:rsidRPr="00D63DDD">
        <w:rPr>
          <w:b/>
          <w:bCs/>
          <w:sz w:val="24"/>
          <w:szCs w:val="24"/>
        </w:rPr>
        <w:br/>
        <w:t>Available on request...</w:t>
      </w:r>
      <w:r w:rsidR="008D34CA" w:rsidRPr="00D63DDD">
        <w:rPr>
          <w:b/>
          <w:bCs/>
          <w:sz w:val="24"/>
          <w:szCs w:val="24"/>
        </w:rPr>
        <w:br/>
      </w:r>
    </w:p>
    <w:sectPr w:rsidR="002D05BD" w:rsidRPr="00D63DDD" w:rsidSect="005D1AB4">
      <w:pgSz w:w="12240" w:h="15840"/>
      <w:pgMar w:top="1276" w:right="1800" w:bottom="567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06C6BE5"/>
    <w:multiLevelType w:val="hybridMultilevel"/>
    <w:tmpl w:val="0E5C550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AE10EDF"/>
    <w:multiLevelType w:val="hybridMultilevel"/>
    <w:tmpl w:val="55228E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D853A7E"/>
    <w:multiLevelType w:val="hybridMultilevel"/>
    <w:tmpl w:val="7AE29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1904CE3"/>
    <w:multiLevelType w:val="hybridMultilevel"/>
    <w:tmpl w:val="964667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118BEE8">
      <w:start w:val="2020"/>
      <w:numFmt w:val="bullet"/>
      <w:lvlText w:val="•"/>
      <w:lvlJc w:val="left"/>
      <w:pPr>
        <w:ind w:left="1800" w:hanging="720"/>
      </w:pPr>
      <w:rPr>
        <w:rFonts w:ascii="Cambria" w:eastAsiaTheme="minorEastAsia" w:hAnsi="Cambria" w:cstheme="minorBidi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7B43932"/>
    <w:multiLevelType w:val="hybridMultilevel"/>
    <w:tmpl w:val="D6646E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7E8115A"/>
    <w:multiLevelType w:val="hybridMultilevel"/>
    <w:tmpl w:val="95E03A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A6F6B20"/>
    <w:multiLevelType w:val="hybridMultilevel"/>
    <w:tmpl w:val="D06432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0826D1E"/>
    <w:multiLevelType w:val="hybridMultilevel"/>
    <w:tmpl w:val="EC76FC58"/>
    <w:lvl w:ilvl="0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7">
    <w:nsid w:val="51E5171E"/>
    <w:multiLevelType w:val="hybridMultilevel"/>
    <w:tmpl w:val="4010F9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118BEE8">
      <w:start w:val="2020"/>
      <w:numFmt w:val="bullet"/>
      <w:lvlText w:val="•"/>
      <w:lvlJc w:val="left"/>
      <w:pPr>
        <w:ind w:left="1800" w:hanging="720"/>
      </w:pPr>
      <w:rPr>
        <w:rFonts w:ascii="Cambria" w:eastAsiaTheme="minorEastAsia" w:hAnsi="Cambria" w:cstheme="minorBidi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EB2130C"/>
    <w:multiLevelType w:val="hybridMultilevel"/>
    <w:tmpl w:val="2DA452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59C609E"/>
    <w:multiLevelType w:val="hybridMultilevel"/>
    <w:tmpl w:val="8EF6EC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8B36701"/>
    <w:multiLevelType w:val="hybridMultilevel"/>
    <w:tmpl w:val="C5B8BF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CAD6BF1"/>
    <w:multiLevelType w:val="hybridMultilevel"/>
    <w:tmpl w:val="887A10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8"/>
  </w:num>
  <w:num w:numId="11">
    <w:abstractNumId w:val="15"/>
  </w:num>
  <w:num w:numId="12">
    <w:abstractNumId w:val="20"/>
  </w:num>
  <w:num w:numId="13">
    <w:abstractNumId w:val="19"/>
  </w:num>
  <w:num w:numId="14">
    <w:abstractNumId w:val="12"/>
  </w:num>
  <w:num w:numId="15">
    <w:abstractNumId w:val="17"/>
  </w:num>
  <w:num w:numId="16">
    <w:abstractNumId w:val="14"/>
  </w:num>
  <w:num w:numId="17">
    <w:abstractNumId w:val="16"/>
  </w:num>
  <w:num w:numId="18">
    <w:abstractNumId w:val="11"/>
  </w:num>
  <w:num w:numId="19">
    <w:abstractNumId w:val="21"/>
  </w:num>
  <w:num w:numId="20">
    <w:abstractNumId w:val="10"/>
  </w:num>
  <w:num w:numId="21">
    <w:abstractNumId w:val="13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F6B5C"/>
    <w:rsid w:val="0015074B"/>
    <w:rsid w:val="001E055D"/>
    <w:rsid w:val="001F37BE"/>
    <w:rsid w:val="0029639D"/>
    <w:rsid w:val="002D05BD"/>
    <w:rsid w:val="00326F90"/>
    <w:rsid w:val="003272E3"/>
    <w:rsid w:val="00360C23"/>
    <w:rsid w:val="0041402F"/>
    <w:rsid w:val="00560305"/>
    <w:rsid w:val="005D1AB4"/>
    <w:rsid w:val="00642FA7"/>
    <w:rsid w:val="00811C66"/>
    <w:rsid w:val="008D34CA"/>
    <w:rsid w:val="009964B0"/>
    <w:rsid w:val="00A2503A"/>
    <w:rsid w:val="00AA1D8D"/>
    <w:rsid w:val="00B47730"/>
    <w:rsid w:val="00CB0664"/>
    <w:rsid w:val="00D63DDD"/>
    <w:rsid w:val="00E36849"/>
    <w:rsid w:val="00F97A7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DB1FB28"/>
  <w14:defaultImageDpi w14:val="300"/>
  <w15:docId w15:val="{8B12BDFE-6649-4FEC-9387-B10CBBCB6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91565BD-FA02-48E8-8678-4FF7181E86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1027</Words>
  <Characters>5856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6870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2026-06-03T05:10:00Z</dcterms:created>
  <dcterms:modified xsi:type="dcterms:W3CDTF">2026-06-03T05:10:00Z</dcterms:modified>
  <cp:category/>
</cp:coreProperties>
</file>