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OGUNBUNMI RAMON</w:t>
        <w:br/>
      </w:r>
    </w:p>
    <w:p>
      <w:r>
        <w:t>Virtual Assistant | Administrative Support Specialist</w:t>
      </w:r>
    </w:p>
    <w:p>
      <w:r>
        <w:t>Lagos, Nigeria | 08087575072 | horlarwaleyramonogunbunmi@gmail.com</w:t>
      </w:r>
    </w:p>
    <w:p>
      <w:pPr>
        <w:pStyle w:val="Heading1"/>
      </w:pPr>
      <w:r>
        <w:t>Professional Summary</w:t>
      </w:r>
    </w:p>
    <w:p>
      <w:r>
        <w:t>Dedicated and detail-oriented Virtual Assistant with over 7 years of experience providing administrative support, customer service, social media assistance, and business operations support. Skilled in communication, scheduling, content creation, client relations, and productivity tools. Proven ability to manage multiple tasks, meet deadlines, and support business growth in remote work environments.</w:t>
      </w:r>
    </w:p>
    <w:p>
      <w:pPr>
        <w:pStyle w:val="Heading1"/>
      </w:pPr>
      <w:r>
        <w:t>Core Competencies</w:t>
      </w:r>
    </w:p>
    <w:p>
      <w:r>
        <w:t>Administrative Support, Calendar Management, Customer Service, Email &amp; WhatsApp Communication, Social Media Management, Content Creation, Data Entry, Client Relationship Management, Canva Design, PowerPoint Presentations, Video Editing (CapCut), AI Productivity Tools, Time Management, Organization, Written Communication.</w:t>
      </w:r>
    </w:p>
    <w:p>
      <w:pPr>
        <w:pStyle w:val="Heading1"/>
      </w:pPr>
      <w:r>
        <w:t>Professional Experience</w:t>
      </w:r>
    </w:p>
    <w:p>
      <w:r>
        <w:t>Freelance Virtual Assistant | Remote | 2019 – Present</w:t>
      </w:r>
    </w:p>
    <w:p>
      <w:r>
        <w:t>- Support small businesses and online brands with daily administrative tasks.</w:t>
        <w:br/>
        <w:t>- Manage customer communications through WhatsApp and social media channels.</w:t>
        <w:br/>
        <w:t>- Respond to inquiries professionally and maintain high client satisfaction.</w:t>
        <w:br/>
        <w:t>- Coordinate tasks, schedules, and online business operations.</w:t>
      </w:r>
    </w:p>
    <w:p>
      <w:r>
        <w:t>Social Media Content Assistant | Dash Social (Canada) | 2022 – 2023</w:t>
      </w:r>
    </w:p>
    <w:p>
      <w:r>
        <w:t>- Created engaging social media content for brands and individuals.</w:t>
        <w:br/>
        <w:t>- Improved audience engagement through consistent content development.</w:t>
        <w:br/>
        <w:t>- Maintained professional communication with clients and online communities.</w:t>
      </w:r>
    </w:p>
    <w:p>
      <w:r>
        <w:t>Sales Expert | Sinnade Investment | 2023 – Present</w:t>
      </w:r>
    </w:p>
    <w:p>
      <w:r>
        <w:t>- Built and maintained strong relationships with clients and stakeholders.</w:t>
        <w:br/>
        <w:t>- Developed engaging content and promotional materials to support sales growth.</w:t>
        <w:br/>
        <w:t>- Assisted in customer engagement and business development activities.</w:t>
      </w:r>
    </w:p>
    <w:p>
      <w:r>
        <w:t>Virtual Assistant | Outsourcing Angel (Australia)</w:t>
      </w:r>
    </w:p>
    <w:p>
      <w:r>
        <w:t>- Provided remote administrative and customer support services.</w:t>
        <w:br/>
        <w:t>- Assisted with communication, organization, and operational support tasks.</w:t>
      </w:r>
    </w:p>
    <w:p>
      <w:pPr>
        <w:pStyle w:val="Heading1"/>
      </w:pPr>
      <w:r>
        <w:t>Education</w:t>
      </w:r>
    </w:p>
    <w:p>
      <w:r>
        <w:t>Bachelor of Arts in Education (B.A.Ed.), English and Literary Studies</w:t>
        <w:br/>
        <w:t>Tai Solarin University of Education | 2012 – 2016</w:t>
      </w:r>
    </w:p>
    <w:p>
      <w:pPr>
        <w:pStyle w:val="Heading1"/>
      </w:pPr>
      <w:r>
        <w:t>Certifications</w:t>
      </w:r>
    </w:p>
    <w:p>
      <w:r>
        <w:t>Virtual Assistant Training Certificate – JCA Academy</w:t>
      </w:r>
    </w:p>
    <w:p>
      <w:pPr>
        <w:pStyle w:val="Heading1"/>
      </w:pPr>
      <w:r>
        <w:t>Technical Skills</w:t>
      </w:r>
    </w:p>
    <w:p>
      <w:r>
        <w:t>Canva, Microsoft PowerPoint, CapCut, AI-Powered Productivity Tools, Social Media Platforms, Virtual Communication Tools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