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OGUNDEKO ABDUL AFEEZ TAIWO</w:t>
      </w:r>
    </w:p>
    <w:p>
      <w:pPr>
        <w:jc w:val="center"/>
      </w:pPr>
      <w:r>
        <w:rPr>
          <w:b/>
          <w:sz w:val="21"/>
        </w:rPr>
        <w:t>Customer Service | Administration | Education</w:t>
      </w:r>
    </w:p>
    <w:p>
      <w:pPr>
        <w:jc w:val="center"/>
      </w:pPr>
      <w:r>
        <w:rPr>
          <w:sz w:val="19"/>
        </w:rPr>
        <w:t>Epe, Lagos State  •  09134179253  •  taiwoogundeko75@gmail.com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PROFESSIONAL SUMMARY</w:t>
      </w:r>
    </w:p>
    <w:p>
      <w:pPr>
        <w:spacing w:after="60"/>
      </w:pPr>
      <w:r>
        <w:t>Dedicated and responsible professional with experience in teaching and customer-facing work, including experience as an agent with Sunking Solar. Strong communication, interpersonal and problem-solving abilities, with a commitment to providing excellent customer service and working effectively with teams.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WORK EXPERIENCE</w:t>
      </w:r>
    </w:p>
    <w:p>
      <w:pPr>
        <w:spacing w:after="20"/>
      </w:pPr>
      <w:r>
        <w:rPr>
          <w:b/>
        </w:rPr>
        <w:t>Teacher — Ethimology Academy</w:t>
      </w:r>
      <w:r>
        <w:br/>
        <w:t>• Taught and supported students in their academic development.</w:t>
      </w:r>
      <w:r>
        <w:br/>
        <w:t>• Maintained a positive and organized learning environment.</w:t>
      </w:r>
      <w:r>
        <w:br/>
        <w:t>• Communicated effectively with students and colleagues.</w:t>
      </w:r>
      <w:r>
        <w:br/>
        <w:t>• Managed daily responsibilities with patience, professionalism and accountability.</w:t>
      </w:r>
    </w:p>
    <w:p>
      <w:pPr>
        <w:spacing w:before="60" w:after="20"/>
      </w:pPr>
      <w:r>
        <w:rPr>
          <w:b/>
        </w:rPr>
        <w:t>Agent — Sunking Solar</w:t>
      </w:r>
      <w:r>
        <w:br/>
        <w:t>• Assisted customers with products and services.</w:t>
      </w:r>
      <w:r>
        <w:br/>
        <w:t>• Responded to customer questions and concerns professionally.</w:t>
      </w:r>
      <w:r>
        <w:br/>
        <w:t>• Built positive customer relationships through clear communication.</w:t>
      </w:r>
      <w:r>
        <w:br/>
        <w:t>• Worked toward customer-service and business targets.</w:t>
      </w:r>
    </w:p>
    <w:p>
      <w:pPr>
        <w:spacing w:before="60" w:after="20"/>
      </w:pPr>
      <w:r>
        <w:rPr>
          <w:b/>
        </w:rPr>
        <w:t>SIWES Trainee — Zumuratu Islamiyat Primary School</w:t>
      </w:r>
      <w:r>
        <w:br/>
        <w:t>• Gained practical workplace experience in a primary-school environment.</w:t>
      </w:r>
      <w:r>
        <w:br/>
        <w:t>• Assisted with classroom and school activities.</w:t>
      </w:r>
      <w:r>
        <w:br/>
        <w:t>• Developed teamwork, communication and organizational skills.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EDUCATION</w:t>
      </w:r>
    </w:p>
    <w:p>
      <w:pPr>
        <w:spacing w:after="20"/>
      </w:pPr>
      <w:r>
        <w:rPr>
          <w:b/>
        </w:rPr>
        <w:t>NCE (National Certificate in Education) — Result Pending</w:t>
      </w:r>
    </w:p>
    <w:p>
      <w:pPr>
        <w:spacing w:after="20"/>
      </w:pPr>
      <w:r>
        <w:t>Senior Secondary School Certificate (SSCE) — Result Available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CERTIFICATIONS</w:t>
      </w:r>
    </w:p>
    <w:p>
      <w:pPr>
        <w:spacing w:after="20"/>
      </w:pPr>
      <w:r>
        <w:t>Sunking Solar Certification — Human Management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KEY SKILLS</w:t>
      </w:r>
    </w:p>
    <w:p>
      <w:pPr>
        <w:spacing w:after="0"/>
        <w:ind w:left="259" w:hanging="173"/>
      </w:pPr>
      <w:r>
        <w:t>• Customer service and relationship management</w:t>
      </w:r>
    </w:p>
    <w:p>
      <w:pPr>
        <w:spacing w:after="0"/>
        <w:ind w:left="259" w:hanging="173"/>
      </w:pPr>
      <w:r>
        <w:t>• Effective verbal and written communication</w:t>
      </w:r>
    </w:p>
    <w:p>
      <w:pPr>
        <w:spacing w:after="0"/>
        <w:ind w:left="259" w:hanging="173"/>
      </w:pPr>
      <w:r>
        <w:t>• Problem solving and conflict handling</w:t>
      </w:r>
    </w:p>
    <w:p>
      <w:pPr>
        <w:spacing w:after="0"/>
        <w:ind w:left="259" w:hanging="173"/>
      </w:pPr>
      <w:r>
        <w:t>• Teamwork and collaboration</w:t>
      </w:r>
    </w:p>
    <w:p>
      <w:pPr>
        <w:spacing w:after="0"/>
        <w:ind w:left="259" w:hanging="173"/>
      </w:pPr>
      <w:r>
        <w:t>• Patience and active listening</w:t>
      </w:r>
    </w:p>
    <w:p>
      <w:pPr>
        <w:spacing w:after="0"/>
        <w:ind w:left="259" w:hanging="173"/>
      </w:pPr>
      <w:r>
        <w:t>• Time management and organization</w:t>
      </w:r>
    </w:p>
    <w:p>
      <w:pPr>
        <w:spacing w:after="0"/>
        <w:ind w:left="259" w:hanging="173"/>
      </w:pPr>
      <w:r>
        <w:t>• Basic administrative support</w:t>
      </w:r>
    </w:p>
    <w:p>
      <w:pPr>
        <w:spacing w:after="0"/>
        <w:ind w:left="259" w:hanging="173"/>
      </w:pPr>
      <w:r>
        <w:t>• Ability to work under pressure</w:t>
      </w:r>
    </w:p>
    <w:p>
      <w:pPr>
        <w:spacing w:after="0"/>
        <w:ind w:left="259" w:hanging="173"/>
      </w:pPr>
      <w:r>
        <w:t>• Professional and respectful attitude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PERSONAL DETAILS</w:t>
      </w:r>
    </w:p>
    <w:p>
      <w:pPr>
        <w:spacing w:after="0"/>
      </w:pPr>
      <w:r>
        <w:rPr>
          <w:b/>
        </w:rPr>
        <w:t xml:space="preserve">Address: </w:t>
      </w:r>
      <w:r>
        <w:t>26B Shade Street, Epe, Lagos State</w:t>
      </w:r>
    </w:p>
    <w:p>
      <w:pPr>
        <w:spacing w:after="0"/>
      </w:pPr>
      <w:r>
        <w:rPr>
          <w:b/>
        </w:rPr>
        <w:t xml:space="preserve">Nationality: </w:t>
      </w:r>
      <w:r>
        <w:t>Nigerian</w:t>
      </w:r>
    </w:p>
    <w:p>
      <w:pPr>
        <w:spacing w:after="0"/>
      </w:pPr>
      <w:r>
        <w:rPr>
          <w:b/>
        </w:rPr>
        <w:t xml:space="preserve">Availability: </w:t>
      </w:r>
      <w:r>
        <w:t>Available for employment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REFERENCES</w:t>
      </w:r>
    </w:p>
    <w:p>
      <w:pPr>
        <w:spacing w:after="0"/>
      </w:pPr>
      <w:r>
        <w:t>Available on request.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